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="Times New Roman" w:eastAsia="思源黑体 CN" w:hAnsi="Times New Roman"/>
        </w:rPr>
        <w:id w:val="917897003"/>
        <w:docPartObj>
          <w:docPartGallery w:val="Cover Pages"/>
          <w:docPartUnique/>
        </w:docPartObj>
      </w:sdtPr>
      <w:sdtEndPr>
        <w:rPr>
          <w:color w:val="4F81BD" w:themeColor="accent1"/>
          <w:sz w:val="28"/>
          <w:szCs w:val="28"/>
          <w:lang w:val="zh-CN" w:eastAsia="zh-CN"/>
        </w:rPr>
      </w:sdtEndPr>
      <w:sdtContent>
        <w:p w14:paraId="3BEFA991" w14:textId="480FA5DB" w:rsidR="00E53FC0" w:rsidRPr="00D27E85" w:rsidRDefault="00E53FC0">
          <w:pPr>
            <w:pStyle w:val="a9"/>
            <w:rPr>
              <w:rFonts w:ascii="Times New Roman" w:eastAsia="思源黑体 CN" w:hAnsi="Times New Roman"/>
            </w:rPr>
          </w:pPr>
          <w:r w:rsidRPr="00D27E85">
            <w:rPr>
              <w:rFonts w:ascii="Times New Roman" w:eastAsia="思源黑体 CN" w:hAnsi="Times New Roman"/>
              <w:noProof/>
            </w:rPr>
            <mc:AlternateContent>
              <mc:Choice Requires="wpg">
                <w:drawing>
                  <wp:anchor distT="0" distB="0" distL="114300" distR="114300" simplePos="0" relativeHeight="251656192" behindDoc="1" locked="0" layoutInCell="1" allowOverlap="1" wp14:anchorId="7448EEF2" wp14:editId="2D03C0DD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310515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2" name="组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3" name="矩形 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五边形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日期"/>
                                    <w:tag w:val=""/>
                                    <w:id w:val="-650599894"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5-11-15T00:00:00Z">
                                      <w:dateFormat w:val="yyyy-M-d"/>
                                      <w:lid w:val="zh-CN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14:paraId="5A9AFF3E" w14:textId="3616CA34" w:rsidR="00E53FC0" w:rsidRDefault="00E53FC0">
                                      <w:pPr>
                                        <w:pStyle w:val="a9"/>
                                        <w:jc w:val="right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eastAsia="宋体" w:hint="eastAsia"/>
                                          <w:color w:val="FFFFFF" w:themeColor="background1"/>
                                          <w:sz w:val="28"/>
                                          <w:szCs w:val="28"/>
                                          <w:lang w:eastAsia="zh-CN"/>
                                        </w:rPr>
                                        <w:t>2025-11-15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" name="组 5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6" name="组 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20" name="任意多边形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" name="任意多边形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任意多边形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任意多边形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任意多边形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任意多边形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任意多边形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任意多边形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任意多边形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任意多边形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任意多边形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任意多边形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7" name="组 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8" name="任意多边形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" name="任意多边形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" name="任意多边形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" name="任意多边形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任意多边形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任意多边形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任意多边形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任意多边形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任意多边形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任意多边形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任意多边形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7448EEF2" id="组 2" o:spid="_x0000_s1026" style="position:absolute;margin-left:0;margin-top:0;width:172.8pt;height:718.55pt;z-index:-251660288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">
                    <v:rect id="矩形 3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" fillcolor="#1f497d [3215]" stroked="f" strokeweight="2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五边形 4" o:spid="_x0000_s1028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" adj="18883" fillcolor="#4f81bd [3204]" stroked="f" strokeweight="2pt">
                      <v:textbox inset=",0,14.4pt,0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日期"/>
                              <w:tag w:val=""/>
                              <w:id w:val="-65059989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5-11-15T00:00:00Z">
                                <w:dateFormat w:val="yyyy-M-d"/>
                                <w:lid w:val="zh-CN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5A9AFF3E" w14:textId="3616CA34" w:rsidR="00E53FC0" w:rsidRDefault="00E53FC0">
                                <w:pPr>
                                  <w:pStyle w:val="a9"/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eastAsia="宋体" w:hint="eastAsia"/>
                                    <w:color w:val="FFFFFF" w:themeColor="background1"/>
                                    <w:sz w:val="28"/>
                                    <w:szCs w:val="28"/>
                                    <w:lang w:eastAsia="zh-CN"/>
                                  </w:rPr>
                                  <w:t>2025-11-15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组 5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<v:group id="组 6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<o:lock v:ext="edit" aspectratio="t"/>
                        <v:shape id="任意多边形 20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" path="m,l39,152,84,304r38,113l122,440,76,306,39,180,6,53,,xe" fillcolor="#1f497d [3215]" strokecolor="#1f497d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任意多边形 21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" path="m,l8,19,37,93r30,74l116,269r-8,l60,169,30,98,1,25,,xe" fillcolor="#1f497d [3215]" strokecolor="#1f497d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任意多边形 22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" path="m,l,,1,79r2,80l12,317,23,476,39,634,58,792,83,948r24,138l135,1223r5,49l138,1262,105,1106,77,949,53,792,35,634,20,476,9,317,2,159,,79,,xe" fillcolor="#1f497d [3215]" strokecolor="#1f497d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任意多边形 23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" path="m45,r,l35,66r-9,67l14,267,6,401,3,534,6,669r8,134l18,854r,-3l9,814,8,803,1,669,,534,3,401,12,267,25,132,34,66,45,xe" fillcolor="#1f497d [3215]" strokecolor="#1f497d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任意多边形 24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" path="m,l10,44r11,82l34,207r19,86l75,380r25,86l120,521r21,55l152,618r2,11l140,595,115,532,93,468,67,383,47,295,28,207,12,104,,xe" fillcolor="#1f497d [3215]" strokecolor="#1f497d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任意多边形 25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" path="m,l33,69r-9,l12,35,,xe" fillcolor="#1f497d [3215]" strokecolor="#1f497d [3215]" strokeweight="0">
                          <v:path arrowok="t" o:connecttype="custom" o:connectlocs="0,0;52388,109538;38100,109538;19050,55563;0,0" o:connectangles="0,0,0,0,0"/>
                        </v:shape>
                        <v:shape id="任意多边形 26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" path="m,l9,37r,3l15,93,5,49,,xe" fillcolor="#1f497d [3215]" strokecolor="#1f497d [3215]" strokeweight="0">
                          <v:path arrowok="t" o:connecttype="custom" o:connectlocs="0,0;14288,58738;14288,63500;23813,147638;7938,77788;0,0" o:connectangles="0,0,0,0,0,0"/>
                        </v:shape>
                        <v:shape id="任意多边形 27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1f497d [3215]" strokecolor="#1f497d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任意多边形 28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" path="m,l6,16r1,3l11,80r9,52l33,185r3,9l21,161,15,145,5,81,1,41,,xe" fillcolor="#1f497d [3215]" strokecolor="#1f497d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任意多边形 29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" path="m,l31,65r-8,l,xe" fillcolor="#1f497d [3215]" strokecolor="#1f497d [3215]" strokeweight="0">
                          <v:path arrowok="t" o:connecttype="custom" o:connectlocs="0,0;49213,103188;36513,103188;0,0" o:connectangles="0,0,0,0"/>
                        </v:shape>
                        <v:shape id="任意多边形 30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" path="m,l6,17,7,42,6,39,,23,,xe" fillcolor="#1f497d [3215]" strokecolor="#1f497d [3215]" strokeweight="0">
                          <v:path arrowok="t" o:connecttype="custom" o:connectlocs="0,0;9525,26988;11113,66675;9525,61913;0,36513;0,0" o:connectangles="0,0,0,0,0,0"/>
                        </v:shape>
                        <v:shape id="任意多边形 31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" path="m,l6,16,21,49,33,84r12,34l44,118,13,53,11,42,,xe" fillcolor="#1f497d [3215]" strokecolor="#1f497d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组 7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<o:lock v:ext="edit" aspectratio="t"/>
                        <v:shape id="任意多边形 8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" path="m,l41,155,86,309r39,116l125,450,79,311,41,183,7,54,,xe" fillcolor="#1f497d [3215]" strokecolor="#1f497d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任意多边形 9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" path="m,l8,20,37,96r32,74l118,275r-9,l61,174,30,100,,26,,xe" fillcolor="#1f497d [3215]" strokecolor="#1f497d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任意多边形 10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" path="m,l16,72r4,49l18,112,,31,,xe" fillcolor="#1f497d [3215]" strokecolor="#1f497d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任意多边形 12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" path="m,l11,46r11,83l36,211r19,90l76,389r27,87l123,533r21,55l155,632r3,11l142,608,118,544,95,478,69,391,47,302,29,212,13,107,,xe" fillcolor="#1f497d [3215]" strokecolor="#1f497d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任意多边形 13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" path="m,l33,71r-9,l11,36,,xe" fillcolor="#1f497d [3215]" strokecolor="#1f497d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任意多边形 14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" path="m,l8,37r,4l15,95,4,49,,xe" fillcolor="#1f497d [3215]" strokecolor="#1f497d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任意多边形 15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" path="m402,r,1l363,39,325,79r-35,42l255,164r-44,58l171,284r-38,62l100,411,71,478,45,546,27,617,13,689,7,761r,21l,765r1,-4l7,688,21,616,40,545,66,475,95,409r35,-66l167,281r42,-61l253,163r34,-43l324,78,362,38,402,xe" fillcolor="#1f497d [3215]" strokecolor="#1f497d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任意多边形 16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" path="m,l6,15r1,3l12,80r9,54l33,188r4,8l22,162,15,146,5,81,1,40,,xe" fillcolor="#1f497d [3215]" strokecolor="#1f497d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任意多边形 17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" path="m,l31,66r-7,l,xe" fillcolor="#1f497d [3215]" strokecolor="#1f497d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任意多边形 18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" path="m,l7,17r,26l6,40,,25,,xe" fillcolor="#1f497d [3215]" strokecolor="#1f497d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任意多边形 19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" path="m,l7,16,22,50,33,86r13,35l45,121,14,55,11,44,,xe" fillcolor="#1f497d [3215]" strokecolor="#1f497d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 w:rsidRPr="00D27E85">
            <w:rPr>
              <w:rFonts w:ascii="Times New Roman" w:eastAsia="思源黑体 CN" w:hAnsi="Times New Roman"/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40A9703" wp14:editId="254FEE76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3263900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8851265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32" name="文本框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73ECA97" w14:textId="5B474586" w:rsidR="00E53FC0" w:rsidRDefault="00000000">
                                <w:pPr>
                                  <w:pStyle w:val="a9"/>
                                  <w:rPr>
                                    <w:color w:val="4F81BD" w:themeColor="accent1"/>
                                    <w:sz w:val="26"/>
                                    <w:szCs w:val="26"/>
                                  </w:rPr>
                                </w:pPr>
                                <w:sdt>
                                  <w:sdtPr>
                                    <w:rPr>
                                      <w:color w:val="4F81BD" w:themeColor="accent1"/>
                                      <w:sz w:val="26"/>
                                      <w:szCs w:val="26"/>
                                    </w:rPr>
                                    <w:alias w:val="作者"/>
                                    <w:tag w:val=""/>
                                    <w:id w:val="-2041584766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proofErr w:type="gramStart"/>
                                    <w:r w:rsidR="00E53FC0">
                                      <w:rPr>
                                        <w:rFonts w:eastAsia="宋体" w:hint="eastAsia"/>
                                        <w:color w:val="4F81BD" w:themeColor="accent1"/>
                                        <w:sz w:val="26"/>
                                        <w:szCs w:val="26"/>
                                        <w:lang w:eastAsia="zh-CN"/>
                                      </w:rPr>
                                      <w:t>沈行健</w:t>
                                    </w:r>
                                    <w:proofErr w:type="gramEnd"/>
                                    <w:r w:rsidR="00E53FC0">
                                      <w:rPr>
                                        <w:rFonts w:eastAsia="宋体" w:hint="eastAsia"/>
                                        <w:color w:val="4F81BD" w:themeColor="accent1"/>
                                        <w:sz w:val="26"/>
                                        <w:szCs w:val="26"/>
                                        <w:lang w:eastAsia="zh-CN"/>
                                      </w:rPr>
                                      <w:t xml:space="preserve"> </w:t>
                                    </w:r>
                                    <w:r w:rsidR="00E53FC0">
                                      <w:rPr>
                                        <w:rFonts w:eastAsia="宋体" w:hint="eastAsia"/>
                                        <w:color w:val="4F81BD" w:themeColor="accent1"/>
                                        <w:sz w:val="26"/>
                                        <w:szCs w:val="26"/>
                                        <w:lang w:eastAsia="zh-CN"/>
                                      </w:rPr>
                                      <w:t>数据工程师</w:t>
                                    </w:r>
                                  </w:sdtContent>
                                </w:sdt>
                              </w:p>
                              <w:p w14:paraId="0EEEA6E6" w14:textId="3C5F256E" w:rsidR="00E53FC0" w:rsidRDefault="00000000">
                                <w:pPr>
                                  <w:pStyle w:val="a9"/>
                                  <w:rPr>
                                    <w:color w:val="595959" w:themeColor="text1" w:themeTint="A6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595959" w:themeColor="text1" w:themeTint="A6"/>
                                    </w:rPr>
                                    <w:alias w:val="公司"/>
                                    <w:tag w:val=""/>
                                    <w:id w:val="1558814826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="00E53FC0">
                                      <w:rPr>
                                        <w:rFonts w:eastAsia="宋体" w:hint="eastAsia"/>
                                        <w:caps/>
                                        <w:color w:val="595959" w:themeColor="text1" w:themeTint="A6"/>
                                        <w:lang w:eastAsia="zh-CN"/>
                                      </w:rPr>
                                      <w:t>Beckhoff china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40A9703"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1" o:spid="_x0000_s1055" type="#_x0000_t202" style="position:absolute;margin-left:0;margin-top:0;width:4in;height:28.8pt;z-index:251659264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" filled="f" stroked="f" strokeweight=".5pt">
                    <v:textbox style="mso-fit-shape-to-text:t" inset="0,0,0,0">
                      <w:txbxContent>
                        <w:p w14:paraId="073ECA97" w14:textId="5B474586" w:rsidR="00E53FC0" w:rsidRDefault="00000000">
                          <w:pPr>
                            <w:pStyle w:val="a9"/>
                            <w:rPr>
                              <w:color w:val="4F81BD" w:themeColor="accent1"/>
                              <w:sz w:val="26"/>
                              <w:szCs w:val="26"/>
                            </w:rPr>
                          </w:pPr>
                          <w:sdt>
                            <w:sdtPr>
                              <w:rPr>
                                <w:color w:val="4F81BD" w:themeColor="accent1"/>
                                <w:sz w:val="26"/>
                                <w:szCs w:val="26"/>
                              </w:rPr>
                              <w:alias w:val="作者"/>
                              <w:tag w:val=""/>
                              <w:id w:val="-2041584766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proofErr w:type="gramStart"/>
                              <w:r w:rsidR="00E53FC0">
                                <w:rPr>
                                  <w:rFonts w:eastAsia="宋体" w:hint="eastAsia"/>
                                  <w:color w:val="4F81BD" w:themeColor="accent1"/>
                                  <w:sz w:val="26"/>
                                  <w:szCs w:val="26"/>
                                  <w:lang w:eastAsia="zh-CN"/>
                                </w:rPr>
                                <w:t>沈行健</w:t>
                              </w:r>
                              <w:proofErr w:type="gramEnd"/>
                              <w:r w:rsidR="00E53FC0">
                                <w:rPr>
                                  <w:rFonts w:eastAsia="宋体" w:hint="eastAsia"/>
                                  <w:color w:val="4F81BD" w:themeColor="accent1"/>
                                  <w:sz w:val="26"/>
                                  <w:szCs w:val="26"/>
                                  <w:lang w:eastAsia="zh-CN"/>
                                </w:rPr>
                                <w:t xml:space="preserve"> </w:t>
                              </w:r>
                              <w:r w:rsidR="00E53FC0">
                                <w:rPr>
                                  <w:rFonts w:eastAsia="宋体" w:hint="eastAsia"/>
                                  <w:color w:val="4F81BD" w:themeColor="accent1"/>
                                  <w:sz w:val="26"/>
                                  <w:szCs w:val="26"/>
                                  <w:lang w:eastAsia="zh-CN"/>
                                </w:rPr>
                                <w:t>数据工程师</w:t>
                              </w:r>
                            </w:sdtContent>
                          </w:sdt>
                        </w:p>
                        <w:p w14:paraId="0EEEA6E6" w14:textId="3C5F256E" w:rsidR="00E53FC0" w:rsidRDefault="00000000">
                          <w:pPr>
                            <w:pStyle w:val="a9"/>
                            <w:rPr>
                              <w:color w:val="595959" w:themeColor="text1" w:themeTint="A6"/>
                            </w:rPr>
                          </w:pPr>
                          <w:sdt>
                            <w:sdtPr>
                              <w:rPr>
                                <w:caps/>
                                <w:color w:val="595959" w:themeColor="text1" w:themeTint="A6"/>
                              </w:rPr>
                              <w:alias w:val="公司"/>
                              <w:tag w:val=""/>
                              <w:id w:val="1558814826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="00E53FC0">
                                <w:rPr>
                                  <w:rFonts w:eastAsia="宋体" w:hint="eastAsia"/>
                                  <w:caps/>
                                  <w:color w:val="595959" w:themeColor="text1" w:themeTint="A6"/>
                                  <w:lang w:eastAsia="zh-CN"/>
                                </w:rPr>
                                <w:t>Beckhoff china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Pr="00D27E85">
            <w:rPr>
              <w:rFonts w:ascii="Times New Roman" w:eastAsia="思源黑体 CN" w:hAnsi="Times New Roman"/>
              <w:noProof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067BEA54" wp14:editId="5AD95A9A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3263900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17500</wp14:pctPosVOffset>
                        </wp:positionV>
                      </mc:Choice>
                      <mc:Fallback>
                        <wp:positionV relativeFrom="page">
                          <wp:posOffset>1760220</wp:posOffset>
                        </wp:positionV>
                      </mc:Fallback>
                    </mc:AlternateContent>
                    <wp:extent cx="3657600" cy="1069848"/>
                    <wp:effectExtent l="0" t="0" r="7620" b="635"/>
                    <wp:wrapNone/>
                    <wp:docPr id="1" name="文本框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106984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4858730" w14:textId="7F8E9D49" w:rsidR="00E53FC0" w:rsidRDefault="00000000">
                                <w:pPr>
                                  <w:pStyle w:val="a9"/>
                                  <w:rPr>
                                    <w:rFonts w:asciiTheme="majorHAnsi" w:eastAsiaTheme="majorEastAsia" w:hAnsiTheme="majorHAnsi" w:cstheme="majorBidi"/>
                                    <w:color w:val="262626" w:themeColor="text1" w:themeTint="D9"/>
                                    <w:sz w:val="72"/>
                                    <w:lang w:eastAsia="zh-CN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262626" w:themeColor="text1" w:themeTint="D9"/>
                                      <w:sz w:val="72"/>
                                      <w:szCs w:val="72"/>
                                    </w:rPr>
                                    <w:alias w:val="标题"/>
                                    <w:tag w:val=""/>
                                    <w:id w:val="-705018352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r w:rsidR="00E53FC0">
                                      <w:rPr>
                                        <w:rFonts w:asciiTheme="majorHAnsi" w:eastAsia="宋体" w:hAnsiTheme="majorHAnsi" w:cstheme="majorBidi" w:hint="eastAsia"/>
                                        <w:color w:val="262626" w:themeColor="text1" w:themeTint="D9"/>
                                        <w:sz w:val="72"/>
                                        <w:szCs w:val="72"/>
                                        <w:lang w:eastAsia="zh-CN"/>
                                      </w:rPr>
                                      <w:t>TF3820</w:t>
                                    </w:r>
                                    <w:r w:rsidR="00E53FC0">
                                      <w:rPr>
                                        <w:rFonts w:asciiTheme="majorHAnsi" w:eastAsia="宋体" w:hAnsiTheme="majorHAnsi" w:cstheme="majorBidi" w:hint="eastAsia"/>
                                        <w:color w:val="262626" w:themeColor="text1" w:themeTint="D9"/>
                                        <w:sz w:val="72"/>
                                        <w:szCs w:val="72"/>
                                        <w:lang w:eastAsia="zh-CN"/>
                                      </w:rPr>
                                      <w:t>在过程数据上的应用指南</w:t>
                                    </w:r>
                                  </w:sdtContent>
                                </w:sdt>
                              </w:p>
                              <w:p w14:paraId="41A04123" w14:textId="7AAA5B6D" w:rsidR="00E53FC0" w:rsidRDefault="00000000">
                                <w:pPr>
                                  <w:spacing w:before="120"/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color w:val="404040" w:themeColor="text1" w:themeTint="BF"/>
                                      <w:sz w:val="36"/>
                                      <w:szCs w:val="36"/>
                                    </w:rPr>
                                    <w:alias w:val="副标题"/>
                                    <w:tag w:val=""/>
                                    <w:id w:val="-114836161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 w:rsidR="00E53FC0">
                                      <w:rPr>
                                        <w:rFonts w:eastAsia="宋体" w:hint="eastAsia"/>
                                        <w:color w:val="404040" w:themeColor="text1" w:themeTint="BF"/>
                                        <w:sz w:val="36"/>
                                        <w:szCs w:val="36"/>
                                        <w:lang w:eastAsia="zh-CN"/>
                                      </w:rPr>
                                      <w:t>机器学习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67BEA54" id="文本框 2" o:spid="_x0000_s1056" type="#_x0000_t202" style="position:absolute;margin-left:0;margin-top:0;width:4in;height:84.25pt;z-index:251657216;visibility:visible;mso-wrap-style:square;mso-width-percent:450;mso-height-percent:0;mso-left-percent:420;mso-top-percent:175;mso-wrap-distance-left:9pt;mso-wrap-distance-top:0;mso-wrap-distance-right:9pt;mso-wrap-distance-bottom:0;mso-position-horizontal-relative:page;mso-position-vertical-relative:page;mso-width-percent:450;mso-height-percent:0;mso-left-percent:420;mso-top-percent:175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" filled="f" stroked="f" strokeweight=".5pt">
                    <v:textbox style="mso-fit-shape-to-text:t" inset="0,0,0,0">
                      <w:txbxContent>
                        <w:p w14:paraId="74858730" w14:textId="7F8E9D49" w:rsidR="00E53FC0" w:rsidRDefault="00000000">
                          <w:pPr>
                            <w:pStyle w:val="a9"/>
                            <w:rPr>
                              <w:rFonts w:asciiTheme="majorHAnsi" w:eastAsiaTheme="majorEastAsia" w:hAnsiTheme="majorHAnsi" w:cstheme="majorBidi"/>
                              <w:color w:val="262626" w:themeColor="text1" w:themeTint="D9"/>
                              <w:sz w:val="72"/>
                              <w:lang w:eastAsia="zh-CN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262626" w:themeColor="text1" w:themeTint="D9"/>
                                <w:sz w:val="72"/>
                                <w:szCs w:val="72"/>
                              </w:rPr>
                              <w:alias w:val="标题"/>
                              <w:tag w:val=""/>
                              <w:id w:val="-70501835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E53FC0">
                                <w:rPr>
                                  <w:rFonts w:asciiTheme="majorHAnsi" w:eastAsia="宋体" w:hAnsiTheme="majorHAnsi" w:cstheme="majorBidi" w:hint="eastAsia"/>
                                  <w:color w:val="262626" w:themeColor="text1" w:themeTint="D9"/>
                                  <w:sz w:val="72"/>
                                  <w:szCs w:val="72"/>
                                  <w:lang w:eastAsia="zh-CN"/>
                                </w:rPr>
                                <w:t>TF3820</w:t>
                              </w:r>
                              <w:r w:rsidR="00E53FC0">
                                <w:rPr>
                                  <w:rFonts w:asciiTheme="majorHAnsi" w:eastAsia="宋体" w:hAnsiTheme="majorHAnsi" w:cstheme="majorBidi" w:hint="eastAsia"/>
                                  <w:color w:val="262626" w:themeColor="text1" w:themeTint="D9"/>
                                  <w:sz w:val="72"/>
                                  <w:szCs w:val="72"/>
                                  <w:lang w:eastAsia="zh-CN"/>
                                </w:rPr>
                                <w:t>在过程数据上的应用指南</w:t>
                              </w:r>
                            </w:sdtContent>
                          </w:sdt>
                        </w:p>
                        <w:p w14:paraId="41A04123" w14:textId="7AAA5B6D" w:rsidR="00E53FC0" w:rsidRDefault="00000000">
                          <w:pPr>
                            <w:spacing w:before="120"/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color w:val="404040" w:themeColor="text1" w:themeTint="BF"/>
                                <w:sz w:val="36"/>
                                <w:szCs w:val="36"/>
                              </w:rPr>
                              <w:alias w:val="副标题"/>
                              <w:tag w:val=""/>
                              <w:id w:val="-114836161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 w:rsidR="00E53FC0">
                                <w:rPr>
                                  <w:rFonts w:eastAsia="宋体" w:hint="eastAsia"/>
                                  <w:color w:val="404040" w:themeColor="text1" w:themeTint="BF"/>
                                  <w:sz w:val="36"/>
                                  <w:szCs w:val="36"/>
                                  <w:lang w:eastAsia="zh-CN"/>
                                </w:rPr>
                                <w:t>机器学习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2EC1C478" w14:textId="3DA6EE45" w:rsidR="00E53FC0" w:rsidRPr="00D27E85" w:rsidRDefault="00E53FC0">
          <w:pPr>
            <w:rPr>
              <w:rFonts w:ascii="Times New Roman" w:eastAsia="思源黑体 CN" w:hAnsi="Times New Roman"/>
              <w:color w:val="4F81BD" w:themeColor="accent1"/>
              <w:sz w:val="28"/>
              <w:szCs w:val="28"/>
              <w:lang w:val="zh-CN" w:eastAsia="zh-CN"/>
            </w:rPr>
          </w:pPr>
          <w:r w:rsidRPr="00D27E85">
            <w:rPr>
              <w:rFonts w:ascii="Times New Roman" w:eastAsia="思源黑体 CN" w:hAnsi="Times New Roman"/>
              <w:color w:val="4F81BD" w:themeColor="accent1"/>
              <w:sz w:val="28"/>
              <w:szCs w:val="28"/>
              <w:lang w:val="zh-CN" w:eastAsia="zh-CN"/>
            </w:rPr>
            <w:br w:type="page"/>
          </w:r>
        </w:p>
      </w:sdtContent>
    </w:sdt>
    <w:p w14:paraId="13E34948" w14:textId="77777777" w:rsidR="00773DBB" w:rsidRPr="00D27E85" w:rsidRDefault="00000000" w:rsidP="00074875">
      <w:pPr>
        <w:pStyle w:val="1"/>
        <w:jc w:val="center"/>
        <w:rPr>
          <w:rFonts w:ascii="Times New Roman" w:eastAsia="思源黑体 CN" w:hAnsi="Times New Roman"/>
          <w:sz w:val="28"/>
          <w:szCs w:val="28"/>
          <w:lang w:eastAsia="zh-CN"/>
        </w:rPr>
      </w:pPr>
      <w:bookmarkStart w:id="0" w:name="_Toc215582811"/>
      <w:r w:rsidRPr="00D27E85">
        <w:rPr>
          <w:rFonts w:ascii="Times New Roman" w:eastAsia="思源黑体 CN" w:hAnsi="Times New Roman"/>
          <w:sz w:val="28"/>
          <w:szCs w:val="28"/>
          <w:lang w:eastAsia="zh-CN"/>
        </w:rPr>
        <w:lastRenderedPageBreak/>
        <w:t>摘要</w:t>
      </w:r>
      <w:bookmarkEnd w:id="0"/>
    </w:p>
    <w:p w14:paraId="70065C69" w14:textId="71080B2F" w:rsidR="00BD50DB" w:rsidRPr="00D27E85" w:rsidRDefault="00AF7891" w:rsidP="004F7764">
      <w:pPr>
        <w:ind w:firstLineChars="200" w:firstLine="400"/>
        <w:rPr>
          <w:rFonts w:ascii="Times New Roman" w:eastAsia="思源黑体 CN" w:hAnsi="Times New Roman"/>
          <w:lang w:eastAsia="zh-CN"/>
        </w:rPr>
      </w:pPr>
      <w:r w:rsidRPr="00D27E85">
        <w:rPr>
          <w:rFonts w:ascii="Times New Roman" w:eastAsia="思源黑体 CN" w:hAnsi="Times New Roman" w:hint="eastAsia"/>
          <w:lang w:eastAsia="zh-CN"/>
        </w:rPr>
        <w:t>近几年，</w:t>
      </w:r>
      <w:r w:rsidR="00BD50DB" w:rsidRPr="00D27E85">
        <w:rPr>
          <w:rFonts w:ascii="Times New Roman" w:eastAsia="思源黑体 CN" w:hAnsi="Times New Roman"/>
          <w:lang w:eastAsia="zh-CN"/>
        </w:rPr>
        <w:t>现场设备能采到的数据越来越多，从振动、压力到位置趋势，已经不再只是做事后分析。很多工控场景开始尝试把深度学习用在更实际的事情上，比如提前看出过程是否要偏掉、质量是否会不稳定，或者在不动现有控制逻辑的情况下给出额外参考。对于周期性趋势明显的过程，时序模型能比人工经验更早看到变化</w:t>
      </w:r>
      <w:r w:rsidR="00BD50DB" w:rsidRPr="00D27E85">
        <w:rPr>
          <w:rFonts w:ascii="Times New Roman" w:eastAsia="思源黑体 CN" w:hAnsi="Times New Roman" w:hint="eastAsia"/>
          <w:lang w:eastAsia="zh-CN"/>
        </w:rPr>
        <w:t>。</w:t>
      </w:r>
    </w:p>
    <w:p w14:paraId="0E5098EA" w14:textId="71745EF7" w:rsidR="00FB0088" w:rsidRPr="00D27E85" w:rsidRDefault="00431316" w:rsidP="004F7764">
      <w:pPr>
        <w:ind w:firstLineChars="200" w:firstLine="400"/>
        <w:rPr>
          <w:rFonts w:ascii="Times New Roman" w:eastAsia="思源黑体 CN" w:hAnsi="Times New Roman"/>
          <w:caps/>
          <w:color w:val="FFFFFF" w:themeColor="background1"/>
          <w:spacing w:val="15"/>
          <w:sz w:val="22"/>
          <w:szCs w:val="22"/>
          <w:lang w:val="zh-CN" w:eastAsia="zh-CN"/>
        </w:rPr>
      </w:pPr>
      <w:r w:rsidRPr="00431316">
        <w:rPr>
          <w:rFonts w:ascii="Times New Roman" w:eastAsia="思源黑体 CN" w:hAnsi="Times New Roman" w:hint="eastAsia"/>
          <w:lang w:eastAsia="zh-CN"/>
        </w:rPr>
        <w:t>本文档介绍如何在</w:t>
      </w:r>
      <w:r w:rsidRPr="00431316">
        <w:rPr>
          <w:rFonts w:ascii="Times New Roman" w:eastAsia="思源黑体 CN" w:hAnsi="Times New Roman"/>
          <w:lang w:eastAsia="zh-CN"/>
        </w:rPr>
        <w:t xml:space="preserve"> </w:t>
      </w:r>
      <w:proofErr w:type="spellStart"/>
      <w:r w:rsidRPr="00431316">
        <w:rPr>
          <w:rFonts w:ascii="Times New Roman" w:eastAsia="思源黑体 CN" w:hAnsi="Times New Roman"/>
          <w:lang w:eastAsia="zh-CN"/>
        </w:rPr>
        <w:t>TwinCAT</w:t>
      </w:r>
      <w:proofErr w:type="spellEnd"/>
      <w:r w:rsidRPr="00431316">
        <w:rPr>
          <w:rFonts w:ascii="Times New Roman" w:eastAsia="思源黑体 CN" w:hAnsi="Times New Roman"/>
          <w:lang w:eastAsia="zh-CN"/>
        </w:rPr>
        <w:t xml:space="preserve"> 3 </w:t>
      </w:r>
      <w:r w:rsidRPr="00431316">
        <w:rPr>
          <w:rFonts w:ascii="Times New Roman" w:eastAsia="思源黑体 CN" w:hAnsi="Times New Roman" w:hint="eastAsia"/>
          <w:lang w:eastAsia="zh-CN"/>
        </w:rPr>
        <w:t>环境下，通过</w:t>
      </w:r>
      <w:r w:rsidRPr="00431316">
        <w:rPr>
          <w:rFonts w:ascii="Times New Roman" w:eastAsia="思源黑体 CN" w:hAnsi="Times New Roman"/>
          <w:lang w:eastAsia="zh-CN"/>
        </w:rPr>
        <w:t xml:space="preserve"> TF3820 Machine Learning Server </w:t>
      </w:r>
      <w:r w:rsidRPr="00431316">
        <w:rPr>
          <w:rFonts w:ascii="Times New Roman" w:eastAsia="思源黑体 CN" w:hAnsi="Times New Roman" w:hint="eastAsia"/>
          <w:lang w:eastAsia="zh-CN"/>
        </w:rPr>
        <w:t>调用基于</w:t>
      </w:r>
      <w:r w:rsidRPr="00431316">
        <w:rPr>
          <w:rFonts w:ascii="Times New Roman" w:eastAsia="思源黑体 CN" w:hAnsi="Times New Roman"/>
          <w:lang w:eastAsia="zh-CN"/>
        </w:rPr>
        <w:t xml:space="preserve"> CNN-GRU </w:t>
      </w:r>
      <w:r w:rsidRPr="00431316">
        <w:rPr>
          <w:rFonts w:ascii="Times New Roman" w:eastAsia="思源黑体 CN" w:hAnsi="Times New Roman" w:hint="eastAsia"/>
          <w:lang w:eastAsia="zh-CN"/>
        </w:rPr>
        <w:t>的时序预测模型，对现场过程数据进行短</w:t>
      </w:r>
      <w:proofErr w:type="gramStart"/>
      <w:r w:rsidRPr="00431316">
        <w:rPr>
          <w:rFonts w:ascii="Times New Roman" w:eastAsia="思源黑体 CN" w:hAnsi="Times New Roman" w:hint="eastAsia"/>
          <w:lang w:eastAsia="zh-CN"/>
        </w:rPr>
        <w:t>时趋势</w:t>
      </w:r>
      <w:proofErr w:type="gramEnd"/>
      <w:r w:rsidRPr="00431316">
        <w:rPr>
          <w:rFonts w:ascii="Times New Roman" w:eastAsia="思源黑体 CN" w:hAnsi="Times New Roman" w:hint="eastAsia"/>
          <w:lang w:eastAsia="zh-CN"/>
        </w:rPr>
        <w:t>预测。内容涵盖环境准备、授权检查、模型配置、</w:t>
      </w:r>
      <w:r w:rsidRPr="00431316">
        <w:rPr>
          <w:rFonts w:ascii="Times New Roman" w:eastAsia="思源黑体 CN" w:hAnsi="Times New Roman"/>
          <w:lang w:eastAsia="zh-CN"/>
        </w:rPr>
        <w:t xml:space="preserve">CSV </w:t>
      </w:r>
      <w:r w:rsidRPr="00431316">
        <w:rPr>
          <w:rFonts w:ascii="Times New Roman" w:eastAsia="思源黑体 CN" w:hAnsi="Times New Roman" w:hint="eastAsia"/>
          <w:lang w:eastAsia="zh-CN"/>
        </w:rPr>
        <w:t>回放、</w:t>
      </w:r>
      <w:r w:rsidRPr="00431316">
        <w:rPr>
          <w:rFonts w:ascii="Times New Roman" w:eastAsia="思源黑体 CN" w:hAnsi="Times New Roman"/>
          <w:lang w:eastAsia="zh-CN"/>
        </w:rPr>
        <w:t xml:space="preserve">PLC </w:t>
      </w:r>
      <w:r w:rsidRPr="00431316">
        <w:rPr>
          <w:rFonts w:ascii="Times New Roman" w:eastAsia="思源黑体 CN" w:hAnsi="Times New Roman" w:hint="eastAsia"/>
          <w:lang w:eastAsia="zh-CN"/>
        </w:rPr>
        <w:t>推理与</w:t>
      </w:r>
      <w:r w:rsidRPr="00431316">
        <w:rPr>
          <w:rFonts w:ascii="Times New Roman" w:eastAsia="思源黑体 CN" w:hAnsi="Times New Roman"/>
          <w:lang w:eastAsia="zh-CN"/>
        </w:rPr>
        <w:t xml:space="preserve"> </w:t>
      </w:r>
      <w:proofErr w:type="spellStart"/>
      <w:r w:rsidRPr="00431316">
        <w:rPr>
          <w:rFonts w:ascii="Times New Roman" w:eastAsia="思源黑体 CN" w:hAnsi="Times New Roman"/>
          <w:lang w:eastAsia="zh-CN"/>
        </w:rPr>
        <w:t>TwinCAT</w:t>
      </w:r>
      <w:proofErr w:type="spellEnd"/>
      <w:r w:rsidRPr="00431316">
        <w:rPr>
          <w:rFonts w:ascii="Times New Roman" w:eastAsia="思源黑体 CN" w:hAnsi="Times New Roman"/>
          <w:lang w:eastAsia="zh-CN"/>
        </w:rPr>
        <w:t xml:space="preserve"> Scope </w:t>
      </w:r>
      <w:r w:rsidRPr="00431316">
        <w:rPr>
          <w:rFonts w:ascii="Times New Roman" w:eastAsia="思源黑体 CN" w:hAnsi="Times New Roman" w:hint="eastAsia"/>
          <w:lang w:eastAsia="zh-CN"/>
        </w:rPr>
        <w:t>可视化，用户可在工程机或</w:t>
      </w:r>
      <w:r w:rsidRPr="00431316">
        <w:rPr>
          <w:rFonts w:ascii="Times New Roman" w:eastAsia="思源黑体 CN" w:hAnsi="Times New Roman"/>
          <w:lang w:eastAsia="zh-CN"/>
        </w:rPr>
        <w:t xml:space="preserve"> IPC </w:t>
      </w:r>
      <w:r w:rsidRPr="00431316">
        <w:rPr>
          <w:rFonts w:ascii="Times New Roman" w:eastAsia="思源黑体 CN" w:hAnsi="Times New Roman" w:hint="eastAsia"/>
          <w:lang w:eastAsia="zh-CN"/>
        </w:rPr>
        <w:t>上完整复现模型推理流程，为后续在线部署提供模板。</w:t>
      </w:r>
      <w:r w:rsidR="00FB0088" w:rsidRPr="00D27E85">
        <w:rPr>
          <w:rFonts w:ascii="Times New Roman" w:eastAsia="思源黑体 CN" w:hAnsi="Times New Roman"/>
          <w:lang w:val="zh-CN" w:eastAsia="zh-CN"/>
        </w:rPr>
        <w:br w:type="page"/>
      </w:r>
    </w:p>
    <w:sdt>
      <w:sdtPr>
        <w:rPr>
          <w:rFonts w:ascii="Times New Roman" w:eastAsia="思源黑体 CN" w:hAnsi="Times New Roman"/>
          <w:caps w:val="0"/>
          <w:color w:val="auto"/>
          <w:spacing w:val="0"/>
          <w:sz w:val="20"/>
          <w:szCs w:val="20"/>
          <w:lang w:val="zh-CN" w:eastAsia="zh-CN"/>
        </w:rPr>
        <w:id w:val="-1085685601"/>
        <w:docPartObj>
          <w:docPartGallery w:val="Table of Contents"/>
          <w:docPartUnique/>
        </w:docPartObj>
      </w:sdtPr>
      <w:sdtEndPr>
        <w:rPr>
          <w:b/>
          <w:bCs/>
          <w:lang w:eastAsia="en-US"/>
        </w:rPr>
      </w:sdtEndPr>
      <w:sdtContent>
        <w:p w14:paraId="4D62887D" w14:textId="661D54F1" w:rsidR="007E7C81" w:rsidRPr="00D27E85" w:rsidRDefault="007E7C81" w:rsidP="007E7C81">
          <w:pPr>
            <w:pStyle w:val="TOC"/>
            <w:jc w:val="center"/>
            <w:rPr>
              <w:rFonts w:ascii="Times New Roman" w:eastAsia="思源黑体 CN" w:hAnsi="Times New Roman"/>
              <w:sz w:val="28"/>
              <w:szCs w:val="28"/>
            </w:rPr>
          </w:pPr>
          <w:r w:rsidRPr="00D27E85">
            <w:rPr>
              <w:rFonts w:ascii="Times New Roman" w:eastAsia="思源黑体 CN" w:hAnsi="Times New Roman"/>
              <w:sz w:val="28"/>
              <w:szCs w:val="28"/>
              <w:lang w:val="zh-CN" w:eastAsia="zh-CN"/>
            </w:rPr>
            <w:t>目</w:t>
          </w:r>
          <w:r w:rsidRPr="00D27E85">
            <w:rPr>
              <w:rFonts w:ascii="Times New Roman" w:eastAsia="思源黑体 CN" w:hAnsi="Times New Roman" w:cs="微软雅黑" w:hint="eastAsia"/>
              <w:sz w:val="28"/>
              <w:szCs w:val="28"/>
              <w:lang w:val="zh-CN" w:eastAsia="zh-CN"/>
            </w:rPr>
            <w:t>录</w:t>
          </w:r>
        </w:p>
        <w:p w14:paraId="71F176E9" w14:textId="5EC3A376" w:rsidR="0091584C" w:rsidRDefault="007E7C81">
          <w:pPr>
            <w:pStyle w:val="TOC1"/>
            <w:tabs>
              <w:tab w:val="right" w:leader="dot" w:pos="8630"/>
            </w:tabs>
            <w:rPr>
              <w:noProof/>
              <w:kern w:val="2"/>
              <w:sz w:val="22"/>
              <w:szCs w:val="24"/>
              <w:lang w:eastAsia="zh-CN"/>
              <w14:ligatures w14:val="standardContextual"/>
            </w:rPr>
          </w:pPr>
          <w:r w:rsidRPr="00D27E85">
            <w:rPr>
              <w:rFonts w:ascii="Times New Roman" w:eastAsia="思源黑体 CN" w:hAnsi="Times New Roman"/>
            </w:rPr>
            <w:fldChar w:fldCharType="begin"/>
          </w:r>
          <w:r w:rsidRPr="00D27E85">
            <w:rPr>
              <w:rFonts w:ascii="Times New Roman" w:eastAsia="思源黑体 CN" w:hAnsi="Times New Roman"/>
            </w:rPr>
            <w:instrText xml:space="preserve"> TOC \o "1-3" \h \z \u </w:instrText>
          </w:r>
          <w:r w:rsidRPr="00D27E85">
            <w:rPr>
              <w:rFonts w:ascii="Times New Roman" w:eastAsia="思源黑体 CN" w:hAnsi="Times New Roman"/>
            </w:rPr>
            <w:fldChar w:fldCharType="separate"/>
          </w:r>
          <w:hyperlink w:anchor="_Toc215582811" w:history="1">
            <w:r w:rsidR="0091584C" w:rsidRPr="006D16DF">
              <w:rPr>
                <w:rStyle w:val="affa"/>
                <w:rFonts w:ascii="Times New Roman" w:eastAsia="思源黑体 CN" w:hAnsi="Times New Roman"/>
                <w:noProof/>
                <w:lang w:eastAsia="zh-CN"/>
              </w:rPr>
              <w:t>摘要</w:t>
            </w:r>
            <w:r w:rsidR="0091584C">
              <w:rPr>
                <w:noProof/>
                <w:webHidden/>
              </w:rPr>
              <w:tab/>
            </w:r>
            <w:r w:rsidR="0091584C">
              <w:rPr>
                <w:noProof/>
                <w:webHidden/>
              </w:rPr>
              <w:fldChar w:fldCharType="begin"/>
            </w:r>
            <w:r w:rsidR="0091584C">
              <w:rPr>
                <w:noProof/>
                <w:webHidden/>
              </w:rPr>
              <w:instrText xml:space="preserve"> PAGEREF _Toc215582811 \h </w:instrText>
            </w:r>
            <w:r w:rsidR="0091584C">
              <w:rPr>
                <w:noProof/>
                <w:webHidden/>
              </w:rPr>
            </w:r>
            <w:r w:rsidR="0091584C">
              <w:rPr>
                <w:noProof/>
                <w:webHidden/>
              </w:rPr>
              <w:fldChar w:fldCharType="separate"/>
            </w:r>
            <w:r w:rsidR="0091584C">
              <w:rPr>
                <w:noProof/>
                <w:webHidden/>
              </w:rPr>
              <w:t>1</w:t>
            </w:r>
            <w:r w:rsidR="0091584C">
              <w:rPr>
                <w:noProof/>
                <w:webHidden/>
              </w:rPr>
              <w:fldChar w:fldCharType="end"/>
            </w:r>
          </w:hyperlink>
        </w:p>
        <w:p w14:paraId="576BBFDB" w14:textId="2C17FFC6" w:rsidR="0091584C" w:rsidRDefault="0091584C">
          <w:pPr>
            <w:pStyle w:val="TOC1"/>
            <w:tabs>
              <w:tab w:val="right" w:leader="dot" w:pos="8630"/>
            </w:tabs>
            <w:rPr>
              <w:noProof/>
              <w:kern w:val="2"/>
              <w:sz w:val="22"/>
              <w:szCs w:val="24"/>
              <w:lang w:eastAsia="zh-CN"/>
              <w14:ligatures w14:val="standardContextual"/>
            </w:rPr>
          </w:pPr>
          <w:hyperlink w:anchor="_Toc215582812" w:history="1">
            <w:r w:rsidRPr="006D16DF">
              <w:rPr>
                <w:rStyle w:val="affa"/>
                <w:rFonts w:ascii="Times New Roman" w:eastAsia="思源黑体 CN" w:hAnsi="Times New Roman"/>
                <w:noProof/>
                <w:lang w:eastAsia="zh-CN"/>
              </w:rPr>
              <w:t>一、项目背景与目标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_Toc215582812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AC0E19" w14:textId="423A0549" w:rsidR="0091584C" w:rsidRDefault="0091584C">
          <w:pPr>
            <w:pStyle w:val="TOC1"/>
            <w:tabs>
              <w:tab w:val="right" w:leader="dot" w:pos="8630"/>
            </w:tabs>
            <w:rPr>
              <w:noProof/>
              <w:kern w:val="2"/>
              <w:sz w:val="22"/>
              <w:szCs w:val="24"/>
              <w:lang w:eastAsia="zh-CN"/>
              <w14:ligatures w14:val="standardContextual"/>
            </w:rPr>
          </w:pPr>
          <w:hyperlink w:anchor="_Toc215582813" w:history="1">
            <w:r w:rsidRPr="006D16DF">
              <w:rPr>
                <w:rStyle w:val="affa"/>
                <w:rFonts w:ascii="Times New Roman" w:eastAsia="思源黑体 CN" w:hAnsi="Times New Roman"/>
                <w:noProof/>
                <w:lang w:eastAsia="zh-CN"/>
              </w:rPr>
              <w:t>二、系统环境与授权要求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_Toc215582813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A5B13E" w14:textId="712C8ED1" w:rsidR="0091584C" w:rsidRDefault="0091584C">
          <w:pPr>
            <w:pStyle w:val="TOC1"/>
            <w:tabs>
              <w:tab w:val="right" w:leader="dot" w:pos="8630"/>
            </w:tabs>
            <w:rPr>
              <w:noProof/>
              <w:kern w:val="2"/>
              <w:sz w:val="22"/>
              <w:szCs w:val="24"/>
              <w:lang w:eastAsia="zh-CN"/>
              <w14:ligatures w14:val="standardContextual"/>
            </w:rPr>
          </w:pPr>
          <w:hyperlink w:anchor="_Toc215582814" w:history="1">
            <w:r w:rsidRPr="006D16DF">
              <w:rPr>
                <w:rStyle w:val="affa"/>
                <w:rFonts w:ascii="Times New Roman" w:eastAsia="思源黑体 CN" w:hAnsi="Times New Roman"/>
                <w:noProof/>
                <w:lang w:eastAsia="zh-CN"/>
              </w:rPr>
              <w:t>三、所需软件与工程文件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_Toc215582814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8D8165" w14:textId="4358E41F" w:rsidR="0091584C" w:rsidRDefault="0091584C">
          <w:pPr>
            <w:pStyle w:val="TOC1"/>
            <w:tabs>
              <w:tab w:val="right" w:leader="dot" w:pos="8630"/>
            </w:tabs>
            <w:rPr>
              <w:noProof/>
              <w:kern w:val="2"/>
              <w:sz w:val="22"/>
              <w:szCs w:val="24"/>
              <w:lang w:eastAsia="zh-CN"/>
              <w14:ligatures w14:val="standardContextual"/>
            </w:rPr>
          </w:pPr>
          <w:hyperlink w:anchor="_Toc215582815" w:history="1">
            <w:r w:rsidRPr="006D16DF">
              <w:rPr>
                <w:rStyle w:val="affa"/>
                <w:rFonts w:ascii="Times New Roman" w:eastAsia="思源黑体 CN" w:hAnsi="Times New Roman"/>
                <w:noProof/>
              </w:rPr>
              <w:t>四、</w:t>
            </w:r>
            <w:r w:rsidRPr="006D16DF">
              <w:rPr>
                <w:rStyle w:val="affa"/>
                <w:rFonts w:ascii="Times New Roman" w:eastAsia="思源黑体 CN" w:hAnsi="Times New Roman"/>
                <w:noProof/>
              </w:rPr>
              <w:t xml:space="preserve">TwinCAT </w:t>
            </w:r>
            <w:r w:rsidRPr="006D16DF">
              <w:rPr>
                <w:rStyle w:val="affa"/>
                <w:rFonts w:ascii="Times New Roman" w:eastAsia="思源黑体 CN" w:hAnsi="Times New Roman"/>
                <w:noProof/>
              </w:rPr>
              <w:t>与</w:t>
            </w:r>
            <w:r w:rsidRPr="006D16DF">
              <w:rPr>
                <w:rStyle w:val="affa"/>
                <w:rFonts w:ascii="Times New Roman" w:eastAsia="思源黑体 CN" w:hAnsi="Times New Roman"/>
                <w:noProof/>
              </w:rPr>
              <w:t xml:space="preserve"> TF3820 </w:t>
            </w:r>
            <w:r w:rsidRPr="006D16DF">
              <w:rPr>
                <w:rStyle w:val="affa"/>
                <w:rFonts w:ascii="Times New Roman" w:eastAsia="思源黑体 CN" w:hAnsi="Times New Roman"/>
                <w:noProof/>
              </w:rPr>
              <w:t>安装与基础配置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_Toc215582815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A9F2DC" w14:textId="14F32398" w:rsidR="0091584C" w:rsidRDefault="0091584C">
          <w:pPr>
            <w:pStyle w:val="TOC1"/>
            <w:tabs>
              <w:tab w:val="right" w:leader="dot" w:pos="8630"/>
            </w:tabs>
            <w:rPr>
              <w:noProof/>
              <w:kern w:val="2"/>
              <w:sz w:val="22"/>
              <w:szCs w:val="24"/>
              <w:lang w:eastAsia="zh-CN"/>
              <w14:ligatures w14:val="standardContextual"/>
            </w:rPr>
          </w:pPr>
          <w:hyperlink w:anchor="_Toc215582816" w:history="1">
            <w:r w:rsidRPr="006D16DF">
              <w:rPr>
                <w:rStyle w:val="affa"/>
                <w:rFonts w:ascii="Times New Roman" w:eastAsia="思源黑体 CN" w:hAnsi="Times New Roman"/>
                <w:noProof/>
              </w:rPr>
              <w:t>五、</w:t>
            </w:r>
            <w:r w:rsidRPr="006D16DF">
              <w:rPr>
                <w:rStyle w:val="affa"/>
                <w:rFonts w:ascii="Times New Roman" w:eastAsia="思源黑体 CN" w:hAnsi="Times New Roman"/>
                <w:noProof/>
              </w:rPr>
              <w:t xml:space="preserve">CNN_GRU_INFERENCE </w:t>
            </w:r>
            <w:r w:rsidRPr="006D16DF">
              <w:rPr>
                <w:rStyle w:val="affa"/>
                <w:rFonts w:ascii="Times New Roman" w:eastAsia="思源黑体 CN" w:hAnsi="Times New Roman"/>
                <w:noProof/>
              </w:rPr>
              <w:t>工程结构说明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_Toc215582816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D69C5E" w14:textId="3971F126" w:rsidR="0091584C" w:rsidRDefault="0091584C">
          <w:pPr>
            <w:pStyle w:val="TOC1"/>
            <w:tabs>
              <w:tab w:val="right" w:leader="dot" w:pos="8630"/>
            </w:tabs>
            <w:rPr>
              <w:noProof/>
              <w:kern w:val="2"/>
              <w:sz w:val="22"/>
              <w:szCs w:val="24"/>
              <w:lang w:eastAsia="zh-CN"/>
              <w14:ligatures w14:val="standardContextual"/>
            </w:rPr>
          </w:pPr>
          <w:hyperlink w:anchor="_Toc215582817" w:history="1">
            <w:r w:rsidRPr="006D16DF">
              <w:rPr>
                <w:rStyle w:val="affa"/>
                <w:rFonts w:ascii="Times New Roman" w:eastAsia="思源黑体 CN" w:hAnsi="Times New Roman"/>
                <w:noProof/>
                <w:lang w:eastAsia="zh-CN"/>
              </w:rPr>
              <w:t>六、模型与</w:t>
            </w:r>
            <w:r w:rsidRPr="006D16DF">
              <w:rPr>
                <w:rStyle w:val="affa"/>
                <w:rFonts w:ascii="Times New Roman" w:eastAsia="思源黑体 CN" w:hAnsi="Times New Roman"/>
                <w:noProof/>
                <w:lang w:eastAsia="zh-CN"/>
              </w:rPr>
              <w:t xml:space="preserve"> CSV </w:t>
            </w:r>
            <w:r w:rsidRPr="006D16DF">
              <w:rPr>
                <w:rStyle w:val="affa"/>
                <w:rFonts w:ascii="Times New Roman" w:eastAsia="思源黑体 CN" w:hAnsi="Times New Roman"/>
                <w:noProof/>
                <w:lang w:eastAsia="zh-CN"/>
              </w:rPr>
              <w:t>数据准备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_Toc215582817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398FB4" w14:textId="01DA65F6" w:rsidR="0091584C" w:rsidRDefault="0091584C">
          <w:pPr>
            <w:pStyle w:val="TOC1"/>
            <w:tabs>
              <w:tab w:val="right" w:leader="dot" w:pos="8630"/>
            </w:tabs>
            <w:rPr>
              <w:noProof/>
              <w:kern w:val="2"/>
              <w:sz w:val="22"/>
              <w:szCs w:val="24"/>
              <w:lang w:eastAsia="zh-CN"/>
              <w14:ligatures w14:val="standardContextual"/>
            </w:rPr>
          </w:pPr>
          <w:hyperlink w:anchor="_Toc215582818" w:history="1">
            <w:r w:rsidRPr="006D16DF">
              <w:rPr>
                <w:rStyle w:val="affa"/>
                <w:rFonts w:ascii="Times New Roman" w:eastAsia="思源黑体 CN" w:hAnsi="Times New Roman"/>
                <w:noProof/>
                <w:lang w:eastAsia="zh-CN"/>
              </w:rPr>
              <w:t>七、运行示例的详细步骤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_Toc215582818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4A9FCB" w14:textId="64241A15" w:rsidR="0091584C" w:rsidRDefault="0091584C">
          <w:pPr>
            <w:pStyle w:val="TOC1"/>
            <w:tabs>
              <w:tab w:val="right" w:leader="dot" w:pos="8630"/>
            </w:tabs>
            <w:rPr>
              <w:noProof/>
              <w:kern w:val="2"/>
              <w:sz w:val="22"/>
              <w:szCs w:val="24"/>
              <w:lang w:eastAsia="zh-CN"/>
              <w14:ligatures w14:val="standardContextual"/>
            </w:rPr>
          </w:pPr>
          <w:hyperlink w:anchor="_Toc215582819" w:history="1">
            <w:r w:rsidRPr="006D16DF">
              <w:rPr>
                <w:rStyle w:val="affa"/>
                <w:rFonts w:ascii="Times New Roman" w:eastAsia="思源黑体 CN" w:hAnsi="Times New Roman"/>
                <w:noProof/>
              </w:rPr>
              <w:t>八、</w:t>
            </w:r>
            <w:r w:rsidRPr="006D16DF">
              <w:rPr>
                <w:rStyle w:val="affa"/>
                <w:rFonts w:ascii="Times New Roman" w:eastAsia="思源黑体 CN" w:hAnsi="Times New Roman"/>
                <w:noProof/>
              </w:rPr>
              <w:t xml:space="preserve">TwinCAT Scope </w:t>
            </w:r>
            <w:r w:rsidRPr="006D16DF">
              <w:rPr>
                <w:rStyle w:val="affa"/>
                <w:rFonts w:ascii="Times New Roman" w:eastAsia="思源黑体 CN" w:hAnsi="Times New Roman"/>
                <w:noProof/>
              </w:rPr>
              <w:t>验证与曲线说明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_Toc215582819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E0F973" w14:textId="27488C56" w:rsidR="0091584C" w:rsidRDefault="0091584C">
          <w:pPr>
            <w:pStyle w:val="TOC1"/>
            <w:tabs>
              <w:tab w:val="right" w:leader="dot" w:pos="8630"/>
            </w:tabs>
            <w:rPr>
              <w:noProof/>
              <w:kern w:val="2"/>
              <w:sz w:val="22"/>
              <w:szCs w:val="24"/>
              <w:lang w:eastAsia="zh-CN"/>
              <w14:ligatures w14:val="standardContextual"/>
            </w:rPr>
          </w:pPr>
          <w:hyperlink w:anchor="_Toc215582820" w:history="1">
            <w:r w:rsidRPr="006D16DF">
              <w:rPr>
                <w:rStyle w:val="affa"/>
                <w:rFonts w:ascii="Times New Roman" w:eastAsia="思源黑体 CN" w:hAnsi="Times New Roman"/>
                <w:noProof/>
                <w:lang w:eastAsia="zh-CN"/>
              </w:rPr>
              <w:t>九、常见问题与简单排查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_Toc215582820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CE8E4B" w14:textId="2C7C237B" w:rsidR="0091584C" w:rsidRDefault="0091584C">
          <w:pPr>
            <w:pStyle w:val="TOC1"/>
            <w:tabs>
              <w:tab w:val="right" w:leader="dot" w:pos="8630"/>
            </w:tabs>
            <w:rPr>
              <w:noProof/>
              <w:kern w:val="2"/>
              <w:sz w:val="22"/>
              <w:szCs w:val="24"/>
              <w:lang w:eastAsia="zh-CN"/>
              <w14:ligatures w14:val="standardContextual"/>
            </w:rPr>
          </w:pPr>
          <w:hyperlink w:anchor="_Toc215582821" w:history="1">
            <w:r w:rsidRPr="006D16DF">
              <w:rPr>
                <w:rStyle w:val="affa"/>
                <w:rFonts w:ascii="Times New Roman" w:eastAsia="思源黑体 CN" w:hAnsi="Times New Roman"/>
                <w:noProof/>
              </w:rPr>
              <w:t>十、总结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_Toc215582821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D1E8D3" w14:textId="26357ABC" w:rsidR="00CF4B38" w:rsidRPr="00D27E85" w:rsidRDefault="007E7C81">
          <w:pPr>
            <w:rPr>
              <w:rFonts w:ascii="Times New Roman" w:eastAsia="思源黑体 CN" w:hAnsi="Times New Roman"/>
            </w:rPr>
          </w:pPr>
          <w:r w:rsidRPr="00D27E85">
            <w:rPr>
              <w:rFonts w:ascii="Times New Roman" w:eastAsia="思源黑体 CN" w:hAnsi="Times New Roman"/>
              <w:b/>
              <w:bCs/>
              <w:lang w:val="zh-CN"/>
            </w:rPr>
            <w:fldChar w:fldCharType="end"/>
          </w:r>
        </w:p>
      </w:sdtContent>
    </w:sdt>
    <w:p w14:paraId="65B854BB" w14:textId="77777777" w:rsidR="009B5AB1" w:rsidRDefault="009B5AB1">
      <w:pPr>
        <w:rPr>
          <w:rFonts w:ascii="Times New Roman" w:eastAsia="思源黑体 CN" w:hAnsi="Times New Roman"/>
          <w:caps/>
          <w:color w:val="FFFFFF" w:themeColor="background1"/>
          <w:spacing w:val="15"/>
          <w:sz w:val="22"/>
          <w:szCs w:val="22"/>
          <w:lang w:eastAsia="zh-CN"/>
        </w:rPr>
      </w:pPr>
      <w:r>
        <w:rPr>
          <w:rFonts w:ascii="Times New Roman" w:eastAsia="思源黑体 CN" w:hAnsi="Times New Roman"/>
          <w:lang w:eastAsia="zh-CN"/>
        </w:rPr>
        <w:br w:type="page"/>
      </w:r>
    </w:p>
    <w:p w14:paraId="1FEE18C4" w14:textId="148C4ED1" w:rsidR="00773DBB" w:rsidRPr="00D27E85" w:rsidRDefault="00000000">
      <w:pPr>
        <w:pStyle w:val="1"/>
        <w:rPr>
          <w:rFonts w:ascii="Times New Roman" w:eastAsia="思源黑体 CN" w:hAnsi="Times New Roman"/>
          <w:lang w:eastAsia="zh-CN"/>
        </w:rPr>
      </w:pPr>
      <w:bookmarkStart w:id="1" w:name="_Toc215582812"/>
      <w:r w:rsidRPr="00D27E85">
        <w:rPr>
          <w:rFonts w:ascii="Times New Roman" w:eastAsia="思源黑体 CN" w:hAnsi="Times New Roman"/>
          <w:lang w:eastAsia="zh-CN"/>
        </w:rPr>
        <w:lastRenderedPageBreak/>
        <w:t>一、项目背景与目标</w:t>
      </w:r>
      <w:bookmarkEnd w:id="1"/>
    </w:p>
    <w:p w14:paraId="0C38DC11" w14:textId="141A4B1A" w:rsidR="00773DBB" w:rsidRPr="00D27E85" w:rsidRDefault="00AA503A" w:rsidP="004F7764">
      <w:pPr>
        <w:ind w:firstLineChars="200" w:firstLine="400"/>
        <w:rPr>
          <w:rFonts w:ascii="Times New Roman" w:eastAsia="思源黑体 CN" w:hAnsi="Times New Roman"/>
          <w:lang w:eastAsia="zh-CN"/>
        </w:rPr>
      </w:pPr>
      <w:r w:rsidRPr="00D27E85">
        <w:rPr>
          <w:rFonts w:ascii="Times New Roman" w:eastAsia="思源黑体 CN" w:hAnsi="Times New Roman" w:hint="eastAsia"/>
          <w:lang w:eastAsia="zh-CN"/>
        </w:rPr>
        <w:t>在很多</w:t>
      </w:r>
      <w:r w:rsidR="00C95334" w:rsidRPr="00D27E85">
        <w:rPr>
          <w:rFonts w:ascii="Times New Roman" w:eastAsia="思源黑体 CN" w:hAnsi="Times New Roman" w:hint="eastAsia"/>
          <w:lang w:eastAsia="zh-CN"/>
        </w:rPr>
        <w:t>工业控制场景</w:t>
      </w:r>
      <w:r w:rsidRPr="00D27E85">
        <w:rPr>
          <w:rFonts w:ascii="Times New Roman" w:eastAsia="思源黑体 CN" w:hAnsi="Times New Roman"/>
          <w:lang w:eastAsia="zh-CN"/>
        </w:rPr>
        <w:t>中，现场</w:t>
      </w:r>
      <w:r w:rsidRPr="00D27E85">
        <w:rPr>
          <w:rFonts w:ascii="Times New Roman" w:eastAsia="思源黑体 CN" w:hAnsi="Times New Roman"/>
          <w:lang w:eastAsia="zh-CN"/>
        </w:rPr>
        <w:t xml:space="preserve"> PLC </w:t>
      </w:r>
      <w:r w:rsidRPr="00D27E85">
        <w:rPr>
          <w:rFonts w:ascii="Times New Roman" w:eastAsia="思源黑体 CN" w:hAnsi="Times New Roman"/>
          <w:lang w:eastAsia="zh-CN"/>
        </w:rPr>
        <w:t>通过高速</w:t>
      </w:r>
      <w:r w:rsidR="00C95334" w:rsidRPr="00D27E85">
        <w:rPr>
          <w:rFonts w:ascii="Times New Roman" w:eastAsia="思源黑体 CN" w:hAnsi="Times New Roman" w:hint="eastAsia"/>
          <w:lang w:eastAsia="zh-CN"/>
        </w:rPr>
        <w:t>采集电机转速、位置</w:t>
      </w:r>
      <w:r w:rsidRPr="00D27E85">
        <w:rPr>
          <w:rFonts w:ascii="Times New Roman" w:eastAsia="思源黑体 CN" w:hAnsi="Times New Roman"/>
          <w:lang w:eastAsia="zh-CN"/>
        </w:rPr>
        <w:t>等信号，希望使用深度学习模型对</w:t>
      </w:r>
      <w:r w:rsidR="004E049E" w:rsidRPr="00D27E85">
        <w:rPr>
          <w:rFonts w:ascii="Times New Roman" w:eastAsia="思源黑体 CN" w:hAnsi="Times New Roman" w:hint="eastAsia"/>
          <w:lang w:eastAsia="zh-CN"/>
        </w:rPr>
        <w:t>其中一些变量</w:t>
      </w:r>
      <w:r w:rsidRPr="00D27E85">
        <w:rPr>
          <w:rFonts w:ascii="Times New Roman" w:eastAsia="思源黑体 CN" w:hAnsi="Times New Roman"/>
          <w:lang w:eastAsia="zh-CN"/>
        </w:rPr>
        <w:t>进行短时</w:t>
      </w:r>
      <w:r w:rsidR="004F1193" w:rsidRPr="00D27E85">
        <w:rPr>
          <w:rFonts w:ascii="Times New Roman" w:eastAsia="思源黑体 CN" w:hAnsi="Times New Roman" w:hint="eastAsia"/>
          <w:lang w:eastAsia="zh-CN"/>
        </w:rPr>
        <w:t>（长期趋势）</w:t>
      </w:r>
      <w:r w:rsidRPr="00D27E85">
        <w:rPr>
          <w:rFonts w:ascii="Times New Roman" w:eastAsia="思源黑体 CN" w:hAnsi="Times New Roman"/>
          <w:lang w:eastAsia="zh-CN"/>
        </w:rPr>
        <w:t>预测，用于评估</w:t>
      </w:r>
      <w:r w:rsidR="004E049E" w:rsidRPr="00D27E85">
        <w:rPr>
          <w:rFonts w:ascii="Times New Roman" w:eastAsia="思源黑体 CN" w:hAnsi="Times New Roman" w:hint="eastAsia"/>
          <w:lang w:eastAsia="zh-CN"/>
        </w:rPr>
        <w:t>机器</w:t>
      </w:r>
      <w:r w:rsidRPr="00D27E85">
        <w:rPr>
          <w:rFonts w:ascii="Times New Roman" w:eastAsia="思源黑体 CN" w:hAnsi="Times New Roman"/>
          <w:lang w:eastAsia="zh-CN"/>
        </w:rPr>
        <w:t>在未来若干采样点内的状态趋势。</w:t>
      </w:r>
      <w:r w:rsidR="00EB7C31" w:rsidRPr="00D27E85">
        <w:rPr>
          <w:rFonts w:ascii="Times New Roman" w:eastAsia="思源黑体 CN" w:hAnsi="Times New Roman" w:hint="eastAsia"/>
          <w:lang w:eastAsia="zh-CN"/>
        </w:rPr>
        <w:t>本项目</w:t>
      </w:r>
      <w:r w:rsidRPr="00D27E85">
        <w:rPr>
          <w:rFonts w:ascii="Times New Roman" w:eastAsia="思源黑体 CN" w:hAnsi="Times New Roman"/>
          <w:lang w:eastAsia="zh-CN"/>
        </w:rPr>
        <w:t>离线训练阶段已经在</w:t>
      </w:r>
      <w:r w:rsidRPr="00D27E85">
        <w:rPr>
          <w:rFonts w:ascii="Times New Roman" w:eastAsia="思源黑体 CN" w:hAnsi="Times New Roman"/>
          <w:lang w:eastAsia="zh-CN"/>
        </w:rPr>
        <w:t xml:space="preserve"> Python </w:t>
      </w:r>
      <w:r w:rsidRPr="00D27E85">
        <w:rPr>
          <w:rFonts w:ascii="Times New Roman" w:eastAsia="思源黑体 CN" w:hAnsi="Times New Roman"/>
          <w:lang w:eastAsia="zh-CN"/>
        </w:rPr>
        <w:t>环境中完成，最终导出了基于</w:t>
      </w:r>
      <w:r w:rsidRPr="00D27E85">
        <w:rPr>
          <w:rFonts w:ascii="Times New Roman" w:eastAsia="思源黑体 CN" w:hAnsi="Times New Roman"/>
          <w:lang w:eastAsia="zh-CN"/>
        </w:rPr>
        <w:t xml:space="preserve"> CNN-GRU </w:t>
      </w:r>
      <w:r w:rsidRPr="00D27E85">
        <w:rPr>
          <w:rFonts w:ascii="Times New Roman" w:eastAsia="思源黑体 CN" w:hAnsi="Times New Roman"/>
          <w:lang w:eastAsia="zh-CN"/>
        </w:rPr>
        <w:t>结构的</w:t>
      </w:r>
      <w:r w:rsidRPr="00D27E85">
        <w:rPr>
          <w:rFonts w:ascii="Times New Roman" w:eastAsia="思源黑体 CN" w:hAnsi="Times New Roman"/>
          <w:lang w:eastAsia="zh-CN"/>
        </w:rPr>
        <w:t xml:space="preserve"> ONNX </w:t>
      </w:r>
      <w:r w:rsidRPr="00D27E85">
        <w:rPr>
          <w:rFonts w:ascii="Times New Roman" w:eastAsia="思源黑体 CN" w:hAnsi="Times New Roman"/>
          <w:lang w:eastAsia="zh-CN"/>
        </w:rPr>
        <w:t>模型。</w:t>
      </w:r>
      <w:r w:rsidR="00894ADB" w:rsidRPr="00894ADB">
        <w:rPr>
          <w:rFonts w:ascii="Times New Roman" w:eastAsia="思源黑体 CN" w:hAnsi="Times New Roman" w:hint="eastAsia"/>
          <w:lang w:eastAsia="zh-CN"/>
        </w:rPr>
        <w:t>本模型使用长度为</w:t>
      </w:r>
      <w:r w:rsidR="00894ADB" w:rsidRPr="00894ADB">
        <w:rPr>
          <w:rFonts w:ascii="Times New Roman" w:eastAsia="思源黑体 CN" w:hAnsi="Times New Roman"/>
          <w:lang w:eastAsia="zh-CN"/>
        </w:rPr>
        <w:t xml:space="preserve"> 128 </w:t>
      </w:r>
      <w:r w:rsidR="00894ADB" w:rsidRPr="00894ADB">
        <w:rPr>
          <w:rFonts w:ascii="Times New Roman" w:eastAsia="思源黑体 CN" w:hAnsi="Times New Roman" w:hint="eastAsia"/>
          <w:lang w:eastAsia="zh-CN"/>
        </w:rPr>
        <w:t>的时序窗口，预测未来</w:t>
      </w:r>
      <w:r w:rsidR="00894ADB" w:rsidRPr="00894ADB">
        <w:rPr>
          <w:rFonts w:ascii="Times New Roman" w:eastAsia="思源黑体 CN" w:hAnsi="Times New Roman"/>
          <w:lang w:eastAsia="zh-CN"/>
        </w:rPr>
        <w:t xml:space="preserve"> 10 </w:t>
      </w:r>
      <w:proofErr w:type="gramStart"/>
      <w:r w:rsidR="00894ADB" w:rsidRPr="00894ADB">
        <w:rPr>
          <w:rFonts w:ascii="Times New Roman" w:eastAsia="思源黑体 CN" w:hAnsi="Times New Roman" w:hint="eastAsia"/>
          <w:lang w:eastAsia="zh-CN"/>
        </w:rPr>
        <w:t>个</w:t>
      </w:r>
      <w:proofErr w:type="gramEnd"/>
      <w:r w:rsidR="00894ADB" w:rsidRPr="00894ADB">
        <w:rPr>
          <w:rFonts w:ascii="Times New Roman" w:eastAsia="思源黑体 CN" w:hAnsi="Times New Roman" w:hint="eastAsia"/>
          <w:lang w:eastAsia="zh-CN"/>
        </w:rPr>
        <w:t>采样点（约</w:t>
      </w:r>
      <w:r w:rsidR="00894ADB" w:rsidRPr="00894ADB">
        <w:rPr>
          <w:rFonts w:ascii="Times New Roman" w:eastAsia="思源黑体 CN" w:hAnsi="Times New Roman"/>
          <w:lang w:eastAsia="zh-CN"/>
        </w:rPr>
        <w:t xml:space="preserve"> 2–20 </w:t>
      </w:r>
      <w:proofErr w:type="spellStart"/>
      <w:r w:rsidR="00894ADB" w:rsidRPr="00894ADB">
        <w:rPr>
          <w:rFonts w:ascii="Times New Roman" w:eastAsia="思源黑体 CN" w:hAnsi="Times New Roman"/>
          <w:lang w:eastAsia="zh-CN"/>
        </w:rPr>
        <w:t>ms</w:t>
      </w:r>
      <w:proofErr w:type="spellEnd"/>
      <w:r w:rsidR="00894ADB" w:rsidRPr="00894ADB">
        <w:rPr>
          <w:rFonts w:ascii="Times New Roman" w:eastAsia="思源黑体 CN" w:hAnsi="Times New Roman" w:hint="eastAsia"/>
          <w:lang w:eastAsia="zh-CN"/>
        </w:rPr>
        <w:t>）的</w:t>
      </w:r>
      <w:r w:rsidR="00894ADB" w:rsidRPr="00894ADB">
        <w:rPr>
          <w:rFonts w:ascii="Times New Roman" w:eastAsia="思源黑体 CN" w:hAnsi="Times New Roman"/>
          <w:lang w:eastAsia="zh-CN"/>
        </w:rPr>
        <w:t xml:space="preserve"> EVALUE </w:t>
      </w:r>
      <w:r w:rsidR="00894ADB" w:rsidRPr="00894ADB">
        <w:rPr>
          <w:rFonts w:ascii="Times New Roman" w:eastAsia="思源黑体 CN" w:hAnsi="Times New Roman" w:hint="eastAsia"/>
          <w:lang w:eastAsia="zh-CN"/>
        </w:rPr>
        <w:t>动态趋势。</w:t>
      </w:r>
    </w:p>
    <w:p w14:paraId="7C5F28E0" w14:textId="76A5CF52" w:rsidR="00773DBB" w:rsidRPr="00D27E85" w:rsidRDefault="00000000" w:rsidP="004F7764">
      <w:pPr>
        <w:ind w:firstLineChars="200" w:firstLine="400"/>
        <w:rPr>
          <w:rFonts w:ascii="Times New Roman" w:eastAsia="思源黑体 CN" w:hAnsi="Times New Roman"/>
        </w:rPr>
      </w:pPr>
      <w:r w:rsidRPr="00D27E85">
        <w:rPr>
          <w:rFonts w:ascii="Times New Roman" w:eastAsia="思源黑体 CN" w:hAnsi="Times New Roman"/>
        </w:rPr>
        <w:t xml:space="preserve">CNN_GRU_INFERENCE </w:t>
      </w:r>
      <w:proofErr w:type="spellStart"/>
      <w:r w:rsidRPr="00D27E85">
        <w:rPr>
          <w:rFonts w:ascii="Times New Roman" w:eastAsia="思源黑体 CN" w:hAnsi="Times New Roman"/>
        </w:rPr>
        <w:t>的作用，是在</w:t>
      </w:r>
      <w:proofErr w:type="spellEnd"/>
      <w:r w:rsidRPr="00D27E85">
        <w:rPr>
          <w:rFonts w:ascii="Times New Roman" w:eastAsia="思源黑体 CN" w:hAnsi="Times New Roman"/>
        </w:rPr>
        <w:t xml:space="preserve"> </w:t>
      </w:r>
      <w:proofErr w:type="spellStart"/>
      <w:r w:rsidRPr="00D27E85">
        <w:rPr>
          <w:rFonts w:ascii="Times New Roman" w:eastAsia="思源黑体 CN" w:hAnsi="Times New Roman"/>
        </w:rPr>
        <w:t>TwinCAT</w:t>
      </w:r>
      <w:proofErr w:type="spellEnd"/>
      <w:r w:rsidRPr="00D27E85">
        <w:rPr>
          <w:rFonts w:ascii="Times New Roman" w:eastAsia="思源黑体 CN" w:hAnsi="Times New Roman"/>
        </w:rPr>
        <w:t xml:space="preserve"> 3 </w:t>
      </w:r>
      <w:proofErr w:type="spellStart"/>
      <w:r w:rsidRPr="00D27E85">
        <w:rPr>
          <w:rFonts w:ascii="Times New Roman" w:eastAsia="思源黑体 CN" w:hAnsi="Times New Roman"/>
        </w:rPr>
        <w:t>中通过</w:t>
      </w:r>
      <w:proofErr w:type="spellEnd"/>
      <w:r w:rsidRPr="00D27E85">
        <w:rPr>
          <w:rFonts w:ascii="Times New Roman" w:eastAsia="思源黑体 CN" w:hAnsi="Times New Roman"/>
        </w:rPr>
        <w:t xml:space="preserve"> TF3820 Machine Learning Server </w:t>
      </w:r>
      <w:proofErr w:type="spellStart"/>
      <w:r w:rsidRPr="00D27E85">
        <w:rPr>
          <w:rFonts w:ascii="Times New Roman" w:eastAsia="思源黑体 CN" w:hAnsi="Times New Roman"/>
        </w:rPr>
        <w:t>调用该模型，实现以下目标</w:t>
      </w:r>
      <w:proofErr w:type="spellEnd"/>
      <w:r w:rsidRPr="00D27E85">
        <w:rPr>
          <w:rFonts w:ascii="Times New Roman" w:eastAsia="思源黑体 CN" w:hAnsi="Times New Roman"/>
        </w:rPr>
        <w:t>：</w:t>
      </w:r>
    </w:p>
    <w:p w14:paraId="69B01C1F" w14:textId="595C056A" w:rsidR="00773DBB" w:rsidRPr="00D27E85" w:rsidRDefault="00000000">
      <w:pPr>
        <w:rPr>
          <w:rFonts w:ascii="Times New Roman" w:eastAsia="思源黑体 CN" w:hAnsi="Times New Roman"/>
          <w:lang w:eastAsia="zh-CN"/>
        </w:rPr>
      </w:pPr>
      <w:r w:rsidRPr="00D27E85">
        <w:rPr>
          <w:rFonts w:ascii="Times New Roman" w:eastAsia="思源黑体 CN" w:hAnsi="Times New Roman"/>
          <w:lang w:eastAsia="zh-CN"/>
        </w:rPr>
        <w:t>1</w:t>
      </w:r>
      <w:r w:rsidRPr="00D27E85">
        <w:rPr>
          <w:rFonts w:ascii="Times New Roman" w:eastAsia="思源黑体 CN" w:hAnsi="Times New Roman"/>
          <w:lang w:eastAsia="zh-CN"/>
        </w:rPr>
        <w:t>）从</w:t>
      </w:r>
      <w:r w:rsidRPr="00D27E85">
        <w:rPr>
          <w:rFonts w:ascii="Times New Roman" w:eastAsia="思源黑体 CN" w:hAnsi="Times New Roman"/>
          <w:lang w:eastAsia="zh-CN"/>
        </w:rPr>
        <w:t xml:space="preserve"> CSV </w:t>
      </w:r>
      <w:r w:rsidRPr="00D27E85">
        <w:rPr>
          <w:rFonts w:ascii="Times New Roman" w:eastAsia="思源黑体 CN" w:hAnsi="Times New Roman"/>
          <w:lang w:eastAsia="zh-CN"/>
        </w:rPr>
        <w:t>文件中回放真实采样数据；</w:t>
      </w:r>
      <w:r w:rsidRPr="00D27E85">
        <w:rPr>
          <w:rFonts w:ascii="Times New Roman" w:eastAsia="思源黑体 CN" w:hAnsi="Times New Roman"/>
          <w:lang w:eastAsia="zh-CN"/>
        </w:rPr>
        <w:br/>
        <w:t>2</w:t>
      </w:r>
      <w:r w:rsidRPr="00D27E85">
        <w:rPr>
          <w:rFonts w:ascii="Times New Roman" w:eastAsia="思源黑体 CN" w:hAnsi="Times New Roman"/>
          <w:lang w:eastAsia="zh-CN"/>
        </w:rPr>
        <w:t>）在</w:t>
      </w:r>
      <w:r w:rsidRPr="00D27E85">
        <w:rPr>
          <w:rFonts w:ascii="Times New Roman" w:eastAsia="思源黑体 CN" w:hAnsi="Times New Roman"/>
          <w:lang w:eastAsia="zh-CN"/>
        </w:rPr>
        <w:t xml:space="preserve"> PLC </w:t>
      </w:r>
      <w:r w:rsidRPr="00D27E85">
        <w:rPr>
          <w:rFonts w:ascii="Times New Roman" w:eastAsia="思源黑体 CN" w:hAnsi="Times New Roman"/>
          <w:lang w:eastAsia="zh-CN"/>
        </w:rPr>
        <w:t>中构造长度为</w:t>
      </w:r>
      <w:r w:rsidRPr="00D27E85">
        <w:rPr>
          <w:rFonts w:ascii="Times New Roman" w:eastAsia="思源黑体 CN" w:hAnsi="Times New Roman"/>
          <w:lang w:eastAsia="zh-CN"/>
        </w:rPr>
        <w:t xml:space="preserve"> 128 </w:t>
      </w:r>
      <w:r w:rsidRPr="00D27E85">
        <w:rPr>
          <w:rFonts w:ascii="Times New Roman" w:eastAsia="思源黑体 CN" w:hAnsi="Times New Roman"/>
          <w:lang w:eastAsia="zh-CN"/>
        </w:rPr>
        <w:t>的时序窗口，并完成标准化与展平；</w:t>
      </w:r>
      <w:r w:rsidRPr="00D27E85">
        <w:rPr>
          <w:rFonts w:ascii="Times New Roman" w:eastAsia="思源黑体 CN" w:hAnsi="Times New Roman"/>
          <w:lang w:eastAsia="zh-CN"/>
        </w:rPr>
        <w:br/>
        <w:t>3</w:t>
      </w:r>
      <w:r w:rsidRPr="00D27E85">
        <w:rPr>
          <w:rFonts w:ascii="Times New Roman" w:eastAsia="思源黑体 CN" w:hAnsi="Times New Roman"/>
          <w:lang w:eastAsia="zh-CN"/>
        </w:rPr>
        <w:t>）通过</w:t>
      </w:r>
      <w:r w:rsidRPr="00D27E85">
        <w:rPr>
          <w:rFonts w:ascii="Times New Roman" w:eastAsia="思源黑体 CN" w:hAnsi="Times New Roman"/>
          <w:lang w:eastAsia="zh-CN"/>
        </w:rPr>
        <w:t xml:space="preserve"> TF3820 </w:t>
      </w:r>
      <w:r w:rsidRPr="00D27E85">
        <w:rPr>
          <w:rFonts w:ascii="Times New Roman" w:eastAsia="思源黑体 CN" w:hAnsi="Times New Roman"/>
          <w:lang w:eastAsia="zh-CN"/>
        </w:rPr>
        <w:t>调用</w:t>
      </w:r>
      <w:r w:rsidRPr="00D27E85">
        <w:rPr>
          <w:rFonts w:ascii="Times New Roman" w:eastAsia="思源黑体 CN" w:hAnsi="Times New Roman"/>
          <w:lang w:eastAsia="zh-CN"/>
        </w:rPr>
        <w:t xml:space="preserve"> ONNX </w:t>
      </w:r>
      <w:r w:rsidRPr="00D27E85">
        <w:rPr>
          <w:rFonts w:ascii="Times New Roman" w:eastAsia="思源黑体 CN" w:hAnsi="Times New Roman"/>
          <w:lang w:eastAsia="zh-CN"/>
        </w:rPr>
        <w:t>模型，预测未来</w:t>
      </w:r>
      <w:r w:rsidRPr="00D27E85">
        <w:rPr>
          <w:rFonts w:ascii="Times New Roman" w:eastAsia="思源黑体 CN" w:hAnsi="Times New Roman"/>
          <w:lang w:eastAsia="zh-CN"/>
        </w:rPr>
        <w:t xml:space="preserve"> 10 </w:t>
      </w:r>
      <w:proofErr w:type="gramStart"/>
      <w:r w:rsidRPr="00D27E85">
        <w:rPr>
          <w:rFonts w:ascii="Times New Roman" w:eastAsia="思源黑体 CN" w:hAnsi="Times New Roman"/>
          <w:lang w:eastAsia="zh-CN"/>
        </w:rPr>
        <w:t>个</w:t>
      </w:r>
      <w:proofErr w:type="gramEnd"/>
      <w:r w:rsidRPr="00D27E85">
        <w:rPr>
          <w:rFonts w:ascii="Times New Roman" w:eastAsia="思源黑体 CN" w:hAnsi="Times New Roman"/>
          <w:lang w:eastAsia="zh-CN"/>
        </w:rPr>
        <w:t>采样点</w:t>
      </w:r>
      <w:r w:rsidR="00AE3AA9" w:rsidRPr="00D27E85">
        <w:rPr>
          <w:rFonts w:ascii="Times New Roman" w:eastAsia="思源黑体 CN" w:hAnsi="Times New Roman" w:hint="eastAsia"/>
          <w:lang w:eastAsia="zh-CN"/>
        </w:rPr>
        <w:t>（时间步）</w:t>
      </w:r>
      <w:r w:rsidRPr="00D27E85">
        <w:rPr>
          <w:rFonts w:ascii="Times New Roman" w:eastAsia="思源黑体 CN" w:hAnsi="Times New Roman"/>
          <w:lang w:eastAsia="zh-CN"/>
        </w:rPr>
        <w:t>的</w:t>
      </w:r>
      <w:r w:rsidRPr="00D27E85">
        <w:rPr>
          <w:rFonts w:ascii="Times New Roman" w:eastAsia="思源黑体 CN" w:hAnsi="Times New Roman"/>
          <w:lang w:eastAsia="zh-CN"/>
        </w:rPr>
        <w:t xml:space="preserve"> EVALUE</w:t>
      </w:r>
      <w:r w:rsidRPr="00D27E85">
        <w:rPr>
          <w:rFonts w:ascii="Times New Roman" w:eastAsia="思源黑体 CN" w:hAnsi="Times New Roman"/>
          <w:lang w:eastAsia="zh-CN"/>
        </w:rPr>
        <w:t>；</w:t>
      </w:r>
      <w:r w:rsidRPr="00D27E85">
        <w:rPr>
          <w:rFonts w:ascii="Times New Roman" w:eastAsia="思源黑体 CN" w:hAnsi="Times New Roman"/>
          <w:lang w:eastAsia="zh-CN"/>
        </w:rPr>
        <w:br/>
        <w:t>4</w:t>
      </w:r>
      <w:r w:rsidRPr="00D27E85">
        <w:rPr>
          <w:rFonts w:ascii="Times New Roman" w:eastAsia="思源黑体 CN" w:hAnsi="Times New Roman"/>
          <w:lang w:eastAsia="zh-CN"/>
        </w:rPr>
        <w:t>）在</w:t>
      </w:r>
      <w:r w:rsidRPr="00D27E85">
        <w:rPr>
          <w:rFonts w:ascii="Times New Roman" w:eastAsia="思源黑体 CN" w:hAnsi="Times New Roman"/>
          <w:lang w:eastAsia="zh-CN"/>
        </w:rPr>
        <w:t xml:space="preserve"> </w:t>
      </w:r>
      <w:proofErr w:type="spellStart"/>
      <w:r w:rsidRPr="00D27E85">
        <w:rPr>
          <w:rFonts w:ascii="Times New Roman" w:eastAsia="思源黑体 CN" w:hAnsi="Times New Roman"/>
          <w:lang w:eastAsia="zh-CN"/>
        </w:rPr>
        <w:t>TwinCAT</w:t>
      </w:r>
      <w:proofErr w:type="spellEnd"/>
      <w:r w:rsidRPr="00D27E85">
        <w:rPr>
          <w:rFonts w:ascii="Times New Roman" w:eastAsia="思源黑体 CN" w:hAnsi="Times New Roman"/>
          <w:lang w:eastAsia="zh-CN"/>
        </w:rPr>
        <w:t xml:space="preserve"> Scope </w:t>
      </w:r>
      <w:r w:rsidRPr="00D27E85">
        <w:rPr>
          <w:rFonts w:ascii="Times New Roman" w:eastAsia="思源黑体 CN" w:hAnsi="Times New Roman"/>
          <w:lang w:eastAsia="zh-CN"/>
        </w:rPr>
        <w:t>中将预测值与真实值进行曲线对比，验证模型精度和推理性能。</w:t>
      </w:r>
    </w:p>
    <w:p w14:paraId="2433D01E" w14:textId="77777777" w:rsidR="00773DBB" w:rsidRPr="00D27E85" w:rsidRDefault="00000000" w:rsidP="004F7764">
      <w:pPr>
        <w:ind w:firstLineChars="200" w:firstLine="400"/>
        <w:rPr>
          <w:rFonts w:ascii="Times New Roman" w:eastAsia="思源黑体 CN" w:hAnsi="Times New Roman"/>
          <w:lang w:eastAsia="zh-CN"/>
        </w:rPr>
      </w:pPr>
      <w:r w:rsidRPr="00D27E85">
        <w:rPr>
          <w:rFonts w:ascii="Times New Roman" w:eastAsia="思源黑体 CN" w:hAnsi="Times New Roman"/>
          <w:lang w:eastAsia="zh-CN"/>
        </w:rPr>
        <w:t>该示例工程不依赖现场</w:t>
      </w:r>
      <w:r w:rsidRPr="00D27E85">
        <w:rPr>
          <w:rFonts w:ascii="Times New Roman" w:eastAsia="思源黑体 CN" w:hAnsi="Times New Roman"/>
          <w:lang w:eastAsia="zh-CN"/>
        </w:rPr>
        <w:t xml:space="preserve"> I/O</w:t>
      </w:r>
      <w:r w:rsidRPr="00D27E85">
        <w:rPr>
          <w:rFonts w:ascii="Times New Roman" w:eastAsia="思源黑体 CN" w:hAnsi="Times New Roman"/>
          <w:lang w:eastAsia="zh-CN"/>
        </w:rPr>
        <w:t>，可以在工程机或</w:t>
      </w:r>
      <w:r w:rsidRPr="00D27E85">
        <w:rPr>
          <w:rFonts w:ascii="Times New Roman" w:eastAsia="思源黑体 CN" w:hAnsi="Times New Roman"/>
          <w:lang w:eastAsia="zh-CN"/>
        </w:rPr>
        <w:t xml:space="preserve"> IPC </w:t>
      </w:r>
      <w:r w:rsidRPr="00D27E85">
        <w:rPr>
          <w:rFonts w:ascii="Times New Roman" w:eastAsia="思源黑体 CN" w:hAnsi="Times New Roman"/>
          <w:lang w:eastAsia="zh-CN"/>
        </w:rPr>
        <w:t>上独立运行，适合作为后续在线部署前的验证样例。</w:t>
      </w:r>
    </w:p>
    <w:p w14:paraId="535B438B" w14:textId="5D60DA37" w:rsidR="007D1C82" w:rsidRPr="00D27E85" w:rsidRDefault="007D1C82" w:rsidP="004F7764">
      <w:pPr>
        <w:ind w:firstLineChars="200" w:firstLine="400"/>
        <w:rPr>
          <w:rFonts w:ascii="Times New Roman" w:eastAsia="思源黑体 CN" w:hAnsi="Times New Roman"/>
          <w:lang w:eastAsia="zh-CN"/>
        </w:rPr>
      </w:pPr>
      <w:r w:rsidRPr="00D27E85">
        <w:rPr>
          <w:rFonts w:ascii="Times New Roman" w:eastAsia="思源黑体 CN" w:hAnsi="Times New Roman" w:hint="eastAsia"/>
          <w:lang w:eastAsia="zh-CN"/>
        </w:rPr>
        <w:t>下图是一个在测试集数据上的预测表现，可和后续</w:t>
      </w:r>
      <w:r w:rsidRPr="00D27E85">
        <w:rPr>
          <w:rFonts w:ascii="Times New Roman" w:eastAsia="思源黑体 CN" w:hAnsi="Times New Roman" w:hint="eastAsia"/>
          <w:lang w:eastAsia="zh-CN"/>
        </w:rPr>
        <w:t>Scope Project</w:t>
      </w:r>
      <w:r w:rsidRPr="00D27E85">
        <w:rPr>
          <w:rFonts w:ascii="Times New Roman" w:eastAsia="思源黑体 CN" w:hAnsi="Times New Roman" w:hint="eastAsia"/>
          <w:lang w:eastAsia="zh-CN"/>
        </w:rPr>
        <w:t>的曲线相对应。</w:t>
      </w:r>
    </w:p>
    <w:p w14:paraId="0FCEBA54" w14:textId="3205EC7C" w:rsidR="007D1C82" w:rsidRPr="00D27E85" w:rsidRDefault="007D1C82" w:rsidP="004F7764">
      <w:pPr>
        <w:ind w:firstLineChars="200" w:firstLine="400"/>
        <w:rPr>
          <w:rFonts w:ascii="Times New Roman" w:eastAsia="思源黑体 CN" w:hAnsi="Times New Roman"/>
          <w:lang w:eastAsia="zh-CN"/>
        </w:rPr>
      </w:pPr>
      <w:r w:rsidRPr="00D27E85">
        <w:rPr>
          <w:rFonts w:ascii="Times New Roman" w:eastAsia="思源黑体 CN" w:hAnsi="Times New Roman"/>
          <w:lang w:eastAsia="zh-CN"/>
        </w:rPr>
        <w:t>模型在</w:t>
      </w:r>
      <w:r w:rsidRPr="00D27E85">
        <w:rPr>
          <w:rFonts w:ascii="Times New Roman" w:eastAsia="思源黑体 CN" w:hAnsi="Times New Roman"/>
          <w:lang w:eastAsia="zh-CN"/>
        </w:rPr>
        <w:t xml:space="preserve"> </w:t>
      </w:r>
      <w:r w:rsidRPr="00D27E85">
        <w:rPr>
          <w:rFonts w:ascii="Times New Roman" w:eastAsia="思源黑体 CN" w:hAnsi="Times New Roman"/>
          <w:b/>
          <w:bCs/>
          <w:lang w:eastAsia="zh-CN"/>
        </w:rPr>
        <w:t xml:space="preserve">EVALUE </w:t>
      </w:r>
      <w:r w:rsidRPr="00D27E85">
        <w:rPr>
          <w:rFonts w:ascii="Times New Roman" w:eastAsia="思源黑体 CN" w:hAnsi="Times New Roman"/>
          <w:b/>
          <w:bCs/>
          <w:lang w:eastAsia="zh-CN"/>
        </w:rPr>
        <w:t>未来</w:t>
      </w:r>
      <w:r w:rsidRPr="00D27E85">
        <w:rPr>
          <w:rFonts w:ascii="Times New Roman" w:eastAsia="思源黑体 CN" w:hAnsi="Times New Roman"/>
          <w:b/>
          <w:bCs/>
          <w:lang w:eastAsia="zh-CN"/>
        </w:rPr>
        <w:t xml:space="preserve"> 2–20 </w:t>
      </w:r>
      <w:proofErr w:type="spellStart"/>
      <w:r w:rsidRPr="00D27E85">
        <w:rPr>
          <w:rFonts w:ascii="Times New Roman" w:eastAsia="思源黑体 CN" w:hAnsi="Times New Roman"/>
          <w:b/>
          <w:bCs/>
          <w:lang w:eastAsia="zh-CN"/>
        </w:rPr>
        <w:t>ms</w:t>
      </w:r>
      <w:proofErr w:type="spellEnd"/>
      <w:r w:rsidRPr="00D27E85">
        <w:rPr>
          <w:rFonts w:ascii="Times New Roman" w:eastAsia="思源黑体 CN" w:hAnsi="Times New Roman"/>
          <w:lang w:eastAsia="zh-CN"/>
        </w:rPr>
        <w:t xml:space="preserve"> </w:t>
      </w:r>
      <w:r w:rsidRPr="00D27E85">
        <w:rPr>
          <w:rFonts w:ascii="Times New Roman" w:eastAsia="思源黑体 CN" w:hAnsi="Times New Roman"/>
          <w:lang w:eastAsia="zh-CN"/>
        </w:rPr>
        <w:t>的预测中表现稳定，整体</w:t>
      </w:r>
      <w:r w:rsidRPr="00D27E85">
        <w:rPr>
          <w:rFonts w:ascii="Times New Roman" w:eastAsia="思源黑体 CN" w:hAnsi="Times New Roman"/>
          <w:lang w:eastAsia="zh-CN"/>
        </w:rPr>
        <w:t xml:space="preserve"> R²≈0.978</w:t>
      </w:r>
      <w:r w:rsidRPr="00D27E85">
        <w:rPr>
          <w:rFonts w:ascii="Times New Roman" w:eastAsia="思源黑体 CN" w:hAnsi="Times New Roman"/>
          <w:lang w:eastAsia="zh-CN"/>
        </w:rPr>
        <w:t>，几乎完整重建了真实信号的动态变化。相比基线（</w:t>
      </w:r>
      <w:r w:rsidRPr="00D27E85">
        <w:rPr>
          <w:rFonts w:ascii="Times New Roman" w:eastAsia="思源黑体 CN" w:hAnsi="Times New Roman"/>
          <w:lang w:eastAsia="zh-CN"/>
        </w:rPr>
        <w:t xml:space="preserve">persistence </w:t>
      </w:r>
      <w:r w:rsidRPr="00D27E85">
        <w:rPr>
          <w:rFonts w:ascii="Times New Roman" w:eastAsia="思源黑体 CN" w:hAnsi="Times New Roman"/>
          <w:lang w:eastAsia="zh-CN"/>
        </w:rPr>
        <w:t>模型</w:t>
      </w:r>
      <w:r w:rsidRPr="00D27E85">
        <w:rPr>
          <w:rFonts w:ascii="Times New Roman" w:eastAsia="思源黑体 CN" w:hAnsi="Times New Roman"/>
          <w:lang w:eastAsia="zh-CN"/>
        </w:rPr>
        <w:t xml:space="preserve"> RMSE≈330</w:t>
      </w:r>
      <w:r w:rsidRPr="00D27E85">
        <w:rPr>
          <w:rFonts w:ascii="Times New Roman" w:eastAsia="思源黑体 CN" w:hAnsi="Times New Roman"/>
          <w:lang w:eastAsia="zh-CN"/>
        </w:rPr>
        <w:t>），误差显著降低，说明模型能够有效提前捕捉趋势和细微波动，具备直接用于工艺补偿与短时前馈控制的精度与可靠性。</w:t>
      </w:r>
    </w:p>
    <w:p w14:paraId="0F4A3167" w14:textId="482094ED" w:rsidR="00F9243B" w:rsidRPr="00D27E85" w:rsidRDefault="007D1C82">
      <w:pPr>
        <w:rPr>
          <w:rFonts w:ascii="Times New Roman" w:eastAsia="思源黑体 CN" w:hAnsi="Times New Roman"/>
          <w:lang w:eastAsia="zh-CN"/>
        </w:rPr>
      </w:pPr>
      <w:r w:rsidRPr="00D27E85">
        <w:rPr>
          <w:rFonts w:ascii="Times New Roman" w:eastAsia="思源黑体 CN" w:hAnsi="Times New Roman"/>
          <w:noProof/>
        </w:rPr>
        <w:drawing>
          <wp:inline distT="0" distB="0" distL="0" distR="0" wp14:anchorId="3C8D7C26" wp14:editId="54ABF606">
            <wp:extent cx="5486400" cy="1828800"/>
            <wp:effectExtent l="0" t="0" r="0" b="0"/>
            <wp:docPr id="14908471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243B" w:rsidRPr="00D27E85">
        <w:rPr>
          <w:rFonts w:ascii="Times New Roman" w:eastAsia="思源黑体 CN" w:hAnsi="Times New Roman"/>
          <w:lang w:eastAsia="zh-CN"/>
        </w:rPr>
        <w:br w:type="page"/>
      </w:r>
    </w:p>
    <w:p w14:paraId="33E1DDD8" w14:textId="77777777" w:rsidR="00773DBB" w:rsidRPr="00D27E85" w:rsidRDefault="00773DBB">
      <w:pPr>
        <w:rPr>
          <w:rFonts w:ascii="Times New Roman" w:eastAsia="思源黑体 CN" w:hAnsi="Times New Roman"/>
          <w:lang w:eastAsia="zh-CN"/>
        </w:rPr>
      </w:pPr>
    </w:p>
    <w:p w14:paraId="5DFE6C46" w14:textId="77777777" w:rsidR="00773DBB" w:rsidRPr="00D27E85" w:rsidRDefault="00000000">
      <w:pPr>
        <w:pStyle w:val="1"/>
        <w:rPr>
          <w:rFonts w:ascii="Times New Roman" w:eastAsia="思源黑体 CN" w:hAnsi="Times New Roman"/>
          <w:lang w:eastAsia="zh-CN"/>
        </w:rPr>
      </w:pPr>
      <w:bookmarkStart w:id="2" w:name="_Toc215582813"/>
      <w:r w:rsidRPr="00D27E85">
        <w:rPr>
          <w:rFonts w:ascii="Times New Roman" w:eastAsia="思源黑体 CN" w:hAnsi="Times New Roman"/>
          <w:lang w:eastAsia="zh-CN"/>
        </w:rPr>
        <w:t>二、系统环境与授权要求</w:t>
      </w:r>
      <w:bookmarkEnd w:id="2"/>
    </w:p>
    <w:p w14:paraId="048CA75A" w14:textId="77777777" w:rsidR="00773DBB" w:rsidRPr="00D27E85" w:rsidRDefault="00000000" w:rsidP="004F7764">
      <w:pPr>
        <w:ind w:firstLineChars="200" w:firstLine="400"/>
        <w:rPr>
          <w:rFonts w:ascii="Times New Roman" w:eastAsia="思源黑体 CN" w:hAnsi="Times New Roman"/>
          <w:lang w:eastAsia="zh-CN"/>
        </w:rPr>
      </w:pPr>
      <w:r w:rsidRPr="00D27E85">
        <w:rPr>
          <w:rFonts w:ascii="Times New Roman" w:eastAsia="思源黑体 CN" w:hAnsi="Times New Roman"/>
          <w:lang w:eastAsia="zh-CN"/>
        </w:rPr>
        <w:t>为了保证示例可以顺利运行，建议环境满足以下最低要求：</w:t>
      </w:r>
    </w:p>
    <w:p w14:paraId="22FCED15" w14:textId="0E23322E" w:rsidR="00773DBB" w:rsidRPr="00D27E85" w:rsidRDefault="00000000">
      <w:pPr>
        <w:rPr>
          <w:rFonts w:ascii="Times New Roman" w:eastAsia="思源黑体 CN" w:hAnsi="Times New Roman"/>
        </w:rPr>
      </w:pPr>
      <w:r w:rsidRPr="00D27E85">
        <w:rPr>
          <w:rFonts w:ascii="Times New Roman" w:eastAsia="思源黑体 CN" w:hAnsi="Times New Roman"/>
        </w:rPr>
        <w:t>1</w:t>
      </w:r>
      <w:r w:rsidRPr="00D27E85">
        <w:rPr>
          <w:rFonts w:ascii="Times New Roman" w:eastAsia="思源黑体 CN" w:hAnsi="Times New Roman"/>
        </w:rPr>
        <w:t>）操作系统</w:t>
      </w:r>
      <w:r w:rsidRPr="00D27E85">
        <w:rPr>
          <w:rFonts w:ascii="Times New Roman" w:eastAsia="思源黑体 CN" w:hAnsi="Times New Roman"/>
        </w:rPr>
        <w:br/>
        <w:t xml:space="preserve">   - Windows 10 64-bit</w:t>
      </w:r>
      <w:r w:rsidRPr="00D27E85">
        <w:rPr>
          <w:rFonts w:ascii="Times New Roman" w:eastAsia="思源黑体 CN" w:hAnsi="Times New Roman"/>
        </w:rPr>
        <w:t>。</w:t>
      </w:r>
      <w:r w:rsidRPr="00D27E85">
        <w:rPr>
          <w:rFonts w:ascii="Times New Roman" w:eastAsia="思源黑体 CN" w:hAnsi="Times New Roman"/>
        </w:rPr>
        <w:br/>
        <w:t xml:space="preserve">   - </w:t>
      </w:r>
      <w:proofErr w:type="spellStart"/>
      <w:r w:rsidRPr="00D27E85">
        <w:rPr>
          <w:rFonts w:ascii="Times New Roman" w:eastAsia="思源黑体 CN" w:hAnsi="Times New Roman"/>
        </w:rPr>
        <w:t>建议使用专业版或企业版，保证可以安装</w:t>
      </w:r>
      <w:proofErr w:type="spellEnd"/>
      <w:r w:rsidRPr="00D27E85">
        <w:rPr>
          <w:rFonts w:ascii="Times New Roman" w:eastAsia="思源黑体 CN" w:hAnsi="Times New Roman"/>
        </w:rPr>
        <w:t xml:space="preserve"> </w:t>
      </w:r>
      <w:proofErr w:type="spellStart"/>
      <w:r w:rsidRPr="00D27E85">
        <w:rPr>
          <w:rFonts w:ascii="Times New Roman" w:eastAsia="思源黑体 CN" w:hAnsi="Times New Roman"/>
        </w:rPr>
        <w:t>TwinCAT</w:t>
      </w:r>
      <w:proofErr w:type="spellEnd"/>
      <w:r w:rsidRPr="00D27E85">
        <w:rPr>
          <w:rFonts w:ascii="Times New Roman" w:eastAsia="思源黑体 CN" w:hAnsi="Times New Roman"/>
        </w:rPr>
        <w:t xml:space="preserve"> 3 XAE/XAR</w:t>
      </w:r>
      <w:r w:rsidRPr="00D27E85">
        <w:rPr>
          <w:rFonts w:ascii="Times New Roman" w:eastAsia="思源黑体 CN" w:hAnsi="Times New Roman"/>
        </w:rPr>
        <w:t>。</w:t>
      </w:r>
    </w:p>
    <w:p w14:paraId="5C1FF9BF" w14:textId="77777777" w:rsidR="00773DBB" w:rsidRPr="00D27E85" w:rsidRDefault="00000000">
      <w:pPr>
        <w:rPr>
          <w:rFonts w:ascii="Times New Roman" w:eastAsia="思源黑体 CN" w:hAnsi="Times New Roman"/>
        </w:rPr>
      </w:pPr>
      <w:r w:rsidRPr="00D27E85">
        <w:rPr>
          <w:rFonts w:ascii="Times New Roman" w:eastAsia="思源黑体 CN" w:hAnsi="Times New Roman"/>
        </w:rPr>
        <w:t>2</w:t>
      </w:r>
      <w:r w:rsidRPr="00D27E85">
        <w:rPr>
          <w:rFonts w:ascii="Times New Roman" w:eastAsia="思源黑体 CN" w:hAnsi="Times New Roman"/>
        </w:rPr>
        <w:t>）</w:t>
      </w:r>
      <w:r w:rsidRPr="00D27E85">
        <w:rPr>
          <w:rFonts w:ascii="Times New Roman" w:eastAsia="思源黑体 CN" w:hAnsi="Times New Roman"/>
        </w:rPr>
        <w:t xml:space="preserve">TwinCAT </w:t>
      </w:r>
      <w:proofErr w:type="spellStart"/>
      <w:r w:rsidRPr="00D27E85">
        <w:rPr>
          <w:rFonts w:ascii="Times New Roman" w:eastAsia="思源黑体 CN" w:hAnsi="Times New Roman"/>
        </w:rPr>
        <w:t>版本</w:t>
      </w:r>
      <w:proofErr w:type="spellEnd"/>
      <w:r w:rsidRPr="00D27E85">
        <w:rPr>
          <w:rFonts w:ascii="Times New Roman" w:eastAsia="思源黑体 CN" w:hAnsi="Times New Roman"/>
        </w:rPr>
        <w:br/>
        <w:t xml:space="preserve">   - </w:t>
      </w:r>
      <w:proofErr w:type="spellStart"/>
      <w:r w:rsidRPr="00D27E85">
        <w:rPr>
          <w:rFonts w:ascii="Times New Roman" w:eastAsia="思源黑体 CN" w:hAnsi="Times New Roman"/>
        </w:rPr>
        <w:t>TwinCAT</w:t>
      </w:r>
      <w:proofErr w:type="spellEnd"/>
      <w:r w:rsidRPr="00D27E85">
        <w:rPr>
          <w:rFonts w:ascii="Times New Roman" w:eastAsia="思源黑体 CN" w:hAnsi="Times New Roman"/>
        </w:rPr>
        <w:t xml:space="preserve"> 3.1 Build 4026 </w:t>
      </w:r>
      <w:proofErr w:type="spellStart"/>
      <w:r w:rsidRPr="00D27E85">
        <w:rPr>
          <w:rFonts w:ascii="Times New Roman" w:eastAsia="思源黑体 CN" w:hAnsi="Times New Roman"/>
        </w:rPr>
        <w:t>或更高版本</w:t>
      </w:r>
      <w:proofErr w:type="spellEnd"/>
      <w:r w:rsidRPr="00D27E85">
        <w:rPr>
          <w:rFonts w:ascii="Times New Roman" w:eastAsia="思源黑体 CN" w:hAnsi="Times New Roman"/>
        </w:rPr>
        <w:t>。</w:t>
      </w:r>
      <w:r w:rsidRPr="00D27E85">
        <w:rPr>
          <w:rFonts w:ascii="Times New Roman" w:eastAsia="思源黑体 CN" w:hAnsi="Times New Roman"/>
        </w:rPr>
        <w:br/>
        <w:t xml:space="preserve">   - </w:t>
      </w:r>
      <w:proofErr w:type="spellStart"/>
      <w:r w:rsidRPr="00D27E85">
        <w:rPr>
          <w:rFonts w:ascii="Times New Roman" w:eastAsia="思源黑体 CN" w:hAnsi="Times New Roman"/>
        </w:rPr>
        <w:t>已安装</w:t>
      </w:r>
      <w:proofErr w:type="spellEnd"/>
      <w:r w:rsidRPr="00D27E85">
        <w:rPr>
          <w:rFonts w:ascii="Times New Roman" w:eastAsia="思源黑体 CN" w:hAnsi="Times New Roman"/>
        </w:rPr>
        <w:t xml:space="preserve"> </w:t>
      </w:r>
      <w:proofErr w:type="spellStart"/>
      <w:r w:rsidRPr="00D27E85">
        <w:rPr>
          <w:rFonts w:ascii="Times New Roman" w:eastAsia="思源黑体 CN" w:hAnsi="Times New Roman"/>
        </w:rPr>
        <w:t>TwinCAT</w:t>
      </w:r>
      <w:proofErr w:type="spellEnd"/>
      <w:r w:rsidRPr="00D27E85">
        <w:rPr>
          <w:rFonts w:ascii="Times New Roman" w:eastAsia="思源黑体 CN" w:hAnsi="Times New Roman"/>
        </w:rPr>
        <w:t xml:space="preserve"> 3 </w:t>
      </w:r>
      <w:proofErr w:type="spellStart"/>
      <w:r w:rsidRPr="00D27E85">
        <w:rPr>
          <w:rFonts w:ascii="Times New Roman" w:eastAsia="思源黑体 CN" w:hAnsi="Times New Roman"/>
        </w:rPr>
        <w:t>XAE</w:t>
      </w:r>
      <w:r w:rsidRPr="00D27E85">
        <w:rPr>
          <w:rFonts w:ascii="Times New Roman" w:eastAsia="思源黑体 CN" w:hAnsi="Times New Roman"/>
        </w:rPr>
        <w:t>（工程环境）和</w:t>
      </w:r>
      <w:proofErr w:type="spellEnd"/>
      <w:r w:rsidRPr="00D27E85">
        <w:rPr>
          <w:rFonts w:ascii="Times New Roman" w:eastAsia="思源黑体 CN" w:hAnsi="Times New Roman"/>
        </w:rPr>
        <w:t xml:space="preserve"> </w:t>
      </w:r>
      <w:proofErr w:type="spellStart"/>
      <w:r w:rsidRPr="00D27E85">
        <w:rPr>
          <w:rFonts w:ascii="Times New Roman" w:eastAsia="思源黑体 CN" w:hAnsi="Times New Roman"/>
        </w:rPr>
        <w:t>TwinCAT</w:t>
      </w:r>
      <w:proofErr w:type="spellEnd"/>
      <w:r w:rsidRPr="00D27E85">
        <w:rPr>
          <w:rFonts w:ascii="Times New Roman" w:eastAsia="思源黑体 CN" w:hAnsi="Times New Roman"/>
        </w:rPr>
        <w:t xml:space="preserve"> 3 </w:t>
      </w:r>
      <w:proofErr w:type="spellStart"/>
      <w:r w:rsidRPr="00D27E85">
        <w:rPr>
          <w:rFonts w:ascii="Times New Roman" w:eastAsia="思源黑体 CN" w:hAnsi="Times New Roman"/>
        </w:rPr>
        <w:t>XAR</w:t>
      </w:r>
      <w:r w:rsidRPr="00D27E85">
        <w:rPr>
          <w:rFonts w:ascii="Times New Roman" w:eastAsia="思源黑体 CN" w:hAnsi="Times New Roman"/>
        </w:rPr>
        <w:t>（运行时</w:t>
      </w:r>
      <w:proofErr w:type="spellEnd"/>
      <w:r w:rsidRPr="00D27E85">
        <w:rPr>
          <w:rFonts w:ascii="Times New Roman" w:eastAsia="思源黑体 CN" w:hAnsi="Times New Roman"/>
        </w:rPr>
        <w:t>）。</w:t>
      </w:r>
    </w:p>
    <w:p w14:paraId="51BCFA4A" w14:textId="4D175A4B" w:rsidR="00773DBB" w:rsidRPr="00D27E85" w:rsidRDefault="00000000">
      <w:pPr>
        <w:rPr>
          <w:rFonts w:ascii="Times New Roman" w:eastAsia="思源黑体 CN" w:hAnsi="Times New Roman"/>
        </w:rPr>
      </w:pPr>
      <w:r w:rsidRPr="00D27E85">
        <w:rPr>
          <w:rFonts w:ascii="Times New Roman" w:eastAsia="思源黑体 CN" w:hAnsi="Times New Roman"/>
        </w:rPr>
        <w:t>3</w:t>
      </w:r>
      <w:r w:rsidRPr="00D27E85">
        <w:rPr>
          <w:rFonts w:ascii="Times New Roman" w:eastAsia="思源黑体 CN" w:hAnsi="Times New Roman"/>
        </w:rPr>
        <w:t>）必需</w:t>
      </w:r>
      <w:r w:rsidRPr="00D27E85">
        <w:rPr>
          <w:rFonts w:ascii="Times New Roman" w:eastAsia="思源黑体 CN" w:hAnsi="Times New Roman"/>
        </w:rPr>
        <w:t xml:space="preserve"> </w:t>
      </w:r>
      <w:proofErr w:type="spellStart"/>
      <w:r w:rsidRPr="00D27E85">
        <w:rPr>
          <w:rFonts w:ascii="Times New Roman" w:eastAsia="思源黑体 CN" w:hAnsi="Times New Roman"/>
        </w:rPr>
        <w:t>TwinCAT</w:t>
      </w:r>
      <w:proofErr w:type="spellEnd"/>
      <w:r w:rsidRPr="00D27E85">
        <w:rPr>
          <w:rFonts w:ascii="Times New Roman" w:eastAsia="思源黑体 CN" w:hAnsi="Times New Roman"/>
        </w:rPr>
        <w:t xml:space="preserve"> </w:t>
      </w:r>
      <w:proofErr w:type="spellStart"/>
      <w:r w:rsidRPr="00D27E85">
        <w:rPr>
          <w:rFonts w:ascii="Times New Roman" w:eastAsia="思源黑体 CN" w:hAnsi="Times New Roman"/>
        </w:rPr>
        <w:t>授权（可使用</w:t>
      </w:r>
      <w:proofErr w:type="spellEnd"/>
      <w:r w:rsidRPr="00D27E85">
        <w:rPr>
          <w:rFonts w:ascii="Times New Roman" w:eastAsia="思源黑体 CN" w:hAnsi="Times New Roman"/>
        </w:rPr>
        <w:t xml:space="preserve"> 7 </w:t>
      </w:r>
      <w:proofErr w:type="spellStart"/>
      <w:r w:rsidRPr="00D27E85">
        <w:rPr>
          <w:rFonts w:ascii="Times New Roman" w:eastAsia="思源黑体 CN" w:hAnsi="Times New Roman"/>
        </w:rPr>
        <w:t>天试用许可</w:t>
      </w:r>
      <w:proofErr w:type="spellEnd"/>
      <w:r w:rsidRPr="00D27E85">
        <w:rPr>
          <w:rFonts w:ascii="Times New Roman" w:eastAsia="思源黑体 CN" w:hAnsi="Times New Roman"/>
        </w:rPr>
        <w:t>）：</w:t>
      </w:r>
      <w:r w:rsidRPr="00D27E85">
        <w:rPr>
          <w:rFonts w:ascii="Times New Roman" w:eastAsia="思源黑体 CN" w:hAnsi="Times New Roman"/>
        </w:rPr>
        <w:br/>
        <w:t xml:space="preserve">   - TC1200 | </w:t>
      </w:r>
      <w:proofErr w:type="spellStart"/>
      <w:r w:rsidRPr="00D27E85">
        <w:rPr>
          <w:rFonts w:ascii="Times New Roman" w:eastAsia="思源黑体 CN" w:hAnsi="Times New Roman"/>
        </w:rPr>
        <w:t>TwinCAT</w:t>
      </w:r>
      <w:proofErr w:type="spellEnd"/>
      <w:r w:rsidRPr="00D27E85">
        <w:rPr>
          <w:rFonts w:ascii="Times New Roman" w:eastAsia="思源黑体 CN" w:hAnsi="Times New Roman"/>
        </w:rPr>
        <w:t xml:space="preserve"> </w:t>
      </w:r>
      <w:proofErr w:type="spellStart"/>
      <w:r w:rsidRPr="00D27E85">
        <w:rPr>
          <w:rFonts w:ascii="Times New Roman" w:eastAsia="思源黑体 CN" w:hAnsi="Times New Roman"/>
        </w:rPr>
        <w:t>PLC</w:t>
      </w:r>
      <w:r w:rsidRPr="00D27E85">
        <w:rPr>
          <w:rFonts w:ascii="Times New Roman" w:eastAsia="思源黑体 CN" w:hAnsi="Times New Roman"/>
        </w:rPr>
        <w:t>：用于运行</w:t>
      </w:r>
      <w:proofErr w:type="spellEnd"/>
      <w:r w:rsidRPr="00D27E85">
        <w:rPr>
          <w:rFonts w:ascii="Times New Roman" w:eastAsia="思源黑体 CN" w:hAnsi="Times New Roman"/>
        </w:rPr>
        <w:t xml:space="preserve"> PLC </w:t>
      </w:r>
      <w:proofErr w:type="spellStart"/>
      <w:r w:rsidRPr="00D27E85">
        <w:rPr>
          <w:rFonts w:ascii="Times New Roman" w:eastAsia="思源黑体 CN" w:hAnsi="Times New Roman"/>
        </w:rPr>
        <w:t>程序</w:t>
      </w:r>
      <w:proofErr w:type="spellEnd"/>
      <w:r w:rsidRPr="00D27E85">
        <w:rPr>
          <w:rFonts w:ascii="Times New Roman" w:eastAsia="思源黑体 CN" w:hAnsi="Times New Roman"/>
        </w:rPr>
        <w:t>；</w:t>
      </w:r>
      <w:r w:rsidRPr="00D27E85">
        <w:rPr>
          <w:rFonts w:ascii="Times New Roman" w:eastAsia="思源黑体 CN" w:hAnsi="Times New Roman"/>
        </w:rPr>
        <w:br/>
        <w:t xml:space="preserve">   - TC1000 | </w:t>
      </w:r>
      <w:proofErr w:type="spellStart"/>
      <w:r w:rsidRPr="00D27E85">
        <w:rPr>
          <w:rFonts w:ascii="Times New Roman" w:eastAsia="思源黑体 CN" w:hAnsi="Times New Roman"/>
        </w:rPr>
        <w:t>ADS</w:t>
      </w:r>
      <w:r w:rsidRPr="00D27E85">
        <w:rPr>
          <w:rFonts w:ascii="Times New Roman" w:eastAsia="思源黑体 CN" w:hAnsi="Times New Roman"/>
        </w:rPr>
        <w:t>：用于基础通信和</w:t>
      </w:r>
      <w:proofErr w:type="spellEnd"/>
      <w:r w:rsidRPr="00D27E85">
        <w:rPr>
          <w:rFonts w:ascii="Times New Roman" w:eastAsia="思源黑体 CN" w:hAnsi="Times New Roman"/>
        </w:rPr>
        <w:t xml:space="preserve"> Machine Learning Server </w:t>
      </w:r>
      <w:proofErr w:type="spellStart"/>
      <w:r w:rsidRPr="00D27E85">
        <w:rPr>
          <w:rFonts w:ascii="Times New Roman" w:eastAsia="思源黑体 CN" w:hAnsi="Times New Roman"/>
        </w:rPr>
        <w:t>服务</w:t>
      </w:r>
      <w:proofErr w:type="spellEnd"/>
      <w:r w:rsidRPr="00D27E85">
        <w:rPr>
          <w:rFonts w:ascii="Times New Roman" w:eastAsia="思源黑体 CN" w:hAnsi="Times New Roman"/>
        </w:rPr>
        <w:t>；</w:t>
      </w:r>
      <w:r w:rsidRPr="00D27E85">
        <w:rPr>
          <w:rFonts w:ascii="Times New Roman" w:eastAsia="思源黑体 CN" w:hAnsi="Times New Roman"/>
        </w:rPr>
        <w:br/>
        <w:t xml:space="preserve">   - TF3820 | </w:t>
      </w:r>
      <w:proofErr w:type="spellStart"/>
      <w:r w:rsidRPr="00D27E85">
        <w:rPr>
          <w:rFonts w:ascii="Times New Roman" w:eastAsia="思源黑体 CN" w:hAnsi="Times New Roman"/>
        </w:rPr>
        <w:t>TwinCAT</w:t>
      </w:r>
      <w:proofErr w:type="spellEnd"/>
      <w:r w:rsidRPr="00D27E85">
        <w:rPr>
          <w:rFonts w:ascii="Times New Roman" w:eastAsia="思源黑体 CN" w:hAnsi="Times New Roman"/>
        </w:rPr>
        <w:t xml:space="preserve"> 3 Machine Learning Server</w:t>
      </w:r>
      <w:r w:rsidR="009640DC" w:rsidRPr="00D27E85">
        <w:rPr>
          <w:rFonts w:ascii="Times New Roman" w:eastAsia="思源黑体 CN" w:hAnsi="Times New Roman" w:hint="eastAsia"/>
          <w:lang w:eastAsia="zh-CN"/>
        </w:rPr>
        <w:t>（已包含</w:t>
      </w:r>
      <w:r w:rsidR="009640DC" w:rsidRPr="00D27E85">
        <w:rPr>
          <w:rFonts w:ascii="Times New Roman" w:eastAsia="思源黑体 CN" w:hAnsi="Times New Roman" w:hint="eastAsia"/>
          <w:lang w:eastAsia="zh-CN"/>
        </w:rPr>
        <w:t xml:space="preserve"> TF3830</w:t>
      </w:r>
      <w:r w:rsidR="009640DC" w:rsidRPr="00D27E85">
        <w:rPr>
          <w:rFonts w:ascii="Times New Roman" w:eastAsia="思源黑体 CN" w:hAnsi="Times New Roman" w:hint="eastAsia"/>
          <w:lang w:eastAsia="zh-CN"/>
        </w:rPr>
        <w:t>）</w:t>
      </w:r>
      <w:r w:rsidRPr="00D27E85">
        <w:rPr>
          <w:rFonts w:ascii="Times New Roman" w:eastAsia="思源黑体 CN" w:hAnsi="Times New Roman"/>
        </w:rPr>
        <w:t>：在</w:t>
      </w:r>
      <w:r w:rsidRPr="00D27E85">
        <w:rPr>
          <w:rFonts w:ascii="Times New Roman" w:eastAsia="思源黑体 CN" w:hAnsi="Times New Roman"/>
        </w:rPr>
        <w:t xml:space="preserve"> </w:t>
      </w:r>
      <w:proofErr w:type="spellStart"/>
      <w:r w:rsidRPr="00D27E85">
        <w:rPr>
          <w:rFonts w:ascii="Times New Roman" w:eastAsia="思源黑体 CN" w:hAnsi="Times New Roman"/>
        </w:rPr>
        <w:t>TcMlServer</w:t>
      </w:r>
      <w:proofErr w:type="spellEnd"/>
      <w:r w:rsidRPr="00D27E85">
        <w:rPr>
          <w:rFonts w:ascii="Times New Roman" w:eastAsia="思源黑体 CN" w:hAnsi="Times New Roman"/>
        </w:rPr>
        <w:t xml:space="preserve"> </w:t>
      </w:r>
      <w:proofErr w:type="spellStart"/>
      <w:r w:rsidRPr="00D27E85">
        <w:rPr>
          <w:rFonts w:ascii="Times New Roman" w:eastAsia="思源黑体 CN" w:hAnsi="Times New Roman"/>
        </w:rPr>
        <w:t>服务中执行</w:t>
      </w:r>
      <w:proofErr w:type="spellEnd"/>
      <w:r w:rsidRPr="00D27E85">
        <w:rPr>
          <w:rFonts w:ascii="Times New Roman" w:eastAsia="思源黑体 CN" w:hAnsi="Times New Roman"/>
        </w:rPr>
        <w:t xml:space="preserve"> ONNX </w:t>
      </w:r>
      <w:proofErr w:type="spellStart"/>
      <w:r w:rsidRPr="00D27E85">
        <w:rPr>
          <w:rFonts w:ascii="Times New Roman" w:eastAsia="思源黑体 CN" w:hAnsi="Times New Roman"/>
        </w:rPr>
        <w:t>模型</w:t>
      </w:r>
      <w:proofErr w:type="spellEnd"/>
      <w:r w:rsidRPr="00D27E85">
        <w:rPr>
          <w:rFonts w:ascii="Times New Roman" w:eastAsia="思源黑体 CN" w:hAnsi="Times New Roman"/>
        </w:rPr>
        <w:t>；</w:t>
      </w:r>
      <w:r w:rsidRPr="00D27E85">
        <w:rPr>
          <w:rFonts w:ascii="Times New Roman" w:eastAsia="思源黑体 CN" w:hAnsi="Times New Roman"/>
        </w:rPr>
        <w:br/>
        <w:t xml:space="preserve">   - </w:t>
      </w:r>
      <w:r w:rsidRPr="00D27E85">
        <w:rPr>
          <w:rFonts w:ascii="Times New Roman" w:eastAsia="思源黑体 CN" w:hAnsi="Times New Roman"/>
        </w:rPr>
        <w:t>（可选）</w:t>
      </w:r>
      <w:r w:rsidRPr="00D27E85">
        <w:rPr>
          <w:rFonts w:ascii="Times New Roman" w:eastAsia="思源黑体 CN" w:hAnsi="Times New Roman"/>
        </w:rPr>
        <w:t xml:space="preserve">TE1300 | </w:t>
      </w:r>
      <w:proofErr w:type="spellStart"/>
      <w:r w:rsidRPr="00D27E85">
        <w:rPr>
          <w:rFonts w:ascii="Times New Roman" w:eastAsia="思源黑体 CN" w:hAnsi="Times New Roman"/>
        </w:rPr>
        <w:t>TwinCAT</w:t>
      </w:r>
      <w:proofErr w:type="spellEnd"/>
      <w:r w:rsidRPr="00D27E85">
        <w:rPr>
          <w:rFonts w:ascii="Times New Roman" w:eastAsia="思源黑体 CN" w:hAnsi="Times New Roman"/>
        </w:rPr>
        <w:t xml:space="preserve"> 3 Scope View </w:t>
      </w:r>
      <w:proofErr w:type="spellStart"/>
      <w:r w:rsidRPr="00D27E85">
        <w:rPr>
          <w:rFonts w:ascii="Times New Roman" w:eastAsia="思源黑体 CN" w:hAnsi="Times New Roman"/>
        </w:rPr>
        <w:t>Professional</w:t>
      </w:r>
      <w:r w:rsidRPr="00D27E85">
        <w:rPr>
          <w:rFonts w:ascii="Times New Roman" w:eastAsia="思源黑体 CN" w:hAnsi="Times New Roman"/>
        </w:rPr>
        <w:t>：如需更复杂的长时间记录与报表功能</w:t>
      </w:r>
      <w:proofErr w:type="spellEnd"/>
      <w:r w:rsidRPr="00D27E85">
        <w:rPr>
          <w:rFonts w:ascii="Times New Roman" w:eastAsia="思源黑体 CN" w:hAnsi="Times New Roman"/>
        </w:rPr>
        <w:t>。</w:t>
      </w:r>
    </w:p>
    <w:p w14:paraId="55FAEF4B" w14:textId="16BB03DD" w:rsidR="00CF4D32" w:rsidRDefault="00000000">
      <w:pPr>
        <w:rPr>
          <w:rFonts w:ascii="Times New Roman" w:eastAsia="思源黑体 CN" w:hAnsi="Times New Roman"/>
          <w:lang w:eastAsia="zh-CN"/>
        </w:rPr>
      </w:pPr>
      <w:r w:rsidRPr="00D27E85">
        <w:rPr>
          <w:rFonts w:ascii="Times New Roman" w:eastAsia="思源黑体 CN" w:hAnsi="Times New Roman"/>
          <w:lang w:eastAsia="zh-CN"/>
        </w:rPr>
        <w:t>4</w:t>
      </w:r>
      <w:r w:rsidRPr="00D27E85">
        <w:rPr>
          <w:rFonts w:ascii="Times New Roman" w:eastAsia="思源黑体 CN" w:hAnsi="Times New Roman"/>
          <w:lang w:eastAsia="zh-CN"/>
        </w:rPr>
        <w:t>）硬件建议</w:t>
      </w:r>
      <w:r w:rsidRPr="00D27E85">
        <w:rPr>
          <w:rFonts w:ascii="Times New Roman" w:eastAsia="思源黑体 CN" w:hAnsi="Times New Roman"/>
          <w:lang w:eastAsia="zh-CN"/>
        </w:rPr>
        <w:br/>
        <w:t xml:space="preserve">   - x64 </w:t>
      </w:r>
      <w:r w:rsidRPr="00D27E85">
        <w:rPr>
          <w:rFonts w:ascii="Times New Roman" w:eastAsia="思源黑体 CN" w:hAnsi="Times New Roman"/>
          <w:lang w:eastAsia="zh-CN"/>
        </w:rPr>
        <w:t>架构</w:t>
      </w:r>
      <w:r w:rsidRPr="00D27E85">
        <w:rPr>
          <w:rFonts w:ascii="Times New Roman" w:eastAsia="思源黑体 CN" w:hAnsi="Times New Roman"/>
          <w:lang w:eastAsia="zh-CN"/>
        </w:rPr>
        <w:t xml:space="preserve"> IPC </w:t>
      </w:r>
      <w:r w:rsidRPr="00D27E85">
        <w:rPr>
          <w:rFonts w:ascii="Times New Roman" w:eastAsia="思源黑体 CN" w:hAnsi="Times New Roman"/>
          <w:lang w:eastAsia="zh-CN"/>
        </w:rPr>
        <w:t>或工程机，内存</w:t>
      </w:r>
      <w:r w:rsidRPr="00D27E85">
        <w:rPr>
          <w:rFonts w:ascii="Times New Roman" w:eastAsia="思源黑体 CN" w:hAnsi="Times New Roman"/>
          <w:lang w:eastAsia="zh-CN"/>
        </w:rPr>
        <w:t xml:space="preserve"> ≥ 8 GB</w:t>
      </w:r>
      <w:r w:rsidRPr="00D27E85">
        <w:rPr>
          <w:rFonts w:ascii="Times New Roman" w:eastAsia="思源黑体 CN" w:hAnsi="Times New Roman"/>
          <w:lang w:eastAsia="zh-CN"/>
        </w:rPr>
        <w:t>；</w:t>
      </w:r>
      <w:r w:rsidRPr="00D27E85">
        <w:rPr>
          <w:rFonts w:ascii="Times New Roman" w:eastAsia="思源黑体 CN" w:hAnsi="Times New Roman"/>
          <w:lang w:eastAsia="zh-CN"/>
        </w:rPr>
        <w:br/>
        <w:t xml:space="preserve">   - CPU </w:t>
      </w:r>
      <w:r w:rsidRPr="00D27E85">
        <w:rPr>
          <w:rFonts w:ascii="Times New Roman" w:eastAsia="思源黑体 CN" w:hAnsi="Times New Roman"/>
          <w:lang w:eastAsia="zh-CN"/>
        </w:rPr>
        <w:t>性能以能够稳定运行</w:t>
      </w:r>
      <w:r w:rsidRPr="00D27E85">
        <w:rPr>
          <w:rFonts w:ascii="Times New Roman" w:eastAsia="思源黑体 CN" w:hAnsi="Times New Roman"/>
          <w:lang w:eastAsia="zh-CN"/>
        </w:rPr>
        <w:t xml:space="preserve"> 1 </w:t>
      </w:r>
      <w:proofErr w:type="spellStart"/>
      <w:r w:rsidRPr="00D27E85">
        <w:rPr>
          <w:rFonts w:ascii="Times New Roman" w:eastAsia="思源黑体 CN" w:hAnsi="Times New Roman"/>
          <w:lang w:eastAsia="zh-CN"/>
        </w:rPr>
        <w:t>ms</w:t>
      </w:r>
      <w:proofErr w:type="spellEnd"/>
      <w:r w:rsidRPr="00D27E85">
        <w:rPr>
          <w:rFonts w:ascii="Times New Roman" w:eastAsia="思源黑体 CN" w:hAnsi="Times New Roman"/>
          <w:lang w:eastAsia="zh-CN"/>
        </w:rPr>
        <w:t xml:space="preserve"> </w:t>
      </w:r>
      <w:r w:rsidRPr="00D27E85">
        <w:rPr>
          <w:rFonts w:ascii="Times New Roman" w:eastAsia="思源黑体 CN" w:hAnsi="Times New Roman"/>
          <w:lang w:eastAsia="zh-CN"/>
        </w:rPr>
        <w:t>任务周期为宜，无需</w:t>
      </w:r>
      <w:r w:rsidRPr="00D27E85">
        <w:rPr>
          <w:rFonts w:ascii="Times New Roman" w:eastAsia="思源黑体 CN" w:hAnsi="Times New Roman"/>
          <w:lang w:eastAsia="zh-CN"/>
        </w:rPr>
        <w:t xml:space="preserve"> GPU</w:t>
      </w:r>
      <w:r w:rsidRPr="00D27E85">
        <w:rPr>
          <w:rFonts w:ascii="Times New Roman" w:eastAsia="思源黑体 CN" w:hAnsi="Times New Roman"/>
          <w:lang w:eastAsia="zh-CN"/>
        </w:rPr>
        <w:t>。</w:t>
      </w:r>
    </w:p>
    <w:p w14:paraId="7070E088" w14:textId="7C6E0084" w:rsidR="00CF4D32" w:rsidRPr="00D27E85" w:rsidRDefault="00CF4D32">
      <w:pPr>
        <w:rPr>
          <w:rFonts w:ascii="Times New Roman" w:eastAsia="思源黑体 CN" w:hAnsi="Times New Roman"/>
          <w:lang w:eastAsia="zh-CN"/>
        </w:rPr>
      </w:pPr>
      <w:r w:rsidRPr="00CF4D32">
        <w:rPr>
          <w:rFonts w:ascii="Times New Roman" w:eastAsia="思源黑体 CN" w:hAnsi="Times New Roman"/>
          <w:lang w:eastAsia="zh-CN"/>
        </w:rPr>
        <w:t>在常见的</w:t>
      </w:r>
      <w:r w:rsidRPr="00CF4D32">
        <w:rPr>
          <w:rFonts w:ascii="Times New Roman" w:eastAsia="思源黑体 CN" w:hAnsi="Times New Roman"/>
          <w:lang w:eastAsia="zh-CN"/>
        </w:rPr>
        <w:t xml:space="preserve"> C6030</w:t>
      </w:r>
      <w:r>
        <w:rPr>
          <w:rFonts w:ascii="Times New Roman" w:eastAsia="思源黑体 CN" w:hAnsi="Times New Roman" w:hint="eastAsia"/>
          <w:lang w:eastAsia="zh-CN"/>
        </w:rPr>
        <w:t>（</w:t>
      </w:r>
      <w:r>
        <w:rPr>
          <w:rFonts w:ascii="Times New Roman" w:eastAsia="思源黑体 CN" w:hAnsi="Times New Roman" w:hint="eastAsia"/>
          <w:lang w:eastAsia="zh-CN"/>
        </w:rPr>
        <w:t>Level 70</w:t>
      </w:r>
      <w:r>
        <w:rPr>
          <w:rFonts w:ascii="Times New Roman" w:eastAsia="思源黑体 CN" w:hAnsi="Times New Roman" w:hint="eastAsia"/>
          <w:lang w:eastAsia="zh-CN"/>
        </w:rPr>
        <w:t>）</w:t>
      </w:r>
      <w:r w:rsidRPr="00CF4D32">
        <w:rPr>
          <w:rFonts w:ascii="Times New Roman" w:eastAsia="思源黑体 CN" w:hAnsi="Times New Roman"/>
          <w:lang w:eastAsia="zh-CN"/>
        </w:rPr>
        <w:t xml:space="preserve"> </w:t>
      </w:r>
      <w:r w:rsidRPr="00CF4D32">
        <w:rPr>
          <w:rFonts w:ascii="Times New Roman" w:eastAsia="思源黑体 CN" w:hAnsi="Times New Roman"/>
          <w:lang w:eastAsia="zh-CN"/>
        </w:rPr>
        <w:t>工控机上，</w:t>
      </w:r>
      <w:r w:rsidR="00B00C7C">
        <w:rPr>
          <w:rFonts w:ascii="Times New Roman" w:eastAsia="思源黑体 CN" w:hAnsi="Times New Roman" w:hint="eastAsia"/>
          <w:lang w:eastAsia="zh-CN"/>
        </w:rPr>
        <w:t>实测本</w:t>
      </w:r>
      <w:r w:rsidRPr="00CF4D32">
        <w:rPr>
          <w:rFonts w:ascii="Times New Roman" w:eastAsia="思源黑体 CN" w:hAnsi="Times New Roman"/>
          <w:lang w:eastAsia="zh-CN"/>
        </w:rPr>
        <w:t xml:space="preserve">CNN-GRU </w:t>
      </w:r>
      <w:r w:rsidRPr="00CF4D32">
        <w:rPr>
          <w:rFonts w:ascii="Times New Roman" w:eastAsia="思源黑体 CN" w:hAnsi="Times New Roman"/>
          <w:lang w:eastAsia="zh-CN"/>
        </w:rPr>
        <w:t>模型的单次推理延迟约为</w:t>
      </w:r>
      <w:r w:rsidRPr="00CF4D32">
        <w:rPr>
          <w:rFonts w:ascii="Times New Roman" w:eastAsia="思源黑体 CN" w:hAnsi="Times New Roman"/>
          <w:lang w:eastAsia="zh-CN"/>
        </w:rPr>
        <w:t xml:space="preserve"> 200–400 </w:t>
      </w:r>
      <w:proofErr w:type="spellStart"/>
      <w:r w:rsidRPr="00CF4D32">
        <w:rPr>
          <w:rFonts w:ascii="Times New Roman" w:eastAsia="思源黑体 CN" w:hAnsi="Times New Roman"/>
          <w:lang w:eastAsia="zh-CN"/>
        </w:rPr>
        <w:t>μs</w:t>
      </w:r>
      <w:proofErr w:type="spellEnd"/>
      <w:r w:rsidRPr="00CF4D32">
        <w:rPr>
          <w:rFonts w:ascii="Times New Roman" w:eastAsia="思源黑体 CN" w:hAnsi="Times New Roman"/>
          <w:lang w:eastAsia="zh-CN"/>
        </w:rPr>
        <w:t>（取决于</w:t>
      </w:r>
      <w:r w:rsidRPr="00CF4D32">
        <w:rPr>
          <w:rFonts w:ascii="Times New Roman" w:eastAsia="思源黑体 CN" w:hAnsi="Times New Roman"/>
          <w:lang w:eastAsia="zh-CN"/>
        </w:rPr>
        <w:t xml:space="preserve"> CPU </w:t>
      </w:r>
      <w:r w:rsidRPr="00CF4D32">
        <w:rPr>
          <w:rFonts w:ascii="Times New Roman" w:eastAsia="思源黑体 CN" w:hAnsi="Times New Roman"/>
          <w:lang w:eastAsia="zh-CN"/>
        </w:rPr>
        <w:t>负载），适合放在</w:t>
      </w:r>
      <w:r w:rsidRPr="00CF4D32">
        <w:rPr>
          <w:rFonts w:ascii="Times New Roman" w:eastAsia="思源黑体 CN" w:hAnsi="Times New Roman"/>
          <w:lang w:eastAsia="zh-CN"/>
        </w:rPr>
        <w:t xml:space="preserve"> 1 </w:t>
      </w:r>
      <w:proofErr w:type="spellStart"/>
      <w:r w:rsidRPr="00CF4D32">
        <w:rPr>
          <w:rFonts w:ascii="Times New Roman" w:eastAsia="思源黑体 CN" w:hAnsi="Times New Roman"/>
          <w:lang w:eastAsia="zh-CN"/>
        </w:rPr>
        <w:t>ms</w:t>
      </w:r>
      <w:proofErr w:type="spellEnd"/>
      <w:r w:rsidRPr="00CF4D32">
        <w:rPr>
          <w:rFonts w:ascii="Times New Roman" w:eastAsia="思源黑体 CN" w:hAnsi="Times New Roman"/>
          <w:lang w:eastAsia="zh-CN"/>
        </w:rPr>
        <w:t xml:space="preserve"> Task </w:t>
      </w:r>
      <w:r w:rsidRPr="00CF4D32">
        <w:rPr>
          <w:rFonts w:ascii="Times New Roman" w:eastAsia="思源黑体 CN" w:hAnsi="Times New Roman"/>
          <w:lang w:eastAsia="zh-CN"/>
        </w:rPr>
        <w:t>内执行。</w:t>
      </w:r>
    </w:p>
    <w:p w14:paraId="25E09A73" w14:textId="77777777" w:rsidR="000005EB" w:rsidRPr="00D27E85" w:rsidRDefault="00126B69">
      <w:pPr>
        <w:rPr>
          <w:rFonts w:ascii="Times New Roman" w:eastAsia="思源黑体 CN" w:hAnsi="Times New Roman"/>
          <w:lang w:eastAsia="zh-CN"/>
        </w:rPr>
      </w:pPr>
      <w:r w:rsidRPr="00D27E85">
        <w:rPr>
          <w:rFonts w:ascii="Times New Roman" w:eastAsia="思源黑体 CN" w:hAnsi="Times New Roman"/>
          <w:noProof/>
          <w:lang w:eastAsia="zh-CN"/>
        </w:rPr>
        <w:lastRenderedPageBreak/>
        <w:drawing>
          <wp:inline distT="0" distB="0" distL="0" distR="0" wp14:anchorId="3B48A1CD" wp14:editId="115CB6AC">
            <wp:extent cx="5486400" cy="2914650"/>
            <wp:effectExtent l="0" t="0" r="0" b="0"/>
            <wp:docPr id="399043647" name="图片 1" descr="图形用户界面, 文本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43647" name="图片 1" descr="图形用户界面, 文本, 应用程序&#10;&#10;AI 生成的内容可能不正确。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BF86C" w14:textId="77777777" w:rsidR="000005EB" w:rsidRPr="00D27E85" w:rsidRDefault="000005EB">
      <w:pPr>
        <w:rPr>
          <w:rFonts w:ascii="Times New Roman" w:eastAsia="思源黑体 CN" w:hAnsi="Times New Roman"/>
          <w:lang w:eastAsia="zh-CN"/>
        </w:rPr>
      </w:pPr>
    </w:p>
    <w:p w14:paraId="3D19A684" w14:textId="5F3F0442" w:rsidR="00115F69" w:rsidRPr="00D27E85" w:rsidRDefault="000005EB">
      <w:pPr>
        <w:rPr>
          <w:rFonts w:ascii="Times New Roman" w:eastAsia="思源黑体 CN" w:hAnsi="Times New Roman"/>
          <w:lang w:eastAsia="zh-CN"/>
        </w:rPr>
      </w:pPr>
      <w:r w:rsidRPr="00D27E85">
        <w:rPr>
          <w:rFonts w:ascii="Times New Roman" w:eastAsia="思源黑体 CN" w:hAnsi="Times New Roman"/>
          <w:noProof/>
        </w:rPr>
        <w:drawing>
          <wp:inline distT="0" distB="0" distL="0" distR="0" wp14:anchorId="3D404400" wp14:editId="10E9A692">
            <wp:extent cx="5486400" cy="1760220"/>
            <wp:effectExtent l="0" t="0" r="0" b="0"/>
            <wp:docPr id="1431068042" name="图片 1" descr="Licensing 4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censing 4: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5F69" w:rsidRPr="00D27E85">
        <w:rPr>
          <w:rFonts w:ascii="Times New Roman" w:eastAsia="思源黑体 CN" w:hAnsi="Times New Roman"/>
          <w:lang w:eastAsia="zh-CN"/>
        </w:rPr>
        <w:br w:type="page"/>
      </w:r>
    </w:p>
    <w:p w14:paraId="4402C1F4" w14:textId="77777777" w:rsidR="00773DBB" w:rsidRPr="00D27E85" w:rsidRDefault="00773DBB">
      <w:pPr>
        <w:rPr>
          <w:rFonts w:ascii="Times New Roman" w:eastAsia="思源黑体 CN" w:hAnsi="Times New Roman"/>
          <w:lang w:eastAsia="zh-CN"/>
        </w:rPr>
      </w:pPr>
    </w:p>
    <w:p w14:paraId="2DC7A361" w14:textId="77777777" w:rsidR="00773DBB" w:rsidRPr="00D27E85" w:rsidRDefault="00000000">
      <w:pPr>
        <w:pStyle w:val="1"/>
        <w:rPr>
          <w:rFonts w:ascii="Times New Roman" w:eastAsia="思源黑体 CN" w:hAnsi="Times New Roman"/>
          <w:lang w:eastAsia="zh-CN"/>
        </w:rPr>
      </w:pPr>
      <w:bookmarkStart w:id="3" w:name="_Toc215582814"/>
      <w:r w:rsidRPr="00D27E85">
        <w:rPr>
          <w:rFonts w:ascii="Times New Roman" w:eastAsia="思源黑体 CN" w:hAnsi="Times New Roman"/>
          <w:lang w:eastAsia="zh-CN"/>
        </w:rPr>
        <w:t>三、所需软件与工程文件</w:t>
      </w:r>
      <w:bookmarkEnd w:id="3"/>
    </w:p>
    <w:p w14:paraId="5ED39475" w14:textId="77777777" w:rsidR="00773DBB" w:rsidRPr="00D27E85" w:rsidRDefault="00000000" w:rsidP="004F7764">
      <w:pPr>
        <w:ind w:firstLineChars="200" w:firstLine="400"/>
        <w:rPr>
          <w:rFonts w:ascii="Times New Roman" w:eastAsia="思源黑体 CN" w:hAnsi="Times New Roman"/>
          <w:lang w:eastAsia="zh-CN"/>
        </w:rPr>
      </w:pPr>
      <w:r w:rsidRPr="00D27E85">
        <w:rPr>
          <w:rFonts w:ascii="Times New Roman" w:eastAsia="思源黑体 CN" w:hAnsi="Times New Roman"/>
          <w:lang w:eastAsia="zh-CN"/>
        </w:rPr>
        <w:t>在开始部署之前，请准备好以下软件与工程文件：</w:t>
      </w:r>
    </w:p>
    <w:p w14:paraId="75F32CA2" w14:textId="77777777" w:rsidR="00773DBB" w:rsidRPr="00D27E85" w:rsidRDefault="00000000">
      <w:pPr>
        <w:rPr>
          <w:rFonts w:ascii="Times New Roman" w:eastAsia="思源黑体 CN" w:hAnsi="Times New Roman"/>
        </w:rPr>
      </w:pPr>
      <w:r w:rsidRPr="00D27E85">
        <w:rPr>
          <w:rFonts w:ascii="Times New Roman" w:eastAsia="思源黑体 CN" w:hAnsi="Times New Roman"/>
        </w:rPr>
        <w:t>1</w:t>
      </w:r>
      <w:r w:rsidRPr="00D27E85">
        <w:rPr>
          <w:rFonts w:ascii="Times New Roman" w:eastAsia="思源黑体 CN" w:hAnsi="Times New Roman"/>
        </w:rPr>
        <w:t>）</w:t>
      </w:r>
      <w:r w:rsidRPr="00D27E85">
        <w:rPr>
          <w:rFonts w:ascii="Times New Roman" w:eastAsia="思源黑体 CN" w:hAnsi="Times New Roman"/>
        </w:rPr>
        <w:t xml:space="preserve">TwinCAT 3 </w:t>
      </w:r>
      <w:proofErr w:type="spellStart"/>
      <w:r w:rsidRPr="00D27E85">
        <w:rPr>
          <w:rFonts w:ascii="Times New Roman" w:eastAsia="思源黑体 CN" w:hAnsi="Times New Roman"/>
        </w:rPr>
        <w:t>安装包</w:t>
      </w:r>
      <w:proofErr w:type="spellEnd"/>
      <w:r w:rsidRPr="00D27E85">
        <w:rPr>
          <w:rFonts w:ascii="Times New Roman" w:eastAsia="思源黑体 CN" w:hAnsi="Times New Roman"/>
        </w:rPr>
        <w:br/>
        <w:t xml:space="preserve">   - </w:t>
      </w:r>
      <w:r w:rsidRPr="00D27E85">
        <w:rPr>
          <w:rFonts w:ascii="Times New Roman" w:eastAsia="思源黑体 CN" w:hAnsi="Times New Roman"/>
        </w:rPr>
        <w:t>从</w:t>
      </w:r>
      <w:r w:rsidRPr="00D27E85">
        <w:rPr>
          <w:rFonts w:ascii="Times New Roman" w:eastAsia="思源黑体 CN" w:hAnsi="Times New Roman"/>
        </w:rPr>
        <w:t xml:space="preserve"> Beckhoff </w:t>
      </w:r>
      <w:proofErr w:type="spellStart"/>
      <w:r w:rsidRPr="00D27E85">
        <w:rPr>
          <w:rFonts w:ascii="Times New Roman" w:eastAsia="思源黑体 CN" w:hAnsi="Times New Roman"/>
        </w:rPr>
        <w:t>官网获取对应版本的</w:t>
      </w:r>
      <w:proofErr w:type="spellEnd"/>
      <w:r w:rsidRPr="00D27E85">
        <w:rPr>
          <w:rFonts w:ascii="Times New Roman" w:eastAsia="思源黑体 CN" w:hAnsi="Times New Roman"/>
        </w:rPr>
        <w:t xml:space="preserve"> </w:t>
      </w:r>
      <w:proofErr w:type="spellStart"/>
      <w:r w:rsidRPr="00D27E85">
        <w:rPr>
          <w:rFonts w:ascii="Times New Roman" w:eastAsia="思源黑体 CN" w:hAnsi="Times New Roman"/>
        </w:rPr>
        <w:t>TwinCAT</w:t>
      </w:r>
      <w:proofErr w:type="spellEnd"/>
      <w:r w:rsidRPr="00D27E85">
        <w:rPr>
          <w:rFonts w:ascii="Times New Roman" w:eastAsia="思源黑体 CN" w:hAnsi="Times New Roman"/>
        </w:rPr>
        <w:t xml:space="preserve"> 3 </w:t>
      </w:r>
      <w:proofErr w:type="spellStart"/>
      <w:r w:rsidRPr="00D27E85">
        <w:rPr>
          <w:rFonts w:ascii="Times New Roman" w:eastAsia="思源黑体 CN" w:hAnsi="Times New Roman"/>
        </w:rPr>
        <w:t>安装程序，并在目标系统中完成</w:t>
      </w:r>
      <w:proofErr w:type="spellEnd"/>
      <w:r w:rsidRPr="00D27E85">
        <w:rPr>
          <w:rFonts w:ascii="Times New Roman" w:eastAsia="思源黑体 CN" w:hAnsi="Times New Roman"/>
        </w:rPr>
        <w:t xml:space="preserve"> XAE/XAR </w:t>
      </w:r>
      <w:proofErr w:type="spellStart"/>
      <w:r w:rsidRPr="00D27E85">
        <w:rPr>
          <w:rFonts w:ascii="Times New Roman" w:eastAsia="思源黑体 CN" w:hAnsi="Times New Roman"/>
        </w:rPr>
        <w:t>安装</w:t>
      </w:r>
      <w:proofErr w:type="spellEnd"/>
      <w:r w:rsidRPr="00D27E85">
        <w:rPr>
          <w:rFonts w:ascii="Times New Roman" w:eastAsia="思源黑体 CN" w:hAnsi="Times New Roman"/>
        </w:rPr>
        <w:t>。</w:t>
      </w:r>
    </w:p>
    <w:p w14:paraId="0D0444C8" w14:textId="77777777" w:rsidR="00773DBB" w:rsidRPr="00D27E85" w:rsidRDefault="00000000">
      <w:pPr>
        <w:rPr>
          <w:rFonts w:ascii="Times New Roman" w:eastAsia="思源黑体 CN" w:hAnsi="Times New Roman"/>
        </w:rPr>
      </w:pPr>
      <w:r w:rsidRPr="00D27E85">
        <w:rPr>
          <w:rFonts w:ascii="Times New Roman" w:eastAsia="思源黑体 CN" w:hAnsi="Times New Roman"/>
        </w:rPr>
        <w:t>2</w:t>
      </w:r>
      <w:r w:rsidRPr="00D27E85">
        <w:rPr>
          <w:rFonts w:ascii="Times New Roman" w:eastAsia="思源黑体 CN" w:hAnsi="Times New Roman"/>
        </w:rPr>
        <w:t>）</w:t>
      </w:r>
      <w:r w:rsidRPr="00D27E85">
        <w:rPr>
          <w:rFonts w:ascii="Times New Roman" w:eastAsia="思源黑体 CN" w:hAnsi="Times New Roman"/>
        </w:rPr>
        <w:t>TF3820 Machine Learning Server</w:t>
      </w:r>
      <w:r w:rsidRPr="00D27E85">
        <w:rPr>
          <w:rFonts w:ascii="Times New Roman" w:eastAsia="思源黑体 CN" w:hAnsi="Times New Roman"/>
        </w:rPr>
        <w:br/>
        <w:t xml:space="preserve">   - </w:t>
      </w:r>
      <w:r w:rsidRPr="00D27E85">
        <w:rPr>
          <w:rFonts w:ascii="Times New Roman" w:eastAsia="思源黑体 CN" w:hAnsi="Times New Roman"/>
        </w:rPr>
        <w:t>在</w:t>
      </w:r>
      <w:r w:rsidRPr="00D27E85">
        <w:rPr>
          <w:rFonts w:ascii="Times New Roman" w:eastAsia="思源黑体 CN" w:hAnsi="Times New Roman"/>
        </w:rPr>
        <w:t xml:space="preserve"> Package Manager </w:t>
      </w:r>
      <w:proofErr w:type="spellStart"/>
      <w:r w:rsidRPr="00D27E85">
        <w:rPr>
          <w:rFonts w:ascii="Times New Roman" w:eastAsia="思源黑体 CN" w:hAnsi="Times New Roman"/>
        </w:rPr>
        <w:t>中添加</w:t>
      </w:r>
      <w:proofErr w:type="spellEnd"/>
      <w:r w:rsidRPr="00D27E85">
        <w:rPr>
          <w:rFonts w:ascii="Times New Roman" w:eastAsia="思源黑体 CN" w:hAnsi="Times New Roman"/>
        </w:rPr>
        <w:t xml:space="preserve"> TF3820 </w:t>
      </w:r>
      <w:proofErr w:type="spellStart"/>
      <w:r w:rsidRPr="00D27E85">
        <w:rPr>
          <w:rFonts w:ascii="Times New Roman" w:eastAsia="思源黑体 CN" w:hAnsi="Times New Roman"/>
        </w:rPr>
        <w:t>组件，安装完成后会在系统服务中看到</w:t>
      </w:r>
      <w:proofErr w:type="spellEnd"/>
      <w:r w:rsidRPr="00D27E85">
        <w:rPr>
          <w:rFonts w:ascii="Times New Roman" w:eastAsia="思源黑体 CN" w:hAnsi="Times New Roman"/>
        </w:rPr>
        <w:t xml:space="preserve"> </w:t>
      </w:r>
      <w:proofErr w:type="spellStart"/>
      <w:r w:rsidRPr="00D27E85">
        <w:rPr>
          <w:rFonts w:ascii="Times New Roman" w:eastAsia="思源黑体 CN" w:hAnsi="Times New Roman"/>
        </w:rPr>
        <w:t>TcMlServer</w:t>
      </w:r>
      <w:proofErr w:type="spellEnd"/>
      <w:r w:rsidRPr="00D27E85">
        <w:rPr>
          <w:rFonts w:ascii="Times New Roman" w:eastAsia="思源黑体 CN" w:hAnsi="Times New Roman"/>
        </w:rPr>
        <w:t xml:space="preserve"> </w:t>
      </w:r>
      <w:proofErr w:type="spellStart"/>
      <w:r w:rsidRPr="00D27E85">
        <w:rPr>
          <w:rFonts w:ascii="Times New Roman" w:eastAsia="思源黑体 CN" w:hAnsi="Times New Roman"/>
        </w:rPr>
        <w:t>服务</w:t>
      </w:r>
      <w:proofErr w:type="spellEnd"/>
      <w:r w:rsidRPr="00D27E85">
        <w:rPr>
          <w:rFonts w:ascii="Times New Roman" w:eastAsia="思源黑体 CN" w:hAnsi="Times New Roman"/>
        </w:rPr>
        <w:t>。</w:t>
      </w:r>
    </w:p>
    <w:p w14:paraId="77CF5EEE" w14:textId="49204BF0" w:rsidR="00773DBB" w:rsidRPr="00D27E85" w:rsidRDefault="00000000">
      <w:pPr>
        <w:rPr>
          <w:rFonts w:ascii="Times New Roman" w:eastAsia="思源黑体 CN" w:hAnsi="Times New Roman"/>
        </w:rPr>
      </w:pPr>
      <w:r w:rsidRPr="00D27E85">
        <w:rPr>
          <w:rFonts w:ascii="Times New Roman" w:eastAsia="思源黑体 CN" w:hAnsi="Times New Roman"/>
        </w:rPr>
        <w:t>3</w:t>
      </w:r>
      <w:r w:rsidRPr="00D27E85">
        <w:rPr>
          <w:rFonts w:ascii="Times New Roman" w:eastAsia="思源黑体 CN" w:hAnsi="Times New Roman"/>
        </w:rPr>
        <w:t>）示例</w:t>
      </w:r>
      <w:r w:rsidRPr="00D27E85">
        <w:rPr>
          <w:rFonts w:ascii="Times New Roman" w:eastAsia="思源黑体 CN" w:hAnsi="Times New Roman"/>
        </w:rPr>
        <w:t xml:space="preserve"> PLC </w:t>
      </w:r>
      <w:proofErr w:type="spellStart"/>
      <w:r w:rsidRPr="00D27E85">
        <w:rPr>
          <w:rFonts w:ascii="Times New Roman" w:eastAsia="思源黑体 CN" w:hAnsi="Times New Roman"/>
        </w:rPr>
        <w:t>工程</w:t>
      </w:r>
      <w:proofErr w:type="spellEnd"/>
      <w:r w:rsidRPr="00D27E85">
        <w:rPr>
          <w:rFonts w:ascii="Times New Roman" w:eastAsia="思源黑体 CN" w:hAnsi="Times New Roman"/>
        </w:rPr>
        <w:br/>
        <w:t xml:space="preserve">   - </w:t>
      </w:r>
      <w:proofErr w:type="spellStart"/>
      <w:r w:rsidRPr="00D27E85">
        <w:rPr>
          <w:rFonts w:ascii="Times New Roman" w:eastAsia="思源黑体 CN" w:hAnsi="Times New Roman"/>
        </w:rPr>
        <w:t>文件名示例：</w:t>
      </w:r>
      <w:r w:rsidRPr="00D27E85">
        <w:rPr>
          <w:rFonts w:ascii="Times New Roman" w:eastAsia="思源黑体 CN" w:hAnsi="Times New Roman"/>
        </w:rPr>
        <w:t>CNN_GRU_INFERENCE.xml</w:t>
      </w:r>
      <w:r w:rsidRPr="00D27E85">
        <w:rPr>
          <w:rFonts w:ascii="Times New Roman" w:eastAsia="思源黑体 CN" w:hAnsi="Times New Roman"/>
        </w:rPr>
        <w:t>（</w:t>
      </w:r>
      <w:r w:rsidRPr="00D27E85">
        <w:rPr>
          <w:rFonts w:ascii="Times New Roman" w:eastAsia="思源黑体 CN" w:hAnsi="Times New Roman"/>
        </w:rPr>
        <w:t>PLCopenXML</w:t>
      </w:r>
      <w:proofErr w:type="spellEnd"/>
      <w:r w:rsidRPr="00D27E85">
        <w:rPr>
          <w:rFonts w:ascii="Times New Roman" w:eastAsia="思源黑体 CN" w:hAnsi="Times New Roman"/>
        </w:rPr>
        <w:t xml:space="preserve"> </w:t>
      </w:r>
      <w:proofErr w:type="spellStart"/>
      <w:r w:rsidRPr="00D27E85">
        <w:rPr>
          <w:rFonts w:ascii="Times New Roman" w:eastAsia="思源黑体 CN" w:hAnsi="Times New Roman"/>
        </w:rPr>
        <w:t>导出形式</w:t>
      </w:r>
      <w:proofErr w:type="spellEnd"/>
      <w:r w:rsidR="000005EB" w:rsidRPr="00D27E85">
        <w:rPr>
          <w:rFonts w:ascii="Times New Roman" w:eastAsia="思源黑体 CN" w:hAnsi="Times New Roman" w:hint="eastAsia"/>
          <w:lang w:eastAsia="zh-CN"/>
        </w:rPr>
        <w:t>，实际程序已包含</w:t>
      </w:r>
      <w:r w:rsidRPr="00D27E85">
        <w:rPr>
          <w:rFonts w:ascii="Times New Roman" w:eastAsia="思源黑体 CN" w:hAnsi="Times New Roman"/>
        </w:rPr>
        <w:t>）；</w:t>
      </w:r>
      <w:r w:rsidRPr="00D27E85">
        <w:rPr>
          <w:rFonts w:ascii="Times New Roman" w:eastAsia="思源黑体 CN" w:hAnsi="Times New Roman"/>
        </w:rPr>
        <w:br/>
        <w:t xml:space="preserve">   - </w:t>
      </w:r>
      <w:proofErr w:type="spellStart"/>
      <w:r w:rsidRPr="00D27E85">
        <w:rPr>
          <w:rFonts w:ascii="Times New Roman" w:eastAsia="思源黑体 CN" w:hAnsi="Times New Roman"/>
        </w:rPr>
        <w:t>导入后包含</w:t>
      </w:r>
      <w:proofErr w:type="spellEnd"/>
      <w:r w:rsidRPr="00D27E85">
        <w:rPr>
          <w:rFonts w:ascii="Times New Roman" w:eastAsia="思源黑体 CN" w:hAnsi="Times New Roman"/>
        </w:rPr>
        <w:t xml:space="preserve"> </w:t>
      </w:r>
      <w:proofErr w:type="spellStart"/>
      <w:r w:rsidRPr="00D27E85">
        <w:rPr>
          <w:rFonts w:ascii="Times New Roman" w:eastAsia="思源黑体 CN" w:hAnsi="Times New Roman"/>
        </w:rPr>
        <w:t>GVL</w:t>
      </w:r>
      <w:r w:rsidRPr="00D27E85">
        <w:rPr>
          <w:rFonts w:ascii="Times New Roman" w:eastAsia="思源黑体 CN" w:hAnsi="Times New Roman"/>
        </w:rPr>
        <w:t>、</w:t>
      </w:r>
      <w:r w:rsidRPr="00D27E85">
        <w:rPr>
          <w:rFonts w:ascii="Times New Roman" w:eastAsia="思源黑体 CN" w:hAnsi="Times New Roman"/>
        </w:rPr>
        <w:t>DUT</w:t>
      </w:r>
      <w:r w:rsidRPr="00D27E85">
        <w:rPr>
          <w:rFonts w:ascii="Times New Roman" w:eastAsia="思源黑体 CN" w:hAnsi="Times New Roman"/>
        </w:rPr>
        <w:t>、</w:t>
      </w:r>
      <w:r w:rsidRPr="00D27E85">
        <w:rPr>
          <w:rFonts w:ascii="Times New Roman" w:eastAsia="思源黑体 CN" w:hAnsi="Times New Roman"/>
        </w:rPr>
        <w:t>FB_CsvReplayReader</w:t>
      </w:r>
      <w:r w:rsidRPr="00D27E85">
        <w:rPr>
          <w:rFonts w:ascii="Times New Roman" w:eastAsia="思源黑体 CN" w:hAnsi="Times New Roman"/>
        </w:rPr>
        <w:t>、</w:t>
      </w:r>
      <w:r w:rsidRPr="00D27E85">
        <w:rPr>
          <w:rFonts w:ascii="Times New Roman" w:eastAsia="思源黑体 CN" w:hAnsi="Times New Roman"/>
        </w:rPr>
        <w:t>FB_WindowBuffer</w:t>
      </w:r>
      <w:r w:rsidRPr="00D27E85">
        <w:rPr>
          <w:rFonts w:ascii="Times New Roman" w:eastAsia="思源黑体 CN" w:hAnsi="Times New Roman"/>
        </w:rPr>
        <w:t>、</w:t>
      </w:r>
      <w:r w:rsidRPr="00D27E85">
        <w:rPr>
          <w:rFonts w:ascii="Times New Roman" w:eastAsia="思源黑体 CN" w:hAnsi="Times New Roman"/>
        </w:rPr>
        <w:t>FB_MlClient_CNNGRU</w:t>
      </w:r>
      <w:proofErr w:type="spellEnd"/>
      <w:r w:rsidRPr="00D27E85">
        <w:rPr>
          <w:rFonts w:ascii="Times New Roman" w:eastAsia="思源黑体 CN" w:hAnsi="Times New Roman"/>
        </w:rPr>
        <w:t xml:space="preserve"> </w:t>
      </w:r>
      <w:proofErr w:type="spellStart"/>
      <w:r w:rsidRPr="00D27E85">
        <w:rPr>
          <w:rFonts w:ascii="Times New Roman" w:eastAsia="思源黑体 CN" w:hAnsi="Times New Roman"/>
        </w:rPr>
        <w:t>以及</w:t>
      </w:r>
      <w:proofErr w:type="spellEnd"/>
      <w:r w:rsidRPr="00D27E85">
        <w:rPr>
          <w:rFonts w:ascii="Times New Roman" w:eastAsia="思源黑体 CN" w:hAnsi="Times New Roman"/>
        </w:rPr>
        <w:t xml:space="preserve"> MAIN </w:t>
      </w:r>
      <w:proofErr w:type="spellStart"/>
      <w:r w:rsidRPr="00D27E85">
        <w:rPr>
          <w:rFonts w:ascii="Times New Roman" w:eastAsia="思源黑体 CN" w:hAnsi="Times New Roman"/>
        </w:rPr>
        <w:t>程序等</w:t>
      </w:r>
      <w:proofErr w:type="spellEnd"/>
      <w:r w:rsidRPr="00D27E85">
        <w:rPr>
          <w:rFonts w:ascii="Times New Roman" w:eastAsia="思源黑体 CN" w:hAnsi="Times New Roman"/>
        </w:rPr>
        <w:t>。</w:t>
      </w:r>
    </w:p>
    <w:p w14:paraId="6979CC17" w14:textId="77777777" w:rsidR="00773DBB" w:rsidRPr="00D27E85" w:rsidRDefault="00000000">
      <w:pPr>
        <w:rPr>
          <w:rFonts w:ascii="Times New Roman" w:eastAsia="思源黑体 CN" w:hAnsi="Times New Roman"/>
        </w:rPr>
      </w:pPr>
      <w:r w:rsidRPr="00D27E85">
        <w:rPr>
          <w:rFonts w:ascii="Times New Roman" w:eastAsia="思源黑体 CN" w:hAnsi="Times New Roman"/>
        </w:rPr>
        <w:t>4</w:t>
      </w:r>
      <w:r w:rsidRPr="00D27E85">
        <w:rPr>
          <w:rFonts w:ascii="Times New Roman" w:eastAsia="思源黑体 CN" w:hAnsi="Times New Roman"/>
        </w:rPr>
        <w:t>）模型文件</w:t>
      </w:r>
      <w:r w:rsidRPr="00D27E85">
        <w:rPr>
          <w:rFonts w:ascii="Times New Roman" w:eastAsia="思源黑体 CN" w:hAnsi="Times New Roman"/>
        </w:rPr>
        <w:br/>
        <w:t xml:space="preserve">   - ONNX </w:t>
      </w:r>
      <w:r w:rsidRPr="00D27E85">
        <w:rPr>
          <w:rFonts w:ascii="Times New Roman" w:eastAsia="思源黑体 CN" w:hAnsi="Times New Roman"/>
        </w:rPr>
        <w:t>文件：</w:t>
      </w:r>
      <w:r w:rsidRPr="00D27E85">
        <w:rPr>
          <w:rFonts w:ascii="Times New Roman" w:eastAsia="思源黑体 CN" w:hAnsi="Times New Roman"/>
        </w:rPr>
        <w:t>best_cnn_gru_h10_</w:t>
      </w:r>
      <w:proofErr w:type="gramStart"/>
      <w:r w:rsidRPr="00D27E85">
        <w:rPr>
          <w:rFonts w:ascii="Times New Roman" w:eastAsia="思源黑体 CN" w:hAnsi="Times New Roman"/>
        </w:rPr>
        <w:t>static.onnx</w:t>
      </w:r>
      <w:proofErr w:type="gramEnd"/>
      <w:r w:rsidRPr="00D27E85">
        <w:rPr>
          <w:rFonts w:ascii="Times New Roman" w:eastAsia="思源黑体 CN" w:hAnsi="Times New Roman"/>
        </w:rPr>
        <w:t>；</w:t>
      </w:r>
      <w:r w:rsidRPr="00D27E85">
        <w:rPr>
          <w:rFonts w:ascii="Times New Roman" w:eastAsia="思源黑体 CN" w:hAnsi="Times New Roman"/>
        </w:rPr>
        <w:br/>
        <w:t xml:space="preserve">   - JSON </w:t>
      </w:r>
      <w:r w:rsidRPr="00D27E85">
        <w:rPr>
          <w:rFonts w:ascii="Times New Roman" w:eastAsia="思源黑体 CN" w:hAnsi="Times New Roman"/>
        </w:rPr>
        <w:t>描述文件：</w:t>
      </w:r>
      <w:r w:rsidRPr="00D27E85">
        <w:rPr>
          <w:rFonts w:ascii="Times New Roman" w:eastAsia="思源黑体 CN" w:hAnsi="Times New Roman"/>
        </w:rPr>
        <w:t>best_cnn_gru_h10_static.json</w:t>
      </w:r>
      <w:r w:rsidRPr="00D27E85">
        <w:rPr>
          <w:rFonts w:ascii="Times New Roman" w:eastAsia="思源黑体 CN" w:hAnsi="Times New Roman"/>
        </w:rPr>
        <w:t>（由</w:t>
      </w:r>
      <w:r w:rsidRPr="00D27E85">
        <w:rPr>
          <w:rFonts w:ascii="Times New Roman" w:eastAsia="思源黑体 CN" w:hAnsi="Times New Roman"/>
        </w:rPr>
        <w:t xml:space="preserve"> </w:t>
      </w:r>
      <w:proofErr w:type="spellStart"/>
      <w:r w:rsidRPr="00D27E85">
        <w:rPr>
          <w:rFonts w:ascii="Times New Roman" w:eastAsia="思源黑体 CN" w:hAnsi="Times New Roman"/>
        </w:rPr>
        <w:t>TwinCAT</w:t>
      </w:r>
      <w:proofErr w:type="spellEnd"/>
      <w:r w:rsidRPr="00D27E85">
        <w:rPr>
          <w:rFonts w:ascii="Times New Roman" w:eastAsia="思源黑体 CN" w:hAnsi="Times New Roman"/>
        </w:rPr>
        <w:t xml:space="preserve"> Machine Learning Model Manager </w:t>
      </w:r>
      <w:proofErr w:type="spellStart"/>
      <w:r w:rsidRPr="00D27E85">
        <w:rPr>
          <w:rFonts w:ascii="Times New Roman" w:eastAsia="思源黑体 CN" w:hAnsi="Times New Roman"/>
        </w:rPr>
        <w:t>生成</w:t>
      </w:r>
      <w:proofErr w:type="spellEnd"/>
      <w:r w:rsidRPr="00D27E85">
        <w:rPr>
          <w:rFonts w:ascii="Times New Roman" w:eastAsia="思源黑体 CN" w:hAnsi="Times New Roman"/>
        </w:rPr>
        <w:t>）。</w:t>
      </w:r>
    </w:p>
    <w:p w14:paraId="1DF46D0F" w14:textId="271CBC2A" w:rsidR="00C71D1F" w:rsidRPr="00D27E85" w:rsidRDefault="00000000">
      <w:pPr>
        <w:rPr>
          <w:rFonts w:ascii="Times New Roman" w:eastAsia="思源黑体 CN" w:hAnsi="Times New Roman"/>
          <w:lang w:eastAsia="zh-CN"/>
        </w:rPr>
      </w:pPr>
      <w:r w:rsidRPr="00D27E85">
        <w:rPr>
          <w:rFonts w:ascii="Times New Roman" w:eastAsia="思源黑体 CN" w:hAnsi="Times New Roman"/>
        </w:rPr>
        <w:t>5</w:t>
      </w:r>
      <w:r w:rsidRPr="00D27E85">
        <w:rPr>
          <w:rFonts w:ascii="Times New Roman" w:eastAsia="思源黑体 CN" w:hAnsi="Times New Roman"/>
        </w:rPr>
        <w:t>）数据文件</w:t>
      </w:r>
      <w:r w:rsidRPr="00D27E85">
        <w:rPr>
          <w:rFonts w:ascii="Times New Roman" w:eastAsia="思源黑体 CN" w:hAnsi="Times New Roman"/>
        </w:rPr>
        <w:br/>
        <w:t xml:space="preserve">   - </w:t>
      </w:r>
      <w:r w:rsidRPr="00D27E85">
        <w:rPr>
          <w:rFonts w:ascii="Times New Roman" w:eastAsia="思源黑体 CN" w:hAnsi="Times New Roman"/>
        </w:rPr>
        <w:t>经</w:t>
      </w:r>
      <w:r w:rsidRPr="00D27E85">
        <w:rPr>
          <w:rFonts w:ascii="Times New Roman" w:eastAsia="思源黑体 CN" w:hAnsi="Times New Roman"/>
        </w:rPr>
        <w:t xml:space="preserve"> </w:t>
      </w:r>
      <w:proofErr w:type="spellStart"/>
      <w:r w:rsidRPr="00D27E85">
        <w:rPr>
          <w:rFonts w:ascii="Times New Roman" w:eastAsia="思源黑体 CN" w:hAnsi="Times New Roman"/>
        </w:rPr>
        <w:t>TwinCAT</w:t>
      </w:r>
      <w:proofErr w:type="spellEnd"/>
      <w:r w:rsidRPr="00D27E85">
        <w:rPr>
          <w:rFonts w:ascii="Times New Roman" w:eastAsia="思源黑体 CN" w:hAnsi="Times New Roman"/>
        </w:rPr>
        <w:t xml:space="preserve"> Scope </w:t>
      </w:r>
      <w:proofErr w:type="spellStart"/>
      <w:r w:rsidRPr="00D27E85">
        <w:rPr>
          <w:rFonts w:ascii="Times New Roman" w:eastAsia="思源黑体 CN" w:hAnsi="Times New Roman"/>
        </w:rPr>
        <w:t>或其他工具导出的</w:t>
      </w:r>
      <w:proofErr w:type="spellEnd"/>
      <w:r w:rsidRPr="00D27E85">
        <w:rPr>
          <w:rFonts w:ascii="Times New Roman" w:eastAsia="思源黑体 CN" w:hAnsi="Times New Roman"/>
        </w:rPr>
        <w:t xml:space="preserve"> CSV </w:t>
      </w:r>
      <w:proofErr w:type="spellStart"/>
      <w:r w:rsidRPr="00D27E85">
        <w:rPr>
          <w:rFonts w:ascii="Times New Roman" w:eastAsia="思源黑体 CN" w:hAnsi="Times New Roman"/>
        </w:rPr>
        <w:t>数据文件，例如</w:t>
      </w:r>
      <w:proofErr w:type="spellEnd"/>
      <w:r w:rsidRPr="00D27E85">
        <w:rPr>
          <w:rFonts w:ascii="Times New Roman" w:eastAsia="思源黑体 CN" w:hAnsi="Times New Roman"/>
        </w:rPr>
        <w:t xml:space="preserve"> Scope_Processed1.csv</w:t>
      </w:r>
      <w:r w:rsidRPr="00D27E85">
        <w:rPr>
          <w:rFonts w:ascii="Times New Roman" w:eastAsia="思源黑体 CN" w:hAnsi="Times New Roman"/>
        </w:rPr>
        <w:t>；</w:t>
      </w:r>
      <w:r w:rsidRPr="00D27E85">
        <w:rPr>
          <w:rFonts w:ascii="Times New Roman" w:eastAsia="思源黑体 CN" w:hAnsi="Times New Roman"/>
        </w:rPr>
        <w:br/>
        <w:t xml:space="preserve">   - </w:t>
      </w:r>
      <w:proofErr w:type="spellStart"/>
      <w:r w:rsidRPr="00D27E85">
        <w:rPr>
          <w:rFonts w:ascii="Times New Roman" w:eastAsia="思源黑体 CN" w:hAnsi="Times New Roman"/>
        </w:rPr>
        <w:t>包含</w:t>
      </w:r>
      <w:proofErr w:type="spellEnd"/>
      <w:r w:rsidRPr="00D27E85">
        <w:rPr>
          <w:rFonts w:ascii="Times New Roman" w:eastAsia="思源黑体 CN" w:hAnsi="Times New Roman"/>
        </w:rPr>
        <w:t xml:space="preserve"> </w:t>
      </w:r>
      <w:proofErr w:type="spellStart"/>
      <w:r w:rsidRPr="00D27E85">
        <w:rPr>
          <w:rFonts w:ascii="Times New Roman" w:eastAsia="思源黑体 CN" w:hAnsi="Times New Roman"/>
        </w:rPr>
        <w:t>EVALUE</w:t>
      </w:r>
      <w:r w:rsidRPr="00D27E85">
        <w:rPr>
          <w:rFonts w:ascii="Times New Roman" w:eastAsia="思源黑体 CN" w:hAnsi="Times New Roman"/>
        </w:rPr>
        <w:t>、</w:t>
      </w:r>
      <w:r w:rsidRPr="00D27E85">
        <w:rPr>
          <w:rFonts w:ascii="Times New Roman" w:eastAsia="思源黑体 CN" w:hAnsi="Times New Roman"/>
        </w:rPr>
        <w:t>Speed</w:t>
      </w:r>
      <w:r w:rsidRPr="00D27E85">
        <w:rPr>
          <w:rFonts w:ascii="Times New Roman" w:eastAsia="思源黑体 CN" w:hAnsi="Times New Roman"/>
        </w:rPr>
        <w:t>、</w:t>
      </w:r>
      <w:r w:rsidRPr="00D27E85">
        <w:rPr>
          <w:rFonts w:ascii="Times New Roman" w:eastAsia="思源黑体 CN" w:hAnsi="Times New Roman"/>
        </w:rPr>
        <w:t>X_Factor</w:t>
      </w:r>
      <w:proofErr w:type="spellEnd"/>
      <w:r w:rsidRPr="00D27E85">
        <w:rPr>
          <w:rFonts w:ascii="Times New Roman" w:eastAsia="思源黑体 CN" w:hAnsi="Times New Roman"/>
        </w:rPr>
        <w:t xml:space="preserve"> </w:t>
      </w:r>
      <w:proofErr w:type="spellStart"/>
      <w:r w:rsidRPr="00D27E85">
        <w:rPr>
          <w:rFonts w:ascii="Times New Roman" w:eastAsia="思源黑体 CN" w:hAnsi="Times New Roman"/>
        </w:rPr>
        <w:t>等列，后文会说明列顺序约定</w:t>
      </w:r>
      <w:proofErr w:type="spellEnd"/>
      <w:r w:rsidR="00C71D1F">
        <w:rPr>
          <w:rFonts w:ascii="Times New Roman" w:eastAsia="思源黑体 CN" w:hAnsi="Times New Roman" w:hint="eastAsia"/>
          <w:lang w:eastAsia="zh-CN"/>
        </w:rPr>
        <w:t>。</w:t>
      </w:r>
    </w:p>
    <w:p w14:paraId="1B5FA72A" w14:textId="2B78D402" w:rsidR="00BE61F9" w:rsidRPr="00D27E85" w:rsidRDefault="00E12B62">
      <w:pPr>
        <w:rPr>
          <w:rFonts w:ascii="Times New Roman" w:eastAsia="思源黑体 CN" w:hAnsi="Times New Roman"/>
          <w:lang w:eastAsia="zh-CN"/>
        </w:rPr>
      </w:pPr>
      <w:r w:rsidRPr="00D27E85">
        <w:rPr>
          <w:rFonts w:ascii="Times New Roman" w:eastAsia="思源黑体 CN" w:hAnsi="Times New Roman"/>
          <w:noProof/>
          <w:lang w:eastAsia="zh-CN"/>
        </w:rPr>
        <w:lastRenderedPageBreak/>
        <w:drawing>
          <wp:inline distT="0" distB="0" distL="0" distR="0" wp14:anchorId="05A0A138" wp14:editId="12DF7257">
            <wp:extent cx="5486400" cy="2915920"/>
            <wp:effectExtent l="0" t="0" r="0" b="0"/>
            <wp:docPr id="7964373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43737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61F9" w:rsidRPr="00D27E85">
        <w:rPr>
          <w:rFonts w:ascii="Times New Roman" w:eastAsia="思源黑体 CN" w:hAnsi="Times New Roman"/>
          <w:lang w:eastAsia="zh-CN"/>
        </w:rPr>
        <w:br w:type="page"/>
      </w:r>
    </w:p>
    <w:p w14:paraId="1F47B642" w14:textId="77777777" w:rsidR="00773DBB" w:rsidRPr="00D27E85" w:rsidRDefault="00773DBB">
      <w:pPr>
        <w:rPr>
          <w:rFonts w:ascii="Times New Roman" w:eastAsia="思源黑体 CN" w:hAnsi="Times New Roman"/>
          <w:lang w:eastAsia="zh-CN"/>
        </w:rPr>
      </w:pPr>
    </w:p>
    <w:p w14:paraId="180ED656" w14:textId="77777777" w:rsidR="00773DBB" w:rsidRPr="00D27E85" w:rsidRDefault="00000000">
      <w:pPr>
        <w:pStyle w:val="1"/>
        <w:rPr>
          <w:rFonts w:ascii="Times New Roman" w:eastAsia="思源黑体 CN" w:hAnsi="Times New Roman"/>
        </w:rPr>
      </w:pPr>
      <w:bookmarkStart w:id="4" w:name="_Toc215582815"/>
      <w:proofErr w:type="spellStart"/>
      <w:r w:rsidRPr="00D27E85">
        <w:rPr>
          <w:rFonts w:ascii="Times New Roman" w:eastAsia="思源黑体 CN" w:hAnsi="Times New Roman"/>
        </w:rPr>
        <w:t>四、</w:t>
      </w:r>
      <w:r w:rsidRPr="00D27E85">
        <w:rPr>
          <w:rFonts w:ascii="Times New Roman" w:eastAsia="思源黑体 CN" w:hAnsi="Times New Roman"/>
        </w:rPr>
        <w:t>TwinCAT</w:t>
      </w:r>
      <w:proofErr w:type="spellEnd"/>
      <w:r w:rsidRPr="00D27E85">
        <w:rPr>
          <w:rFonts w:ascii="Times New Roman" w:eastAsia="思源黑体 CN" w:hAnsi="Times New Roman"/>
        </w:rPr>
        <w:t xml:space="preserve"> </w:t>
      </w:r>
      <w:r w:rsidRPr="00D27E85">
        <w:rPr>
          <w:rFonts w:ascii="Times New Roman" w:eastAsia="思源黑体 CN" w:hAnsi="Times New Roman"/>
        </w:rPr>
        <w:t>与</w:t>
      </w:r>
      <w:r w:rsidRPr="00D27E85">
        <w:rPr>
          <w:rFonts w:ascii="Times New Roman" w:eastAsia="思源黑体 CN" w:hAnsi="Times New Roman"/>
        </w:rPr>
        <w:t xml:space="preserve"> TF3820 </w:t>
      </w:r>
      <w:proofErr w:type="spellStart"/>
      <w:r w:rsidRPr="00D27E85">
        <w:rPr>
          <w:rFonts w:ascii="Times New Roman" w:eastAsia="思源黑体 CN" w:hAnsi="Times New Roman"/>
        </w:rPr>
        <w:t>安装与基础配置</w:t>
      </w:r>
      <w:bookmarkEnd w:id="4"/>
      <w:proofErr w:type="spellEnd"/>
    </w:p>
    <w:p w14:paraId="0C4169DA" w14:textId="77777777" w:rsidR="00773DBB" w:rsidRPr="00D27E85" w:rsidRDefault="00000000" w:rsidP="004F7764">
      <w:pPr>
        <w:ind w:firstLineChars="200" w:firstLine="400"/>
        <w:rPr>
          <w:rFonts w:ascii="Times New Roman" w:eastAsia="思源黑体 CN" w:hAnsi="Times New Roman"/>
        </w:rPr>
      </w:pPr>
      <w:proofErr w:type="spellStart"/>
      <w:r w:rsidRPr="00D27E85">
        <w:rPr>
          <w:rFonts w:ascii="Times New Roman" w:eastAsia="思源黑体 CN" w:hAnsi="Times New Roman"/>
        </w:rPr>
        <w:t>本章节说明如何在本机完成</w:t>
      </w:r>
      <w:proofErr w:type="spellEnd"/>
      <w:r w:rsidRPr="00D27E85">
        <w:rPr>
          <w:rFonts w:ascii="Times New Roman" w:eastAsia="思源黑体 CN" w:hAnsi="Times New Roman"/>
        </w:rPr>
        <w:t xml:space="preserve"> </w:t>
      </w:r>
      <w:proofErr w:type="spellStart"/>
      <w:r w:rsidRPr="00D27E85">
        <w:rPr>
          <w:rFonts w:ascii="Times New Roman" w:eastAsia="思源黑体 CN" w:hAnsi="Times New Roman"/>
        </w:rPr>
        <w:t>TwinCAT</w:t>
      </w:r>
      <w:proofErr w:type="spellEnd"/>
      <w:r w:rsidRPr="00D27E85">
        <w:rPr>
          <w:rFonts w:ascii="Times New Roman" w:eastAsia="思源黑体 CN" w:hAnsi="Times New Roman"/>
        </w:rPr>
        <w:t xml:space="preserve"> </w:t>
      </w:r>
      <w:r w:rsidRPr="00D27E85">
        <w:rPr>
          <w:rFonts w:ascii="Times New Roman" w:eastAsia="思源黑体 CN" w:hAnsi="Times New Roman"/>
        </w:rPr>
        <w:t>与</w:t>
      </w:r>
      <w:r w:rsidRPr="00D27E85">
        <w:rPr>
          <w:rFonts w:ascii="Times New Roman" w:eastAsia="思源黑体 CN" w:hAnsi="Times New Roman"/>
        </w:rPr>
        <w:t xml:space="preserve"> TF3820 </w:t>
      </w:r>
      <w:proofErr w:type="spellStart"/>
      <w:r w:rsidRPr="00D27E85">
        <w:rPr>
          <w:rFonts w:ascii="Times New Roman" w:eastAsia="思源黑体 CN" w:hAnsi="Times New Roman"/>
        </w:rPr>
        <w:t>的基本安装与检查</w:t>
      </w:r>
      <w:proofErr w:type="spellEnd"/>
      <w:r w:rsidRPr="00D27E85">
        <w:rPr>
          <w:rFonts w:ascii="Times New Roman" w:eastAsia="思源黑体 CN" w:hAnsi="Times New Roman"/>
        </w:rPr>
        <w:t>。</w:t>
      </w:r>
    </w:p>
    <w:p w14:paraId="4486840C" w14:textId="77777777" w:rsidR="00773DBB" w:rsidRPr="00D27E85" w:rsidRDefault="00000000">
      <w:pPr>
        <w:rPr>
          <w:rFonts w:ascii="Times New Roman" w:eastAsia="思源黑体 CN" w:hAnsi="Times New Roman"/>
        </w:rPr>
      </w:pPr>
      <w:r w:rsidRPr="00D27E85">
        <w:rPr>
          <w:rFonts w:ascii="Times New Roman" w:eastAsia="思源黑体 CN" w:hAnsi="Times New Roman"/>
        </w:rPr>
        <w:t>1</w:t>
      </w:r>
      <w:r w:rsidRPr="00D27E85">
        <w:rPr>
          <w:rFonts w:ascii="Times New Roman" w:eastAsia="思源黑体 CN" w:hAnsi="Times New Roman"/>
        </w:rPr>
        <w:t>）安装</w:t>
      </w:r>
      <w:r w:rsidRPr="00D27E85">
        <w:rPr>
          <w:rFonts w:ascii="Times New Roman" w:eastAsia="思源黑体 CN" w:hAnsi="Times New Roman"/>
        </w:rPr>
        <w:t xml:space="preserve"> </w:t>
      </w:r>
      <w:proofErr w:type="spellStart"/>
      <w:r w:rsidRPr="00D27E85">
        <w:rPr>
          <w:rFonts w:ascii="Times New Roman" w:eastAsia="思源黑体 CN" w:hAnsi="Times New Roman"/>
        </w:rPr>
        <w:t>TwinCAT</w:t>
      </w:r>
      <w:proofErr w:type="spellEnd"/>
      <w:r w:rsidRPr="00D27E85">
        <w:rPr>
          <w:rFonts w:ascii="Times New Roman" w:eastAsia="思源黑体 CN" w:hAnsi="Times New Roman"/>
        </w:rPr>
        <w:t xml:space="preserve"> 3</w:t>
      </w:r>
      <w:r w:rsidRPr="00D27E85">
        <w:rPr>
          <w:rFonts w:ascii="Times New Roman" w:eastAsia="思源黑体 CN" w:hAnsi="Times New Roman"/>
        </w:rPr>
        <w:br/>
        <w:t xml:space="preserve">   - </w:t>
      </w:r>
      <w:proofErr w:type="spellStart"/>
      <w:r w:rsidRPr="00D27E85">
        <w:rPr>
          <w:rFonts w:ascii="Times New Roman" w:eastAsia="思源黑体 CN" w:hAnsi="Times New Roman"/>
        </w:rPr>
        <w:t>运行</w:t>
      </w:r>
      <w:proofErr w:type="spellEnd"/>
      <w:r w:rsidRPr="00D27E85">
        <w:rPr>
          <w:rFonts w:ascii="Times New Roman" w:eastAsia="思源黑体 CN" w:hAnsi="Times New Roman"/>
        </w:rPr>
        <w:t xml:space="preserve"> </w:t>
      </w:r>
      <w:proofErr w:type="spellStart"/>
      <w:r w:rsidRPr="00D27E85">
        <w:rPr>
          <w:rFonts w:ascii="Times New Roman" w:eastAsia="思源黑体 CN" w:hAnsi="Times New Roman"/>
        </w:rPr>
        <w:t>TwinCAT</w:t>
      </w:r>
      <w:proofErr w:type="spellEnd"/>
      <w:r w:rsidRPr="00D27E85">
        <w:rPr>
          <w:rFonts w:ascii="Times New Roman" w:eastAsia="思源黑体 CN" w:hAnsi="Times New Roman"/>
        </w:rPr>
        <w:t xml:space="preserve"> 3 </w:t>
      </w:r>
      <w:proofErr w:type="spellStart"/>
      <w:r w:rsidRPr="00D27E85">
        <w:rPr>
          <w:rFonts w:ascii="Times New Roman" w:eastAsia="思源黑体 CN" w:hAnsi="Times New Roman"/>
        </w:rPr>
        <w:t>安装程序，勾选</w:t>
      </w:r>
      <w:proofErr w:type="spellEnd"/>
      <w:r w:rsidRPr="00D27E85">
        <w:rPr>
          <w:rFonts w:ascii="Times New Roman" w:eastAsia="思源黑体 CN" w:hAnsi="Times New Roman"/>
        </w:rPr>
        <w:t xml:space="preserve"> XAE </w:t>
      </w:r>
      <w:r w:rsidRPr="00D27E85">
        <w:rPr>
          <w:rFonts w:ascii="Times New Roman" w:eastAsia="思源黑体 CN" w:hAnsi="Times New Roman"/>
        </w:rPr>
        <w:t>与</w:t>
      </w:r>
      <w:r w:rsidRPr="00D27E85">
        <w:rPr>
          <w:rFonts w:ascii="Times New Roman" w:eastAsia="思源黑体 CN" w:hAnsi="Times New Roman"/>
        </w:rPr>
        <w:t xml:space="preserve"> XAR </w:t>
      </w:r>
      <w:proofErr w:type="spellStart"/>
      <w:r w:rsidRPr="00D27E85">
        <w:rPr>
          <w:rFonts w:ascii="Times New Roman" w:eastAsia="思源黑体 CN" w:hAnsi="Times New Roman"/>
        </w:rPr>
        <w:t>组件</w:t>
      </w:r>
      <w:proofErr w:type="spellEnd"/>
      <w:r w:rsidRPr="00D27E85">
        <w:rPr>
          <w:rFonts w:ascii="Times New Roman" w:eastAsia="思源黑体 CN" w:hAnsi="Times New Roman"/>
        </w:rPr>
        <w:t>；</w:t>
      </w:r>
      <w:r w:rsidRPr="00D27E85">
        <w:rPr>
          <w:rFonts w:ascii="Times New Roman" w:eastAsia="思源黑体 CN" w:hAnsi="Times New Roman"/>
        </w:rPr>
        <w:br/>
        <w:t xml:space="preserve">   - </w:t>
      </w:r>
      <w:proofErr w:type="spellStart"/>
      <w:r w:rsidRPr="00D27E85">
        <w:rPr>
          <w:rFonts w:ascii="Times New Roman" w:eastAsia="思源黑体 CN" w:hAnsi="Times New Roman"/>
        </w:rPr>
        <w:t>安装完成后重启系统，确保任务栏中出现</w:t>
      </w:r>
      <w:proofErr w:type="spellEnd"/>
      <w:r w:rsidRPr="00D27E85">
        <w:rPr>
          <w:rFonts w:ascii="Times New Roman" w:eastAsia="思源黑体 CN" w:hAnsi="Times New Roman"/>
        </w:rPr>
        <w:t xml:space="preserve"> </w:t>
      </w:r>
      <w:proofErr w:type="spellStart"/>
      <w:r w:rsidRPr="00D27E85">
        <w:rPr>
          <w:rFonts w:ascii="Times New Roman" w:eastAsia="思源黑体 CN" w:hAnsi="Times New Roman"/>
        </w:rPr>
        <w:t>TwinCAT</w:t>
      </w:r>
      <w:proofErr w:type="spellEnd"/>
      <w:r w:rsidRPr="00D27E85">
        <w:rPr>
          <w:rFonts w:ascii="Times New Roman" w:eastAsia="思源黑体 CN" w:hAnsi="Times New Roman"/>
        </w:rPr>
        <w:t xml:space="preserve"> </w:t>
      </w:r>
      <w:proofErr w:type="spellStart"/>
      <w:r w:rsidRPr="00D27E85">
        <w:rPr>
          <w:rFonts w:ascii="Times New Roman" w:eastAsia="思源黑体 CN" w:hAnsi="Times New Roman"/>
        </w:rPr>
        <w:t>图标</w:t>
      </w:r>
      <w:proofErr w:type="spellEnd"/>
      <w:r w:rsidRPr="00D27E85">
        <w:rPr>
          <w:rFonts w:ascii="Times New Roman" w:eastAsia="思源黑体 CN" w:hAnsi="Times New Roman"/>
        </w:rPr>
        <w:t>。</w:t>
      </w:r>
    </w:p>
    <w:p w14:paraId="77848E82" w14:textId="35959927" w:rsidR="00773DBB" w:rsidRPr="00D27E85" w:rsidRDefault="00000000">
      <w:pPr>
        <w:rPr>
          <w:rFonts w:ascii="Times New Roman" w:eastAsia="思源黑体 CN" w:hAnsi="Times New Roman"/>
        </w:rPr>
      </w:pPr>
      <w:r w:rsidRPr="00D27E85">
        <w:rPr>
          <w:rFonts w:ascii="Times New Roman" w:eastAsia="思源黑体 CN" w:hAnsi="Times New Roman"/>
        </w:rPr>
        <w:t>2</w:t>
      </w:r>
      <w:r w:rsidRPr="00D27E85">
        <w:rPr>
          <w:rFonts w:ascii="Times New Roman" w:eastAsia="思源黑体 CN" w:hAnsi="Times New Roman"/>
        </w:rPr>
        <w:t>）</w:t>
      </w:r>
      <w:proofErr w:type="spellStart"/>
      <w:r w:rsidRPr="00D27E85">
        <w:rPr>
          <w:rFonts w:ascii="Times New Roman" w:eastAsia="思源黑体 CN" w:hAnsi="Times New Roman"/>
        </w:rPr>
        <w:t>通过</w:t>
      </w:r>
      <w:proofErr w:type="spellEnd"/>
      <w:r w:rsidRPr="00D27E85">
        <w:rPr>
          <w:rFonts w:ascii="Times New Roman" w:eastAsia="思源黑体 CN" w:hAnsi="Times New Roman"/>
        </w:rPr>
        <w:t xml:space="preserve"> Package Manager </w:t>
      </w:r>
      <w:proofErr w:type="spellStart"/>
      <w:r w:rsidRPr="00D27E85">
        <w:rPr>
          <w:rFonts w:ascii="Times New Roman" w:eastAsia="思源黑体 CN" w:hAnsi="Times New Roman"/>
        </w:rPr>
        <w:t>安装</w:t>
      </w:r>
      <w:proofErr w:type="spellEnd"/>
      <w:r w:rsidRPr="00D27E85">
        <w:rPr>
          <w:rFonts w:ascii="Times New Roman" w:eastAsia="思源黑体 CN" w:hAnsi="Times New Roman"/>
        </w:rPr>
        <w:t xml:space="preserve"> TF3820</w:t>
      </w:r>
      <w:r w:rsidRPr="00D27E85">
        <w:rPr>
          <w:rFonts w:ascii="Times New Roman" w:eastAsia="思源黑体 CN" w:hAnsi="Times New Roman"/>
        </w:rPr>
        <w:br/>
        <w:t xml:space="preserve">   - </w:t>
      </w:r>
      <w:proofErr w:type="spellStart"/>
      <w:r w:rsidRPr="00D27E85">
        <w:rPr>
          <w:rFonts w:ascii="Times New Roman" w:eastAsia="思源黑体 CN" w:hAnsi="Times New Roman"/>
        </w:rPr>
        <w:t>打开</w:t>
      </w:r>
      <w:proofErr w:type="spellEnd"/>
      <w:r w:rsidRPr="00D27E85">
        <w:rPr>
          <w:rFonts w:ascii="Times New Roman" w:eastAsia="思源黑体 CN" w:hAnsi="Times New Roman"/>
        </w:rPr>
        <w:t xml:space="preserve"> </w:t>
      </w:r>
      <w:r w:rsidR="00EF4E17" w:rsidRPr="00D27E85">
        <w:rPr>
          <w:rFonts w:ascii="Times New Roman" w:eastAsia="思源黑体 CN" w:hAnsi="Times New Roman" w:hint="eastAsia"/>
          <w:lang w:eastAsia="zh-CN"/>
        </w:rPr>
        <w:t>Package Manager</w:t>
      </w:r>
      <w:r w:rsidRPr="00D27E85">
        <w:rPr>
          <w:rFonts w:ascii="Times New Roman" w:eastAsia="思源黑体 CN" w:hAnsi="Times New Roman"/>
        </w:rPr>
        <w:t>，</w:t>
      </w:r>
      <w:r w:rsidR="00EF4E17" w:rsidRPr="00D27E85">
        <w:rPr>
          <w:rFonts w:ascii="Times New Roman" w:eastAsia="思源黑体 CN" w:hAnsi="Times New Roman" w:hint="eastAsia"/>
          <w:lang w:eastAsia="zh-CN"/>
        </w:rPr>
        <w:t>选择顶部</w:t>
      </w:r>
      <w:r w:rsidR="00EF4E17" w:rsidRPr="00D27E85">
        <w:rPr>
          <w:rFonts w:ascii="Times New Roman" w:eastAsia="思源黑体 CN" w:hAnsi="Times New Roman"/>
          <w:lang w:eastAsia="zh-CN"/>
        </w:rPr>
        <w:t>“</w:t>
      </w:r>
      <w:r w:rsidR="00EF4E17" w:rsidRPr="00D27E85">
        <w:rPr>
          <w:rFonts w:ascii="Times New Roman" w:eastAsia="思源黑体 CN" w:hAnsi="Times New Roman" w:hint="eastAsia"/>
          <w:lang w:eastAsia="zh-CN"/>
        </w:rPr>
        <w:t>Browse</w:t>
      </w:r>
      <w:r w:rsidR="00EF4E17" w:rsidRPr="00D27E85">
        <w:rPr>
          <w:rFonts w:ascii="Times New Roman" w:eastAsia="思源黑体 CN" w:hAnsi="Times New Roman"/>
          <w:lang w:eastAsia="zh-CN"/>
        </w:rPr>
        <w:t>”</w:t>
      </w:r>
      <w:r w:rsidR="00EF4E17" w:rsidRPr="00D27E85">
        <w:rPr>
          <w:rFonts w:ascii="Times New Roman" w:eastAsia="思源黑体 CN" w:hAnsi="Times New Roman" w:hint="eastAsia"/>
          <w:lang w:eastAsia="zh-CN"/>
        </w:rPr>
        <w:t>栏</w:t>
      </w:r>
      <w:r w:rsidRPr="00D27E85">
        <w:rPr>
          <w:rFonts w:ascii="Times New Roman" w:eastAsia="思源黑体 CN" w:hAnsi="Times New Roman"/>
        </w:rPr>
        <w:t>；</w:t>
      </w:r>
      <w:r w:rsidRPr="00D27E85">
        <w:rPr>
          <w:rFonts w:ascii="Times New Roman" w:eastAsia="思源黑体 CN" w:hAnsi="Times New Roman"/>
        </w:rPr>
        <w:br/>
        <w:t xml:space="preserve">   - </w:t>
      </w:r>
      <w:r w:rsidRPr="00D27E85">
        <w:rPr>
          <w:rFonts w:ascii="Times New Roman" w:eastAsia="思源黑体 CN" w:hAnsi="Times New Roman"/>
        </w:rPr>
        <w:t>在</w:t>
      </w:r>
      <w:r w:rsidRPr="00D27E85">
        <w:rPr>
          <w:rFonts w:ascii="Times New Roman" w:eastAsia="思源黑体 CN" w:hAnsi="Times New Roman"/>
        </w:rPr>
        <w:t xml:space="preserve"> Package Manager </w:t>
      </w:r>
      <w:proofErr w:type="spellStart"/>
      <w:r w:rsidRPr="00D27E85">
        <w:rPr>
          <w:rFonts w:ascii="Times New Roman" w:eastAsia="思源黑体 CN" w:hAnsi="Times New Roman"/>
        </w:rPr>
        <w:t>中勾选</w:t>
      </w:r>
      <w:proofErr w:type="spellEnd"/>
      <w:r w:rsidRPr="00D27E85">
        <w:rPr>
          <w:rFonts w:ascii="Times New Roman" w:eastAsia="思源黑体 CN" w:hAnsi="Times New Roman"/>
        </w:rPr>
        <w:t xml:space="preserve"> TF3820 </w:t>
      </w:r>
      <w:proofErr w:type="spellStart"/>
      <w:r w:rsidRPr="00D27E85">
        <w:rPr>
          <w:rFonts w:ascii="Times New Roman" w:eastAsia="思源黑体 CN" w:hAnsi="Times New Roman"/>
        </w:rPr>
        <w:t>TwinCAT</w:t>
      </w:r>
      <w:proofErr w:type="spellEnd"/>
      <w:r w:rsidRPr="00D27E85">
        <w:rPr>
          <w:rFonts w:ascii="Times New Roman" w:eastAsia="思源黑体 CN" w:hAnsi="Times New Roman"/>
        </w:rPr>
        <w:t xml:space="preserve"> 3 Machine Learning Server</w:t>
      </w:r>
      <w:r w:rsidRPr="00D27E85">
        <w:rPr>
          <w:rFonts w:ascii="Times New Roman" w:eastAsia="思源黑体 CN" w:hAnsi="Times New Roman"/>
        </w:rPr>
        <w:t>；</w:t>
      </w:r>
      <w:r w:rsidRPr="00D27E85">
        <w:rPr>
          <w:rFonts w:ascii="Times New Roman" w:eastAsia="思源黑体 CN" w:hAnsi="Times New Roman"/>
        </w:rPr>
        <w:br/>
        <w:t xml:space="preserve">   - </w:t>
      </w:r>
      <w:proofErr w:type="spellStart"/>
      <w:r w:rsidRPr="00D27E85">
        <w:rPr>
          <w:rFonts w:ascii="Times New Roman" w:eastAsia="思源黑体 CN" w:hAnsi="Times New Roman"/>
        </w:rPr>
        <w:t>按向导完成安装，必要时再次重启</w:t>
      </w:r>
      <w:proofErr w:type="spellEnd"/>
      <w:r w:rsidRPr="00D27E85">
        <w:rPr>
          <w:rFonts w:ascii="Times New Roman" w:eastAsia="思源黑体 CN" w:hAnsi="Times New Roman"/>
        </w:rPr>
        <w:t>。</w:t>
      </w:r>
    </w:p>
    <w:p w14:paraId="335BFC60" w14:textId="43B5A513" w:rsidR="00773DBB" w:rsidRPr="00D27E85" w:rsidRDefault="00000000">
      <w:pPr>
        <w:rPr>
          <w:rFonts w:ascii="Times New Roman" w:eastAsia="思源黑体 CN" w:hAnsi="Times New Roman"/>
          <w:lang w:eastAsia="zh-CN"/>
        </w:rPr>
      </w:pPr>
      <w:r w:rsidRPr="00D27E85">
        <w:rPr>
          <w:rFonts w:ascii="Times New Roman" w:eastAsia="思源黑体 CN" w:hAnsi="Times New Roman"/>
          <w:lang w:eastAsia="zh-CN"/>
        </w:rPr>
        <w:t>3</w:t>
      </w:r>
      <w:r w:rsidRPr="00D27E85">
        <w:rPr>
          <w:rFonts w:ascii="Times New Roman" w:eastAsia="思源黑体 CN" w:hAnsi="Times New Roman"/>
          <w:lang w:eastAsia="zh-CN"/>
        </w:rPr>
        <w:t>）检查</w:t>
      </w:r>
      <w:r w:rsidRPr="00D27E85">
        <w:rPr>
          <w:rFonts w:ascii="Times New Roman" w:eastAsia="思源黑体 CN" w:hAnsi="Times New Roman"/>
          <w:lang w:eastAsia="zh-CN"/>
        </w:rPr>
        <w:t xml:space="preserve"> </w:t>
      </w:r>
      <w:proofErr w:type="spellStart"/>
      <w:r w:rsidRPr="00D27E85">
        <w:rPr>
          <w:rFonts w:ascii="Times New Roman" w:eastAsia="思源黑体 CN" w:hAnsi="Times New Roman"/>
          <w:lang w:eastAsia="zh-CN"/>
        </w:rPr>
        <w:t>TcMlServer</w:t>
      </w:r>
      <w:proofErr w:type="spellEnd"/>
      <w:r w:rsidRPr="00D27E85">
        <w:rPr>
          <w:rFonts w:ascii="Times New Roman" w:eastAsia="思源黑体 CN" w:hAnsi="Times New Roman"/>
          <w:lang w:eastAsia="zh-CN"/>
        </w:rPr>
        <w:t xml:space="preserve"> </w:t>
      </w:r>
      <w:r w:rsidRPr="00D27E85">
        <w:rPr>
          <w:rFonts w:ascii="Times New Roman" w:eastAsia="思源黑体 CN" w:hAnsi="Times New Roman"/>
          <w:lang w:eastAsia="zh-CN"/>
        </w:rPr>
        <w:t>服务</w:t>
      </w:r>
      <w:r w:rsidRPr="00D27E85">
        <w:rPr>
          <w:rFonts w:ascii="Times New Roman" w:eastAsia="思源黑体 CN" w:hAnsi="Times New Roman"/>
          <w:lang w:eastAsia="zh-CN"/>
        </w:rPr>
        <w:br/>
        <w:t xml:space="preserve">   - </w:t>
      </w:r>
      <w:r w:rsidRPr="00D27E85">
        <w:rPr>
          <w:rFonts w:ascii="Times New Roman" w:eastAsia="思源黑体 CN" w:hAnsi="Times New Roman"/>
          <w:lang w:eastAsia="zh-CN"/>
        </w:rPr>
        <w:t>在</w:t>
      </w:r>
      <w:r w:rsidRPr="00D27E85">
        <w:rPr>
          <w:rFonts w:ascii="Times New Roman" w:eastAsia="思源黑体 CN" w:hAnsi="Times New Roman"/>
          <w:lang w:eastAsia="zh-CN"/>
        </w:rPr>
        <w:t xml:space="preserve"> Windows </w:t>
      </w:r>
      <w:r w:rsidRPr="00D27E85">
        <w:rPr>
          <w:rFonts w:ascii="Times New Roman" w:eastAsia="思源黑体 CN" w:hAnsi="Times New Roman"/>
          <w:lang w:eastAsia="zh-CN"/>
        </w:rPr>
        <w:t>任务管理器或</w:t>
      </w:r>
      <w:r w:rsidRPr="00D27E85">
        <w:rPr>
          <w:rFonts w:ascii="Times New Roman" w:eastAsia="思源黑体 CN" w:hAnsi="Times New Roman"/>
          <w:lang w:eastAsia="zh-CN"/>
        </w:rPr>
        <w:t>“</w:t>
      </w:r>
      <w:r w:rsidRPr="00D27E85">
        <w:rPr>
          <w:rFonts w:ascii="Times New Roman" w:eastAsia="思源黑体 CN" w:hAnsi="Times New Roman"/>
          <w:lang w:eastAsia="zh-CN"/>
        </w:rPr>
        <w:t>服务</w:t>
      </w:r>
      <w:r w:rsidRPr="00D27E85">
        <w:rPr>
          <w:rFonts w:ascii="Times New Roman" w:eastAsia="思源黑体 CN" w:hAnsi="Times New Roman"/>
          <w:lang w:eastAsia="zh-CN"/>
        </w:rPr>
        <w:t>”</w:t>
      </w:r>
      <w:r w:rsidRPr="00D27E85">
        <w:rPr>
          <w:rFonts w:ascii="Times New Roman" w:eastAsia="思源黑体 CN" w:hAnsi="Times New Roman"/>
          <w:lang w:eastAsia="zh-CN"/>
        </w:rPr>
        <w:t>中找到</w:t>
      </w:r>
      <w:r w:rsidRPr="00D27E85">
        <w:rPr>
          <w:rFonts w:ascii="Times New Roman" w:eastAsia="思源黑体 CN" w:hAnsi="Times New Roman"/>
          <w:lang w:eastAsia="zh-CN"/>
        </w:rPr>
        <w:t xml:space="preserve"> </w:t>
      </w:r>
      <w:proofErr w:type="spellStart"/>
      <w:r w:rsidRPr="00D27E85">
        <w:rPr>
          <w:rFonts w:ascii="Times New Roman" w:eastAsia="思源黑体 CN" w:hAnsi="Times New Roman"/>
          <w:lang w:eastAsia="zh-CN"/>
        </w:rPr>
        <w:t>TcMlServer</w:t>
      </w:r>
      <w:proofErr w:type="spellEnd"/>
      <w:r w:rsidRPr="00D27E85">
        <w:rPr>
          <w:rFonts w:ascii="Times New Roman" w:eastAsia="思源黑体 CN" w:hAnsi="Times New Roman"/>
          <w:lang w:eastAsia="zh-CN"/>
        </w:rPr>
        <w:t>；</w:t>
      </w:r>
      <w:r w:rsidRPr="00D27E85">
        <w:rPr>
          <w:rFonts w:ascii="Times New Roman" w:eastAsia="思源黑体 CN" w:hAnsi="Times New Roman"/>
          <w:lang w:eastAsia="zh-CN"/>
        </w:rPr>
        <w:br/>
        <w:t xml:space="preserve">   - </w:t>
      </w:r>
      <w:r w:rsidRPr="00D27E85">
        <w:rPr>
          <w:rFonts w:ascii="Times New Roman" w:eastAsia="思源黑体 CN" w:hAnsi="Times New Roman"/>
          <w:lang w:eastAsia="zh-CN"/>
        </w:rPr>
        <w:t>确认其已处于</w:t>
      </w:r>
      <w:r w:rsidRPr="00D27E85">
        <w:rPr>
          <w:rFonts w:ascii="Times New Roman" w:eastAsia="思源黑体 CN" w:hAnsi="Times New Roman"/>
          <w:lang w:eastAsia="zh-CN"/>
        </w:rPr>
        <w:t>“</w:t>
      </w:r>
      <w:r w:rsidRPr="00D27E85">
        <w:rPr>
          <w:rFonts w:ascii="Times New Roman" w:eastAsia="思源黑体 CN" w:hAnsi="Times New Roman"/>
          <w:lang w:eastAsia="zh-CN"/>
        </w:rPr>
        <w:t>正在运行</w:t>
      </w:r>
      <w:r w:rsidRPr="00D27E85">
        <w:rPr>
          <w:rFonts w:ascii="Times New Roman" w:eastAsia="思源黑体 CN" w:hAnsi="Times New Roman"/>
          <w:lang w:eastAsia="zh-CN"/>
        </w:rPr>
        <w:t>”</w:t>
      </w:r>
      <w:r w:rsidRPr="00D27E85">
        <w:rPr>
          <w:rFonts w:ascii="Times New Roman" w:eastAsia="思源黑体 CN" w:hAnsi="Times New Roman"/>
          <w:lang w:eastAsia="zh-CN"/>
        </w:rPr>
        <w:t>状态；</w:t>
      </w:r>
      <w:r w:rsidRPr="00D27E85">
        <w:rPr>
          <w:rFonts w:ascii="Times New Roman" w:eastAsia="思源黑体 CN" w:hAnsi="Times New Roman"/>
          <w:lang w:eastAsia="zh-CN"/>
        </w:rPr>
        <w:br/>
        <w:t xml:space="preserve">   - </w:t>
      </w:r>
      <w:r w:rsidRPr="00D27E85">
        <w:rPr>
          <w:rFonts w:ascii="Times New Roman" w:eastAsia="思源黑体 CN" w:hAnsi="Times New Roman"/>
          <w:lang w:eastAsia="zh-CN"/>
        </w:rPr>
        <w:t>若</w:t>
      </w:r>
      <w:r w:rsidRPr="00D27E85">
        <w:rPr>
          <w:rFonts w:ascii="Times New Roman" w:eastAsia="思源黑体 CN" w:hAnsi="Times New Roman"/>
          <w:lang w:eastAsia="zh-CN"/>
        </w:rPr>
        <w:t xml:space="preserve"> TF3820 </w:t>
      </w:r>
      <w:r w:rsidRPr="00D27E85">
        <w:rPr>
          <w:rFonts w:ascii="Times New Roman" w:eastAsia="思源黑体 CN" w:hAnsi="Times New Roman"/>
          <w:lang w:eastAsia="zh-CN"/>
        </w:rPr>
        <w:t>许可证尚未激活，</w:t>
      </w:r>
      <w:proofErr w:type="spellStart"/>
      <w:r w:rsidRPr="00D27E85">
        <w:rPr>
          <w:rFonts w:ascii="Times New Roman" w:eastAsia="思源黑体 CN" w:hAnsi="Times New Roman"/>
          <w:lang w:eastAsia="zh-CN"/>
        </w:rPr>
        <w:t>TcMlServer</w:t>
      </w:r>
      <w:proofErr w:type="spellEnd"/>
      <w:r w:rsidRPr="00D27E85">
        <w:rPr>
          <w:rFonts w:ascii="Times New Roman" w:eastAsia="思源黑体 CN" w:hAnsi="Times New Roman"/>
          <w:lang w:eastAsia="zh-CN"/>
        </w:rPr>
        <w:t xml:space="preserve"> </w:t>
      </w:r>
      <w:r w:rsidRPr="00D27E85">
        <w:rPr>
          <w:rFonts w:ascii="Times New Roman" w:eastAsia="思源黑体 CN" w:hAnsi="Times New Roman"/>
          <w:lang w:eastAsia="zh-CN"/>
        </w:rPr>
        <w:t>会周期性检查许可证</w:t>
      </w:r>
      <w:r w:rsidR="00FC55F6" w:rsidRPr="00D27E85">
        <w:rPr>
          <w:rFonts w:ascii="Times New Roman" w:eastAsia="思源黑体 CN" w:hAnsi="Times New Roman" w:hint="eastAsia"/>
          <w:lang w:eastAsia="zh-CN"/>
        </w:rPr>
        <w:t>，</w:t>
      </w:r>
      <w:r w:rsidRPr="00D27E85">
        <w:rPr>
          <w:rFonts w:ascii="Times New Roman" w:eastAsia="思源黑体 CN" w:hAnsi="Times New Roman"/>
          <w:lang w:eastAsia="zh-CN"/>
        </w:rPr>
        <w:t>可以先使用</w:t>
      </w:r>
      <w:r w:rsidRPr="00D27E85">
        <w:rPr>
          <w:rFonts w:ascii="Times New Roman" w:eastAsia="思源黑体 CN" w:hAnsi="Times New Roman"/>
          <w:lang w:eastAsia="zh-CN"/>
        </w:rPr>
        <w:t xml:space="preserve"> 7 </w:t>
      </w:r>
      <w:r w:rsidRPr="00D27E85">
        <w:rPr>
          <w:rFonts w:ascii="Times New Roman" w:eastAsia="思源黑体 CN" w:hAnsi="Times New Roman"/>
          <w:lang w:eastAsia="zh-CN"/>
        </w:rPr>
        <w:t>天试用许可完成示例调试。</w:t>
      </w:r>
    </w:p>
    <w:p w14:paraId="67181EB8" w14:textId="382A3777" w:rsidR="00115F69" w:rsidRPr="00D27E85" w:rsidRDefault="00F14912">
      <w:pPr>
        <w:rPr>
          <w:rFonts w:ascii="Times New Roman" w:eastAsia="思源黑体 CN" w:hAnsi="Times New Roman"/>
        </w:rPr>
      </w:pPr>
      <w:r w:rsidRPr="00D27E85">
        <w:rPr>
          <w:rFonts w:ascii="Times New Roman" w:eastAsia="思源黑体 CN" w:hAnsi="Times New Roman"/>
          <w:noProof/>
        </w:rPr>
        <w:drawing>
          <wp:inline distT="0" distB="0" distL="0" distR="0" wp14:anchorId="469E95C4" wp14:editId="3E92D923">
            <wp:extent cx="5486400" cy="2820670"/>
            <wp:effectExtent l="0" t="0" r="0" b="0"/>
            <wp:docPr id="14581538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15389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5F69" w:rsidRPr="00D27E85">
        <w:rPr>
          <w:rFonts w:ascii="Times New Roman" w:eastAsia="思源黑体 CN" w:hAnsi="Times New Roman"/>
        </w:rPr>
        <w:br w:type="page"/>
      </w:r>
    </w:p>
    <w:p w14:paraId="17C307E8" w14:textId="77777777" w:rsidR="00773DBB" w:rsidRPr="00D27E85" w:rsidRDefault="00773DBB">
      <w:pPr>
        <w:rPr>
          <w:rFonts w:ascii="Times New Roman" w:eastAsia="思源黑体 CN" w:hAnsi="Times New Roman"/>
        </w:rPr>
      </w:pPr>
    </w:p>
    <w:p w14:paraId="3DC9F6B5" w14:textId="77777777" w:rsidR="00773DBB" w:rsidRPr="00D27E85" w:rsidRDefault="00000000">
      <w:pPr>
        <w:pStyle w:val="1"/>
        <w:rPr>
          <w:rFonts w:ascii="Times New Roman" w:eastAsia="思源黑体 CN" w:hAnsi="Times New Roman"/>
        </w:rPr>
      </w:pPr>
      <w:bookmarkStart w:id="5" w:name="_Toc215582816"/>
      <w:proofErr w:type="spellStart"/>
      <w:r w:rsidRPr="00D27E85">
        <w:rPr>
          <w:rFonts w:ascii="Times New Roman" w:eastAsia="思源黑体 CN" w:hAnsi="Times New Roman"/>
        </w:rPr>
        <w:t>五、</w:t>
      </w:r>
      <w:r w:rsidRPr="00D27E85">
        <w:rPr>
          <w:rFonts w:ascii="Times New Roman" w:eastAsia="思源黑体 CN" w:hAnsi="Times New Roman"/>
        </w:rPr>
        <w:t>CNN_GRU_INFERENCE</w:t>
      </w:r>
      <w:proofErr w:type="spellEnd"/>
      <w:r w:rsidRPr="00D27E85">
        <w:rPr>
          <w:rFonts w:ascii="Times New Roman" w:eastAsia="思源黑体 CN" w:hAnsi="Times New Roman"/>
        </w:rPr>
        <w:t xml:space="preserve"> </w:t>
      </w:r>
      <w:proofErr w:type="spellStart"/>
      <w:r w:rsidRPr="00D27E85">
        <w:rPr>
          <w:rFonts w:ascii="Times New Roman" w:eastAsia="思源黑体 CN" w:hAnsi="Times New Roman"/>
        </w:rPr>
        <w:t>工程结构说明</w:t>
      </w:r>
      <w:bookmarkEnd w:id="5"/>
      <w:proofErr w:type="spellEnd"/>
    </w:p>
    <w:p w14:paraId="080A4DB5" w14:textId="117BB6A1" w:rsidR="00773DBB" w:rsidRPr="00D27E85" w:rsidRDefault="002F4B7D" w:rsidP="004F7764">
      <w:pPr>
        <w:ind w:firstLineChars="200" w:firstLine="400"/>
        <w:rPr>
          <w:rFonts w:ascii="Times New Roman" w:eastAsia="思源黑体 CN" w:hAnsi="Times New Roman"/>
        </w:rPr>
      </w:pPr>
      <w:r w:rsidRPr="00D27E85">
        <w:rPr>
          <w:rFonts w:ascii="Times New Roman" w:eastAsia="思源黑体 CN" w:hAnsi="Times New Roman" w:hint="eastAsia"/>
          <w:lang w:eastAsia="zh-CN"/>
        </w:rPr>
        <w:t>打开示例程序</w:t>
      </w:r>
      <w:proofErr w:type="spellStart"/>
      <w:r w:rsidRPr="00D27E85">
        <w:rPr>
          <w:rFonts w:ascii="Times New Roman" w:eastAsia="思源黑体 CN" w:hAnsi="Times New Roman"/>
        </w:rPr>
        <w:t>后，</w:t>
      </w:r>
      <w:r w:rsidRPr="00D27E85">
        <w:rPr>
          <w:rFonts w:ascii="Times New Roman" w:eastAsia="思源黑体 CN" w:hAnsi="Times New Roman"/>
        </w:rPr>
        <w:t>PLC</w:t>
      </w:r>
      <w:proofErr w:type="spellEnd"/>
      <w:r w:rsidRPr="00D27E85">
        <w:rPr>
          <w:rFonts w:ascii="Times New Roman" w:eastAsia="思源黑体 CN" w:hAnsi="Times New Roman"/>
        </w:rPr>
        <w:t xml:space="preserve"> </w:t>
      </w:r>
      <w:proofErr w:type="spellStart"/>
      <w:r w:rsidRPr="00D27E85">
        <w:rPr>
          <w:rFonts w:ascii="Times New Roman" w:eastAsia="思源黑体 CN" w:hAnsi="Times New Roman"/>
        </w:rPr>
        <w:t>工程大致包含以下部分，了解结构</w:t>
      </w:r>
      <w:proofErr w:type="spellEnd"/>
      <w:r w:rsidRPr="00D27E85">
        <w:rPr>
          <w:rFonts w:ascii="Times New Roman" w:eastAsia="思源黑体 CN" w:hAnsi="Times New Roman"/>
        </w:rPr>
        <w:t>：</w:t>
      </w:r>
    </w:p>
    <w:p w14:paraId="0E53C4F7" w14:textId="77777777" w:rsidR="00773DBB" w:rsidRPr="00D27E85" w:rsidRDefault="00000000">
      <w:pPr>
        <w:rPr>
          <w:rFonts w:ascii="Times New Roman" w:eastAsia="思源黑体 CN" w:hAnsi="Times New Roman"/>
        </w:rPr>
      </w:pPr>
      <w:r w:rsidRPr="00D27E85">
        <w:rPr>
          <w:rFonts w:ascii="Times New Roman" w:eastAsia="思源黑体 CN" w:hAnsi="Times New Roman"/>
        </w:rPr>
        <w:t>1</w:t>
      </w:r>
      <w:r w:rsidRPr="00D27E85">
        <w:rPr>
          <w:rFonts w:ascii="Times New Roman" w:eastAsia="思源黑体 CN" w:hAnsi="Times New Roman"/>
        </w:rPr>
        <w:t>）</w:t>
      </w:r>
      <w:r w:rsidRPr="00D27E85">
        <w:rPr>
          <w:rFonts w:ascii="Times New Roman" w:eastAsia="思源黑体 CN" w:hAnsi="Times New Roman"/>
        </w:rPr>
        <w:t>GVL</w:t>
      </w:r>
      <w:r w:rsidRPr="00D27E85">
        <w:rPr>
          <w:rFonts w:ascii="Times New Roman" w:eastAsia="思源黑体 CN" w:hAnsi="Times New Roman"/>
        </w:rPr>
        <w:br/>
        <w:t xml:space="preserve">   - </w:t>
      </w:r>
      <w:proofErr w:type="spellStart"/>
      <w:r w:rsidRPr="00D27E85">
        <w:rPr>
          <w:rFonts w:ascii="Times New Roman" w:eastAsia="思源黑体 CN" w:hAnsi="Times New Roman"/>
        </w:rPr>
        <w:t>定义模型输入输出结构实例，例如</w:t>
      </w:r>
      <w:proofErr w:type="spellEnd"/>
      <w:r w:rsidRPr="00D27E85">
        <w:rPr>
          <w:rFonts w:ascii="Times New Roman" w:eastAsia="思源黑体 CN" w:hAnsi="Times New Roman"/>
        </w:rPr>
        <w:t xml:space="preserve"> </w:t>
      </w:r>
      <w:proofErr w:type="spellStart"/>
      <w:r w:rsidRPr="00D27E85">
        <w:rPr>
          <w:rFonts w:ascii="Times New Roman" w:eastAsia="思源黑体 CN" w:hAnsi="Times New Roman"/>
        </w:rPr>
        <w:t>stIn</w:t>
      </w:r>
      <w:r w:rsidRPr="00D27E85">
        <w:rPr>
          <w:rFonts w:ascii="Times New Roman" w:eastAsia="思源黑体 CN" w:hAnsi="Times New Roman"/>
        </w:rPr>
        <w:t>、</w:t>
      </w:r>
      <w:r w:rsidRPr="00D27E85">
        <w:rPr>
          <w:rFonts w:ascii="Times New Roman" w:eastAsia="思源黑体 CN" w:hAnsi="Times New Roman"/>
        </w:rPr>
        <w:t>stOut</w:t>
      </w:r>
      <w:proofErr w:type="spellEnd"/>
      <w:r w:rsidRPr="00D27E85">
        <w:rPr>
          <w:rFonts w:ascii="Times New Roman" w:eastAsia="思源黑体 CN" w:hAnsi="Times New Roman"/>
        </w:rPr>
        <w:t>；</w:t>
      </w:r>
      <w:r w:rsidRPr="00D27E85">
        <w:rPr>
          <w:rFonts w:ascii="Times New Roman" w:eastAsia="思源黑体 CN" w:hAnsi="Times New Roman"/>
        </w:rPr>
        <w:br/>
        <w:t xml:space="preserve">   - </w:t>
      </w:r>
      <w:proofErr w:type="spellStart"/>
      <w:r w:rsidRPr="00D27E85">
        <w:rPr>
          <w:rFonts w:ascii="Times New Roman" w:eastAsia="思源黑体 CN" w:hAnsi="Times New Roman"/>
        </w:rPr>
        <w:t>定义标准化参数</w:t>
      </w:r>
      <w:proofErr w:type="spellEnd"/>
      <w:r w:rsidRPr="00D27E85">
        <w:rPr>
          <w:rFonts w:ascii="Times New Roman" w:eastAsia="思源黑体 CN" w:hAnsi="Times New Roman"/>
        </w:rPr>
        <w:t xml:space="preserve"> </w:t>
      </w:r>
      <w:proofErr w:type="spellStart"/>
      <w:r w:rsidRPr="00D27E85">
        <w:rPr>
          <w:rFonts w:ascii="Times New Roman" w:eastAsia="思源黑体 CN" w:hAnsi="Times New Roman"/>
        </w:rPr>
        <w:t>cInMean</w:t>
      </w:r>
      <w:r w:rsidRPr="00D27E85">
        <w:rPr>
          <w:rFonts w:ascii="Times New Roman" w:eastAsia="思源黑体 CN" w:hAnsi="Times New Roman"/>
        </w:rPr>
        <w:t>、</w:t>
      </w:r>
      <w:r w:rsidRPr="00D27E85">
        <w:rPr>
          <w:rFonts w:ascii="Times New Roman" w:eastAsia="思源黑体 CN" w:hAnsi="Times New Roman"/>
        </w:rPr>
        <w:t>cInScale</w:t>
      </w:r>
      <w:r w:rsidRPr="00D27E85">
        <w:rPr>
          <w:rFonts w:ascii="Times New Roman" w:eastAsia="思源黑体 CN" w:hAnsi="Times New Roman"/>
        </w:rPr>
        <w:t>、</w:t>
      </w:r>
      <w:r w:rsidRPr="00D27E85">
        <w:rPr>
          <w:rFonts w:ascii="Times New Roman" w:eastAsia="思源黑体 CN" w:hAnsi="Times New Roman"/>
        </w:rPr>
        <w:t>cOutMean</w:t>
      </w:r>
      <w:r w:rsidRPr="00D27E85">
        <w:rPr>
          <w:rFonts w:ascii="Times New Roman" w:eastAsia="思源黑体 CN" w:hAnsi="Times New Roman"/>
        </w:rPr>
        <w:t>、</w:t>
      </w:r>
      <w:r w:rsidRPr="00D27E85">
        <w:rPr>
          <w:rFonts w:ascii="Times New Roman" w:eastAsia="思源黑体 CN" w:hAnsi="Times New Roman"/>
        </w:rPr>
        <w:t>cOutScale</w:t>
      </w:r>
      <w:proofErr w:type="spellEnd"/>
      <w:r w:rsidRPr="00D27E85">
        <w:rPr>
          <w:rFonts w:ascii="Times New Roman" w:eastAsia="思源黑体 CN" w:hAnsi="Times New Roman"/>
        </w:rPr>
        <w:t>；</w:t>
      </w:r>
      <w:r w:rsidRPr="00D27E85">
        <w:rPr>
          <w:rFonts w:ascii="Times New Roman" w:eastAsia="思源黑体 CN" w:hAnsi="Times New Roman"/>
        </w:rPr>
        <w:br/>
        <w:t xml:space="preserve">   - </w:t>
      </w:r>
      <w:proofErr w:type="spellStart"/>
      <w:r w:rsidRPr="00D27E85">
        <w:rPr>
          <w:rFonts w:ascii="Times New Roman" w:eastAsia="思源黑体 CN" w:hAnsi="Times New Roman"/>
        </w:rPr>
        <w:t>定义环形缓冲区</w:t>
      </w:r>
      <w:proofErr w:type="spellEnd"/>
      <w:r w:rsidRPr="00D27E85">
        <w:rPr>
          <w:rFonts w:ascii="Times New Roman" w:eastAsia="思源黑体 CN" w:hAnsi="Times New Roman"/>
        </w:rPr>
        <w:t xml:space="preserve"> </w:t>
      </w:r>
      <w:proofErr w:type="spellStart"/>
      <w:r w:rsidRPr="00D27E85">
        <w:rPr>
          <w:rFonts w:ascii="Times New Roman" w:eastAsia="思源黑体 CN" w:hAnsi="Times New Roman"/>
        </w:rPr>
        <w:t>gRing</w:t>
      </w:r>
      <w:r w:rsidRPr="00D27E85">
        <w:rPr>
          <w:rFonts w:ascii="Times New Roman" w:eastAsia="思源黑体 CN" w:hAnsi="Times New Roman"/>
        </w:rPr>
        <w:t>、</w:t>
      </w:r>
      <w:r w:rsidRPr="00D27E85">
        <w:rPr>
          <w:rFonts w:ascii="Times New Roman" w:eastAsia="思源黑体 CN" w:hAnsi="Times New Roman"/>
        </w:rPr>
        <w:t>gRingNorm</w:t>
      </w:r>
      <w:r w:rsidRPr="00D27E85">
        <w:rPr>
          <w:rFonts w:ascii="Times New Roman" w:eastAsia="思源黑体 CN" w:hAnsi="Times New Roman"/>
        </w:rPr>
        <w:t>，以及展平数组</w:t>
      </w:r>
      <w:proofErr w:type="spellEnd"/>
      <w:r w:rsidRPr="00D27E85">
        <w:rPr>
          <w:rFonts w:ascii="Times New Roman" w:eastAsia="思源黑体 CN" w:hAnsi="Times New Roman"/>
        </w:rPr>
        <w:t xml:space="preserve"> </w:t>
      </w:r>
      <w:proofErr w:type="spellStart"/>
      <w:r w:rsidRPr="00D27E85">
        <w:rPr>
          <w:rFonts w:ascii="Times New Roman" w:eastAsia="思源黑体 CN" w:hAnsi="Times New Roman"/>
        </w:rPr>
        <w:t>aInFlat</w:t>
      </w:r>
      <w:proofErr w:type="spellEnd"/>
      <w:r w:rsidRPr="00D27E85">
        <w:rPr>
          <w:rFonts w:ascii="Times New Roman" w:eastAsia="思源黑体 CN" w:hAnsi="Times New Roman"/>
        </w:rPr>
        <w:t>[</w:t>
      </w:r>
      <w:proofErr w:type="gramStart"/>
      <w:r w:rsidRPr="00D27E85">
        <w:rPr>
          <w:rFonts w:ascii="Times New Roman" w:eastAsia="思源黑体 CN" w:hAnsi="Times New Roman"/>
        </w:rPr>
        <w:t>384]</w:t>
      </w:r>
      <w:r w:rsidRPr="00D27E85">
        <w:rPr>
          <w:rFonts w:ascii="Times New Roman" w:eastAsia="思源黑体 CN" w:hAnsi="Times New Roman"/>
        </w:rPr>
        <w:t>、</w:t>
      </w:r>
      <w:proofErr w:type="spellStart"/>
      <w:proofErr w:type="gramEnd"/>
      <w:r w:rsidRPr="00D27E85">
        <w:rPr>
          <w:rFonts w:ascii="Times New Roman" w:eastAsia="思源黑体 CN" w:hAnsi="Times New Roman"/>
        </w:rPr>
        <w:t>aOutFlat</w:t>
      </w:r>
      <w:proofErr w:type="spellEnd"/>
      <w:r w:rsidRPr="00D27E85">
        <w:rPr>
          <w:rFonts w:ascii="Times New Roman" w:eastAsia="思源黑体 CN" w:hAnsi="Times New Roman"/>
        </w:rPr>
        <w:t>[10]</w:t>
      </w:r>
      <w:r w:rsidRPr="00D27E85">
        <w:rPr>
          <w:rFonts w:ascii="Times New Roman" w:eastAsia="思源黑体 CN" w:hAnsi="Times New Roman"/>
        </w:rPr>
        <w:t>；</w:t>
      </w:r>
      <w:r w:rsidRPr="00D27E85">
        <w:rPr>
          <w:rFonts w:ascii="Times New Roman" w:eastAsia="思源黑体 CN" w:hAnsi="Times New Roman"/>
        </w:rPr>
        <w:br/>
        <w:t xml:space="preserve">   - </w:t>
      </w:r>
      <w:proofErr w:type="spellStart"/>
      <w:r w:rsidRPr="00D27E85">
        <w:rPr>
          <w:rFonts w:ascii="Times New Roman" w:eastAsia="思源黑体 CN" w:hAnsi="Times New Roman"/>
        </w:rPr>
        <w:t>定义物理量变量</w:t>
      </w:r>
      <w:proofErr w:type="spellEnd"/>
      <w:r w:rsidRPr="00D27E85">
        <w:rPr>
          <w:rFonts w:ascii="Times New Roman" w:eastAsia="思源黑体 CN" w:hAnsi="Times New Roman"/>
        </w:rPr>
        <w:t xml:space="preserve"> </w:t>
      </w:r>
      <w:proofErr w:type="spellStart"/>
      <w:r w:rsidRPr="00D27E85">
        <w:rPr>
          <w:rFonts w:ascii="Times New Roman" w:eastAsia="思源黑体 CN" w:hAnsi="Times New Roman"/>
        </w:rPr>
        <w:t>gPredPhys</w:t>
      </w:r>
      <w:proofErr w:type="spellEnd"/>
      <w:r w:rsidRPr="00D27E85">
        <w:rPr>
          <w:rFonts w:ascii="Times New Roman" w:eastAsia="思源黑体 CN" w:hAnsi="Times New Roman"/>
        </w:rPr>
        <w:t>[10]</w:t>
      </w:r>
      <w:r w:rsidRPr="00D27E85">
        <w:rPr>
          <w:rFonts w:ascii="Times New Roman" w:eastAsia="思源黑体 CN" w:hAnsi="Times New Roman"/>
        </w:rPr>
        <w:t>、</w:t>
      </w:r>
      <w:proofErr w:type="spellStart"/>
      <w:r w:rsidRPr="00D27E85">
        <w:rPr>
          <w:rFonts w:ascii="Times New Roman" w:eastAsia="思源黑体 CN" w:hAnsi="Times New Roman"/>
        </w:rPr>
        <w:t>gPredValue_physical</w:t>
      </w:r>
      <w:r w:rsidRPr="00D27E85">
        <w:rPr>
          <w:rFonts w:ascii="Times New Roman" w:eastAsia="思源黑体 CN" w:hAnsi="Times New Roman"/>
        </w:rPr>
        <w:t>、</w:t>
      </w:r>
      <w:r w:rsidRPr="00D27E85">
        <w:rPr>
          <w:rFonts w:ascii="Times New Roman" w:eastAsia="思源黑体 CN" w:hAnsi="Times New Roman"/>
        </w:rPr>
        <w:t>gTrueValue_physical</w:t>
      </w:r>
      <w:proofErr w:type="spellEnd"/>
      <w:r w:rsidRPr="00D27E85">
        <w:rPr>
          <w:rFonts w:ascii="Times New Roman" w:eastAsia="思源黑体 CN" w:hAnsi="Times New Roman"/>
        </w:rPr>
        <w:t xml:space="preserve"> </w:t>
      </w:r>
      <w:r w:rsidRPr="00D27E85">
        <w:rPr>
          <w:rFonts w:ascii="Times New Roman" w:eastAsia="思源黑体 CN" w:hAnsi="Times New Roman"/>
        </w:rPr>
        <w:t>等。</w:t>
      </w:r>
    </w:p>
    <w:p w14:paraId="7247834B" w14:textId="0593E59C" w:rsidR="00797385" w:rsidRDefault="00000000" w:rsidP="00797385">
      <w:pPr>
        <w:rPr>
          <w:rFonts w:ascii="Times New Roman" w:eastAsia="思源黑体 CN" w:hAnsi="Times New Roman"/>
          <w:lang w:eastAsia="zh-CN"/>
        </w:rPr>
      </w:pPr>
      <w:r w:rsidRPr="00D27E85">
        <w:rPr>
          <w:rFonts w:ascii="Times New Roman" w:eastAsia="思源黑体 CN" w:hAnsi="Times New Roman"/>
        </w:rPr>
        <w:t>2</w:t>
      </w:r>
      <w:r w:rsidRPr="00D27E85">
        <w:rPr>
          <w:rFonts w:ascii="Times New Roman" w:eastAsia="思源黑体 CN" w:hAnsi="Times New Roman"/>
        </w:rPr>
        <w:t>）</w:t>
      </w:r>
      <w:r w:rsidRPr="00D27E85">
        <w:rPr>
          <w:rFonts w:ascii="Times New Roman" w:eastAsia="思源黑体 CN" w:hAnsi="Times New Roman"/>
        </w:rPr>
        <w:t>DUT</w:t>
      </w:r>
      <w:r w:rsidRPr="00D27E85">
        <w:rPr>
          <w:rFonts w:ascii="Times New Roman" w:eastAsia="思源黑体 CN" w:hAnsi="Times New Roman"/>
        </w:rPr>
        <w:br/>
        <w:t xml:space="preserve">   - ST_best_cnn_gru_h10_staticInput</w:t>
      </w:r>
      <w:r w:rsidRPr="00D27E85">
        <w:rPr>
          <w:rFonts w:ascii="Times New Roman" w:eastAsia="思源黑体 CN" w:hAnsi="Times New Roman"/>
        </w:rPr>
        <w:t>：模型输入结构，对应形状</w:t>
      </w:r>
      <w:r w:rsidRPr="00D27E85">
        <w:rPr>
          <w:rFonts w:ascii="Times New Roman" w:eastAsia="思源黑体 CN" w:hAnsi="Times New Roman"/>
        </w:rPr>
        <w:t xml:space="preserve"> [1,128,</w:t>
      </w:r>
      <w:proofErr w:type="gramStart"/>
      <w:r w:rsidRPr="00D27E85">
        <w:rPr>
          <w:rFonts w:ascii="Times New Roman" w:eastAsia="思源黑体 CN" w:hAnsi="Times New Roman"/>
        </w:rPr>
        <w:t>3]</w:t>
      </w:r>
      <w:r w:rsidRPr="00D27E85">
        <w:rPr>
          <w:rFonts w:ascii="Times New Roman" w:eastAsia="思源黑体 CN" w:hAnsi="Times New Roman"/>
        </w:rPr>
        <w:t>；</w:t>
      </w:r>
      <w:proofErr w:type="gramEnd"/>
      <w:r w:rsidRPr="00D27E85">
        <w:rPr>
          <w:rFonts w:ascii="Times New Roman" w:eastAsia="思源黑体 CN" w:hAnsi="Times New Roman"/>
        </w:rPr>
        <w:br/>
        <w:t xml:space="preserve">   - ST_best_cnn_gru_h10_staticOutput</w:t>
      </w:r>
      <w:r w:rsidRPr="00D27E85">
        <w:rPr>
          <w:rFonts w:ascii="Times New Roman" w:eastAsia="思源黑体 CN" w:hAnsi="Times New Roman"/>
        </w:rPr>
        <w:t>：模型输出结构，对应形状</w:t>
      </w:r>
      <w:r w:rsidRPr="00D27E85">
        <w:rPr>
          <w:rFonts w:ascii="Times New Roman" w:eastAsia="思源黑体 CN" w:hAnsi="Times New Roman"/>
        </w:rPr>
        <w:t xml:space="preserve"> [1,10,1]</w:t>
      </w:r>
      <w:r w:rsidRPr="00D27E85">
        <w:rPr>
          <w:rFonts w:ascii="Times New Roman" w:eastAsia="思源黑体 CN" w:hAnsi="Times New Roman"/>
        </w:rPr>
        <w:t>；</w:t>
      </w:r>
      <w:r w:rsidRPr="00D27E85">
        <w:rPr>
          <w:rFonts w:ascii="Times New Roman" w:eastAsia="思源黑体 CN" w:hAnsi="Times New Roman"/>
        </w:rPr>
        <w:br/>
      </w:r>
      <w:r w:rsidR="00797385">
        <w:rPr>
          <w:rFonts w:ascii="Times New Roman" w:eastAsia="思源黑体 CN" w:hAnsi="Times New Roman" w:hint="eastAsia"/>
          <w:lang w:eastAsia="zh-CN"/>
        </w:rPr>
        <w:t xml:space="preserve">   </w:t>
      </w:r>
      <w:r w:rsidR="00797385" w:rsidRPr="00D27E85">
        <w:rPr>
          <w:rFonts w:ascii="Times New Roman" w:eastAsia="思源黑体 CN" w:hAnsi="Times New Roman"/>
        </w:rPr>
        <w:t xml:space="preserve">- </w:t>
      </w:r>
      <w:proofErr w:type="spellStart"/>
      <w:r w:rsidR="00797385" w:rsidRPr="00797385">
        <w:rPr>
          <w:rFonts w:ascii="Times New Roman" w:eastAsia="思源黑体 CN" w:hAnsi="Times New Roman" w:hint="eastAsia"/>
        </w:rPr>
        <w:t>本模型输入形状为</w:t>
      </w:r>
      <w:proofErr w:type="spellEnd"/>
      <w:r w:rsidR="00797385" w:rsidRPr="00797385">
        <w:rPr>
          <w:rFonts w:ascii="Times New Roman" w:eastAsia="思源黑体 CN" w:hAnsi="Times New Roman"/>
        </w:rPr>
        <w:t xml:space="preserve"> [1,128,3]</w:t>
      </w:r>
      <w:r w:rsidR="00797385" w:rsidRPr="00797385">
        <w:rPr>
          <w:rFonts w:ascii="Times New Roman" w:eastAsia="思源黑体 CN" w:hAnsi="Times New Roman" w:hint="eastAsia"/>
        </w:rPr>
        <w:t>，</w:t>
      </w:r>
      <w:proofErr w:type="spellStart"/>
      <w:r w:rsidR="00797385" w:rsidRPr="00797385">
        <w:rPr>
          <w:rFonts w:ascii="Times New Roman" w:eastAsia="思源黑体 CN" w:hAnsi="Times New Roman" w:hint="eastAsia"/>
        </w:rPr>
        <w:t>对应</w:t>
      </w:r>
      <w:proofErr w:type="spellEnd"/>
      <w:r w:rsidR="00797385" w:rsidRPr="00797385">
        <w:rPr>
          <w:rFonts w:ascii="Times New Roman" w:eastAsia="思源黑体 CN" w:hAnsi="Times New Roman"/>
        </w:rPr>
        <w:t xml:space="preserve"> 128 </w:t>
      </w:r>
      <w:proofErr w:type="spellStart"/>
      <w:r w:rsidR="00797385" w:rsidRPr="00797385">
        <w:rPr>
          <w:rFonts w:ascii="Times New Roman" w:eastAsia="思源黑体 CN" w:hAnsi="Times New Roman" w:hint="eastAsia"/>
        </w:rPr>
        <w:t>个时间步</w:t>
      </w:r>
      <w:proofErr w:type="spellEnd"/>
      <w:r w:rsidR="00797385" w:rsidRPr="00797385">
        <w:rPr>
          <w:rFonts w:ascii="Times New Roman" w:eastAsia="思源黑体 CN" w:hAnsi="Times New Roman"/>
        </w:rPr>
        <w:t xml:space="preserve"> × 3 </w:t>
      </w:r>
      <w:proofErr w:type="spellStart"/>
      <w:r w:rsidR="00797385" w:rsidRPr="00797385">
        <w:rPr>
          <w:rFonts w:ascii="Times New Roman" w:eastAsia="思源黑体 CN" w:hAnsi="Times New Roman" w:hint="eastAsia"/>
        </w:rPr>
        <w:t>个特征（</w:t>
      </w:r>
      <w:r w:rsidR="00797385" w:rsidRPr="00797385">
        <w:rPr>
          <w:rFonts w:ascii="Times New Roman" w:eastAsia="思源黑体 CN" w:hAnsi="Times New Roman"/>
        </w:rPr>
        <w:t>EVALUE</w:t>
      </w:r>
      <w:proofErr w:type="spellEnd"/>
      <w:r w:rsidR="00797385" w:rsidRPr="00797385">
        <w:rPr>
          <w:rFonts w:ascii="Times New Roman" w:eastAsia="思源黑体 CN" w:hAnsi="Times New Roman"/>
        </w:rPr>
        <w:t xml:space="preserve">, Speed, </w:t>
      </w:r>
      <w:proofErr w:type="spellStart"/>
      <w:r w:rsidR="00797385" w:rsidRPr="00797385">
        <w:rPr>
          <w:rFonts w:ascii="Times New Roman" w:eastAsia="思源黑体 CN" w:hAnsi="Times New Roman"/>
        </w:rPr>
        <w:t>X_Factor</w:t>
      </w:r>
      <w:proofErr w:type="spellEnd"/>
      <w:r w:rsidR="00797385" w:rsidRPr="00797385">
        <w:rPr>
          <w:rFonts w:ascii="Times New Roman" w:eastAsia="思源黑体 CN" w:hAnsi="Times New Roman" w:hint="eastAsia"/>
        </w:rPr>
        <w:t>）。</w:t>
      </w:r>
      <w:r w:rsidR="00797385" w:rsidRPr="00797385">
        <w:rPr>
          <w:rFonts w:ascii="Times New Roman" w:eastAsia="思源黑体 CN" w:hAnsi="Times New Roman" w:hint="eastAsia"/>
          <w:lang w:eastAsia="zh-CN"/>
        </w:rPr>
        <w:t>输出为</w:t>
      </w:r>
      <w:r w:rsidR="00797385" w:rsidRPr="00797385">
        <w:rPr>
          <w:rFonts w:ascii="Times New Roman" w:eastAsia="思源黑体 CN" w:hAnsi="Times New Roman"/>
          <w:lang w:eastAsia="zh-CN"/>
        </w:rPr>
        <w:t xml:space="preserve"> [1,10,1]</w:t>
      </w:r>
      <w:r w:rsidR="00797385" w:rsidRPr="00797385">
        <w:rPr>
          <w:rFonts w:ascii="Times New Roman" w:eastAsia="思源黑体 CN" w:hAnsi="Times New Roman" w:hint="eastAsia"/>
          <w:lang w:eastAsia="zh-CN"/>
        </w:rPr>
        <w:t>，对应未来</w:t>
      </w:r>
      <w:r w:rsidR="00797385" w:rsidRPr="00797385">
        <w:rPr>
          <w:rFonts w:ascii="Times New Roman" w:eastAsia="思源黑体 CN" w:hAnsi="Times New Roman"/>
          <w:lang w:eastAsia="zh-CN"/>
        </w:rPr>
        <w:t xml:space="preserve"> 10 </w:t>
      </w:r>
      <w:r w:rsidR="00797385" w:rsidRPr="00797385">
        <w:rPr>
          <w:rFonts w:ascii="Times New Roman" w:eastAsia="思源黑体 CN" w:hAnsi="Times New Roman" w:hint="eastAsia"/>
          <w:lang w:eastAsia="zh-CN"/>
        </w:rPr>
        <w:t>个时间步的单变量预测。</w:t>
      </w:r>
      <w:r w:rsidR="00C71D1F" w:rsidRPr="00D27E85">
        <w:rPr>
          <w:rFonts w:ascii="Times New Roman" w:eastAsia="思源黑体 CN" w:hAnsi="Times New Roman"/>
          <w:lang w:eastAsia="zh-CN"/>
        </w:rPr>
        <w:t xml:space="preserve">  </w:t>
      </w:r>
      <w:r w:rsidR="008860DA">
        <w:rPr>
          <w:rFonts w:ascii="Times New Roman" w:eastAsia="思源黑体 CN" w:hAnsi="Times New Roman" w:hint="eastAsia"/>
          <w:lang w:eastAsia="zh-CN"/>
        </w:rPr>
        <w:t xml:space="preserve"> </w:t>
      </w:r>
      <w:r w:rsidR="00797385">
        <w:rPr>
          <w:rFonts w:ascii="Times New Roman" w:eastAsia="思源黑体 CN" w:hAnsi="Times New Roman" w:hint="eastAsia"/>
          <w:lang w:eastAsia="zh-CN"/>
        </w:rPr>
        <w:t xml:space="preserve">         </w:t>
      </w:r>
    </w:p>
    <w:p w14:paraId="31BE56CE" w14:textId="67EFB6DF" w:rsidR="00773DBB" w:rsidRPr="00D27E85" w:rsidRDefault="00000000">
      <w:pPr>
        <w:rPr>
          <w:rFonts w:ascii="Times New Roman" w:eastAsia="思源黑体 CN" w:hAnsi="Times New Roman"/>
          <w:lang w:eastAsia="zh-CN"/>
        </w:rPr>
      </w:pPr>
      <w:r w:rsidRPr="00D27E85">
        <w:rPr>
          <w:rFonts w:ascii="Times New Roman" w:eastAsia="思源黑体 CN" w:hAnsi="Times New Roman"/>
          <w:lang w:eastAsia="zh-CN"/>
        </w:rPr>
        <w:t>3</w:t>
      </w:r>
      <w:r w:rsidRPr="00D27E85">
        <w:rPr>
          <w:rFonts w:ascii="Times New Roman" w:eastAsia="思源黑体 CN" w:hAnsi="Times New Roman"/>
          <w:lang w:eastAsia="zh-CN"/>
        </w:rPr>
        <w:t>）</w:t>
      </w:r>
      <w:proofErr w:type="spellStart"/>
      <w:r w:rsidRPr="00D27E85">
        <w:rPr>
          <w:rFonts w:ascii="Times New Roman" w:eastAsia="思源黑体 CN" w:hAnsi="Times New Roman"/>
          <w:lang w:eastAsia="zh-CN"/>
        </w:rPr>
        <w:t>FB_CsvReplayReader</w:t>
      </w:r>
      <w:proofErr w:type="spellEnd"/>
      <w:r w:rsidRPr="00D27E85">
        <w:rPr>
          <w:rFonts w:ascii="Times New Roman" w:eastAsia="思源黑体 CN" w:hAnsi="Times New Roman"/>
          <w:lang w:eastAsia="zh-CN"/>
        </w:rPr>
        <w:br/>
        <w:t xml:space="preserve">   - </w:t>
      </w:r>
      <w:r w:rsidRPr="00D27E85">
        <w:rPr>
          <w:rFonts w:ascii="Times New Roman" w:eastAsia="思源黑体 CN" w:hAnsi="Times New Roman"/>
          <w:lang w:eastAsia="zh-CN"/>
        </w:rPr>
        <w:t>负责打开</w:t>
      </w:r>
      <w:r w:rsidRPr="00D27E85">
        <w:rPr>
          <w:rFonts w:ascii="Times New Roman" w:eastAsia="思源黑体 CN" w:hAnsi="Times New Roman"/>
          <w:lang w:eastAsia="zh-CN"/>
        </w:rPr>
        <w:t xml:space="preserve"> CSV </w:t>
      </w:r>
      <w:r w:rsidRPr="00D27E85">
        <w:rPr>
          <w:rFonts w:ascii="Times New Roman" w:eastAsia="思源黑体 CN" w:hAnsi="Times New Roman"/>
          <w:lang w:eastAsia="zh-CN"/>
        </w:rPr>
        <w:t>文件，以行的方式读取数据；</w:t>
      </w:r>
      <w:r w:rsidRPr="00D27E85">
        <w:rPr>
          <w:rFonts w:ascii="Times New Roman" w:eastAsia="思源黑体 CN" w:hAnsi="Times New Roman"/>
          <w:lang w:eastAsia="zh-CN"/>
        </w:rPr>
        <w:br/>
        <w:t xml:space="preserve">   - </w:t>
      </w:r>
      <w:r w:rsidRPr="00D27E85">
        <w:rPr>
          <w:rFonts w:ascii="Times New Roman" w:eastAsia="思源黑体 CN" w:hAnsi="Times New Roman"/>
          <w:lang w:eastAsia="zh-CN"/>
        </w:rPr>
        <w:t>使用</w:t>
      </w:r>
      <w:r w:rsidRPr="00D27E85">
        <w:rPr>
          <w:rFonts w:ascii="Times New Roman" w:eastAsia="思源黑体 CN" w:hAnsi="Times New Roman"/>
          <w:lang w:eastAsia="zh-CN"/>
        </w:rPr>
        <w:t xml:space="preserve"> CSV </w:t>
      </w:r>
      <w:r w:rsidRPr="00D27E85">
        <w:rPr>
          <w:rFonts w:ascii="Times New Roman" w:eastAsia="思源黑体 CN" w:hAnsi="Times New Roman"/>
          <w:lang w:eastAsia="zh-CN"/>
        </w:rPr>
        <w:t>解析功能将每一行拆分成</w:t>
      </w:r>
      <w:r w:rsidRPr="00D27E85">
        <w:rPr>
          <w:rFonts w:ascii="Times New Roman" w:eastAsia="思源黑体 CN" w:hAnsi="Times New Roman"/>
          <w:lang w:eastAsia="zh-CN"/>
        </w:rPr>
        <w:t xml:space="preserve"> EVALUE</w:t>
      </w:r>
      <w:r w:rsidRPr="00D27E85">
        <w:rPr>
          <w:rFonts w:ascii="Times New Roman" w:eastAsia="思源黑体 CN" w:hAnsi="Times New Roman"/>
          <w:lang w:eastAsia="zh-CN"/>
        </w:rPr>
        <w:t>、</w:t>
      </w:r>
      <w:r w:rsidRPr="00D27E85">
        <w:rPr>
          <w:rFonts w:ascii="Times New Roman" w:eastAsia="思源黑体 CN" w:hAnsi="Times New Roman"/>
          <w:lang w:eastAsia="zh-CN"/>
        </w:rPr>
        <w:t>Speed</w:t>
      </w:r>
      <w:r w:rsidRPr="00D27E85">
        <w:rPr>
          <w:rFonts w:ascii="Times New Roman" w:eastAsia="思源黑体 CN" w:hAnsi="Times New Roman"/>
          <w:lang w:eastAsia="zh-CN"/>
        </w:rPr>
        <w:t>、</w:t>
      </w:r>
      <w:proofErr w:type="spellStart"/>
      <w:r w:rsidRPr="00D27E85">
        <w:rPr>
          <w:rFonts w:ascii="Times New Roman" w:eastAsia="思源黑体 CN" w:hAnsi="Times New Roman"/>
          <w:lang w:eastAsia="zh-CN"/>
        </w:rPr>
        <w:t>X_Factor</w:t>
      </w:r>
      <w:proofErr w:type="spellEnd"/>
      <w:r w:rsidRPr="00D27E85">
        <w:rPr>
          <w:rFonts w:ascii="Times New Roman" w:eastAsia="思源黑体 CN" w:hAnsi="Times New Roman"/>
          <w:lang w:eastAsia="zh-CN"/>
        </w:rPr>
        <w:t xml:space="preserve"> </w:t>
      </w:r>
      <w:r w:rsidRPr="00D27E85">
        <w:rPr>
          <w:rFonts w:ascii="Times New Roman" w:eastAsia="思源黑体 CN" w:hAnsi="Times New Roman"/>
          <w:lang w:eastAsia="zh-CN"/>
        </w:rPr>
        <w:t>等浮点数；</w:t>
      </w:r>
      <w:r w:rsidRPr="00D27E85">
        <w:rPr>
          <w:rFonts w:ascii="Times New Roman" w:eastAsia="思源黑体 CN" w:hAnsi="Times New Roman"/>
          <w:lang w:eastAsia="zh-CN"/>
        </w:rPr>
        <w:br/>
        <w:t xml:space="preserve">   - </w:t>
      </w:r>
      <w:r w:rsidRPr="00D27E85">
        <w:rPr>
          <w:rFonts w:ascii="Times New Roman" w:eastAsia="思源黑体 CN" w:hAnsi="Times New Roman"/>
          <w:lang w:eastAsia="zh-CN"/>
        </w:rPr>
        <w:t>输出当前时刻的物理量给窗口缓冲区。</w:t>
      </w:r>
    </w:p>
    <w:p w14:paraId="6E14ED15" w14:textId="2100F2B7" w:rsidR="00773DBB" w:rsidRPr="00D27E85" w:rsidRDefault="00000000">
      <w:pPr>
        <w:rPr>
          <w:rFonts w:ascii="Times New Roman" w:eastAsia="思源黑体 CN" w:hAnsi="Times New Roman"/>
          <w:lang w:eastAsia="zh-CN"/>
        </w:rPr>
      </w:pPr>
      <w:r w:rsidRPr="00D27E85">
        <w:rPr>
          <w:rFonts w:ascii="Times New Roman" w:eastAsia="思源黑体 CN" w:hAnsi="Times New Roman"/>
          <w:lang w:eastAsia="zh-CN"/>
        </w:rPr>
        <w:t>4</w:t>
      </w:r>
      <w:r w:rsidRPr="00D27E85">
        <w:rPr>
          <w:rFonts w:ascii="Times New Roman" w:eastAsia="思源黑体 CN" w:hAnsi="Times New Roman"/>
          <w:lang w:eastAsia="zh-CN"/>
        </w:rPr>
        <w:t>）</w:t>
      </w:r>
      <w:proofErr w:type="spellStart"/>
      <w:r w:rsidRPr="00D27E85">
        <w:rPr>
          <w:rFonts w:ascii="Times New Roman" w:eastAsia="思源黑体 CN" w:hAnsi="Times New Roman"/>
          <w:lang w:eastAsia="zh-CN"/>
        </w:rPr>
        <w:t>FB_WindowBuffer</w:t>
      </w:r>
      <w:proofErr w:type="spellEnd"/>
      <w:r w:rsidRPr="00D27E85">
        <w:rPr>
          <w:rFonts w:ascii="Times New Roman" w:eastAsia="思源黑体 CN" w:hAnsi="Times New Roman"/>
          <w:lang w:eastAsia="zh-CN"/>
        </w:rPr>
        <w:br/>
        <w:t xml:space="preserve">   - </w:t>
      </w:r>
      <w:r w:rsidRPr="00D27E85">
        <w:rPr>
          <w:rFonts w:ascii="Times New Roman" w:eastAsia="思源黑体 CN" w:hAnsi="Times New Roman"/>
          <w:lang w:eastAsia="zh-CN"/>
        </w:rPr>
        <w:t>将每个采样点写入长度为</w:t>
      </w:r>
      <w:r w:rsidRPr="00D27E85">
        <w:rPr>
          <w:rFonts w:ascii="Times New Roman" w:eastAsia="思源黑体 CN" w:hAnsi="Times New Roman"/>
          <w:lang w:eastAsia="zh-CN"/>
        </w:rPr>
        <w:t xml:space="preserve"> 128 </w:t>
      </w:r>
      <w:r w:rsidRPr="00D27E85">
        <w:rPr>
          <w:rFonts w:ascii="Times New Roman" w:eastAsia="思源黑体 CN" w:hAnsi="Times New Roman"/>
          <w:lang w:eastAsia="zh-CN"/>
        </w:rPr>
        <w:t>的环形缓冲；</w:t>
      </w:r>
      <w:r w:rsidRPr="00D27E85">
        <w:rPr>
          <w:rFonts w:ascii="Times New Roman" w:eastAsia="思源黑体 CN" w:hAnsi="Times New Roman"/>
          <w:lang w:eastAsia="zh-CN"/>
        </w:rPr>
        <w:br/>
        <w:t xml:space="preserve">   - </w:t>
      </w:r>
      <w:r w:rsidRPr="00D27E85">
        <w:rPr>
          <w:rFonts w:ascii="Times New Roman" w:eastAsia="思源黑体 CN" w:hAnsi="Times New Roman"/>
          <w:lang w:eastAsia="zh-CN"/>
        </w:rPr>
        <w:t>使用</w:t>
      </w:r>
      <w:r w:rsidRPr="00D27E85">
        <w:rPr>
          <w:rFonts w:ascii="Times New Roman" w:eastAsia="思源黑体 CN" w:hAnsi="Times New Roman"/>
          <w:lang w:eastAsia="zh-CN"/>
        </w:rPr>
        <w:t xml:space="preserve"> GVL </w:t>
      </w:r>
      <w:r w:rsidRPr="00D27E85">
        <w:rPr>
          <w:rFonts w:ascii="Times New Roman" w:eastAsia="思源黑体 CN" w:hAnsi="Times New Roman"/>
          <w:lang w:eastAsia="zh-CN"/>
        </w:rPr>
        <w:t>中的均值与缩放系数完成标准化，得到</w:t>
      </w:r>
      <w:r w:rsidRPr="00D27E85">
        <w:rPr>
          <w:rFonts w:ascii="Times New Roman" w:eastAsia="思源黑体 CN" w:hAnsi="Times New Roman"/>
          <w:lang w:eastAsia="zh-CN"/>
        </w:rPr>
        <w:t xml:space="preserve"> </w:t>
      </w:r>
      <w:proofErr w:type="spellStart"/>
      <w:r w:rsidRPr="00D27E85">
        <w:rPr>
          <w:rFonts w:ascii="Times New Roman" w:eastAsia="思源黑体 CN" w:hAnsi="Times New Roman"/>
          <w:lang w:eastAsia="zh-CN"/>
        </w:rPr>
        <w:t>gRingNorm</w:t>
      </w:r>
      <w:proofErr w:type="spellEnd"/>
      <w:r w:rsidRPr="00D27E85">
        <w:rPr>
          <w:rFonts w:ascii="Times New Roman" w:eastAsia="思源黑体 CN" w:hAnsi="Times New Roman"/>
          <w:lang w:eastAsia="zh-CN"/>
        </w:rPr>
        <w:t>；</w:t>
      </w:r>
      <w:r w:rsidRPr="00D27E85">
        <w:rPr>
          <w:rFonts w:ascii="Times New Roman" w:eastAsia="思源黑体 CN" w:hAnsi="Times New Roman"/>
          <w:lang w:eastAsia="zh-CN"/>
        </w:rPr>
        <w:br/>
        <w:t xml:space="preserve">   - </w:t>
      </w:r>
      <w:r w:rsidRPr="00D27E85">
        <w:rPr>
          <w:rFonts w:ascii="Times New Roman" w:eastAsia="思源黑体 CN" w:hAnsi="Times New Roman"/>
          <w:lang w:eastAsia="zh-CN"/>
        </w:rPr>
        <w:t>在窗口</w:t>
      </w:r>
      <w:proofErr w:type="gramStart"/>
      <w:r w:rsidRPr="00D27E85">
        <w:rPr>
          <w:rFonts w:ascii="Times New Roman" w:eastAsia="思源黑体 CN" w:hAnsi="Times New Roman"/>
          <w:lang w:eastAsia="zh-CN"/>
        </w:rPr>
        <w:t>填满且</w:t>
      </w:r>
      <w:proofErr w:type="gramEnd"/>
      <w:r w:rsidRPr="00D27E85">
        <w:rPr>
          <w:rFonts w:ascii="Times New Roman" w:eastAsia="思源黑体 CN" w:hAnsi="Times New Roman"/>
          <w:lang w:eastAsia="zh-CN"/>
        </w:rPr>
        <w:t>到达指定</w:t>
      </w:r>
      <w:r w:rsidRPr="00D27E85">
        <w:rPr>
          <w:rFonts w:ascii="Times New Roman" w:eastAsia="思源黑体 CN" w:hAnsi="Times New Roman"/>
          <w:lang w:eastAsia="zh-CN"/>
        </w:rPr>
        <w:t xml:space="preserve"> stride </w:t>
      </w:r>
      <w:r w:rsidRPr="00D27E85">
        <w:rPr>
          <w:rFonts w:ascii="Times New Roman" w:eastAsia="思源黑体 CN" w:hAnsi="Times New Roman"/>
          <w:lang w:eastAsia="zh-CN"/>
        </w:rPr>
        <w:t>时，将</w:t>
      </w:r>
      <w:r w:rsidRPr="00D27E85">
        <w:rPr>
          <w:rFonts w:ascii="Times New Roman" w:eastAsia="思源黑体 CN" w:hAnsi="Times New Roman"/>
          <w:lang w:eastAsia="zh-CN"/>
        </w:rPr>
        <w:t xml:space="preserve"> [128,3] </w:t>
      </w:r>
      <w:r w:rsidRPr="00D27E85">
        <w:rPr>
          <w:rFonts w:ascii="Times New Roman" w:eastAsia="思源黑体 CN" w:hAnsi="Times New Roman"/>
          <w:lang w:eastAsia="zh-CN"/>
        </w:rPr>
        <w:t>展平为</w:t>
      </w:r>
      <w:r w:rsidRPr="00D27E85">
        <w:rPr>
          <w:rFonts w:ascii="Times New Roman" w:eastAsia="思源黑体 CN" w:hAnsi="Times New Roman"/>
          <w:lang w:eastAsia="zh-CN"/>
        </w:rPr>
        <w:t xml:space="preserve"> </w:t>
      </w:r>
      <w:proofErr w:type="spellStart"/>
      <w:r w:rsidRPr="00D27E85">
        <w:rPr>
          <w:rFonts w:ascii="Times New Roman" w:eastAsia="思源黑体 CN" w:hAnsi="Times New Roman"/>
          <w:lang w:eastAsia="zh-CN"/>
        </w:rPr>
        <w:t>aInFlat</w:t>
      </w:r>
      <w:proofErr w:type="spellEnd"/>
      <w:r w:rsidRPr="00D27E85">
        <w:rPr>
          <w:rFonts w:ascii="Times New Roman" w:eastAsia="思源黑体 CN" w:hAnsi="Times New Roman"/>
          <w:lang w:eastAsia="zh-CN"/>
        </w:rPr>
        <w:t>[384]</w:t>
      </w:r>
      <w:r w:rsidR="00DB08AD" w:rsidRPr="00D27E85">
        <w:rPr>
          <w:rFonts w:ascii="Times New Roman" w:eastAsia="思源黑体 CN" w:hAnsi="Times New Roman" w:hint="eastAsia"/>
          <w:lang w:eastAsia="zh-CN"/>
        </w:rPr>
        <w:t>，</w:t>
      </w:r>
      <w:r w:rsidRPr="00D27E85">
        <w:rPr>
          <w:rFonts w:ascii="Times New Roman" w:eastAsia="思源黑体 CN" w:hAnsi="Times New Roman"/>
          <w:lang w:eastAsia="zh-CN"/>
        </w:rPr>
        <w:t>并标记本次窗口已准备好供模型推理。</w:t>
      </w:r>
    </w:p>
    <w:p w14:paraId="33D82D13" w14:textId="77777777" w:rsidR="00773DBB" w:rsidRPr="00D27E85" w:rsidRDefault="00000000">
      <w:pPr>
        <w:rPr>
          <w:rFonts w:ascii="Times New Roman" w:eastAsia="思源黑体 CN" w:hAnsi="Times New Roman"/>
        </w:rPr>
      </w:pPr>
      <w:r w:rsidRPr="00D27E85">
        <w:rPr>
          <w:rFonts w:ascii="Times New Roman" w:eastAsia="思源黑体 CN" w:hAnsi="Times New Roman"/>
        </w:rPr>
        <w:t>5</w:t>
      </w:r>
      <w:r w:rsidRPr="00D27E85">
        <w:rPr>
          <w:rFonts w:ascii="Times New Roman" w:eastAsia="思源黑体 CN" w:hAnsi="Times New Roman"/>
        </w:rPr>
        <w:t>）</w:t>
      </w:r>
      <w:r w:rsidRPr="00D27E85">
        <w:rPr>
          <w:rFonts w:ascii="Times New Roman" w:eastAsia="思源黑体 CN" w:hAnsi="Times New Roman"/>
        </w:rPr>
        <w:t>FB_MlClient_CNNGRU</w:t>
      </w:r>
      <w:r w:rsidRPr="00D27E85">
        <w:rPr>
          <w:rFonts w:ascii="Times New Roman" w:eastAsia="思源黑体 CN" w:hAnsi="Times New Roman"/>
        </w:rPr>
        <w:br/>
        <w:t xml:space="preserve">   - </w:t>
      </w:r>
      <w:proofErr w:type="spellStart"/>
      <w:r w:rsidRPr="00D27E85">
        <w:rPr>
          <w:rFonts w:ascii="Times New Roman" w:eastAsia="思源黑体 CN" w:hAnsi="Times New Roman"/>
        </w:rPr>
        <w:t>封装</w:t>
      </w:r>
      <w:proofErr w:type="spellEnd"/>
      <w:r w:rsidRPr="00D27E85">
        <w:rPr>
          <w:rFonts w:ascii="Times New Roman" w:eastAsia="思源黑体 CN" w:hAnsi="Times New Roman"/>
        </w:rPr>
        <w:t xml:space="preserve"> </w:t>
      </w:r>
      <w:proofErr w:type="spellStart"/>
      <w:r w:rsidRPr="00D27E85">
        <w:rPr>
          <w:rFonts w:ascii="Times New Roman" w:eastAsia="思源黑体 CN" w:hAnsi="Times New Roman"/>
        </w:rPr>
        <w:t>FB_MlSvrPrediction</w:t>
      </w:r>
      <w:proofErr w:type="spellEnd"/>
      <w:r w:rsidRPr="00D27E85">
        <w:rPr>
          <w:rFonts w:ascii="Times New Roman" w:eastAsia="思源黑体 CN" w:hAnsi="Times New Roman"/>
        </w:rPr>
        <w:t xml:space="preserve"> </w:t>
      </w:r>
      <w:proofErr w:type="spellStart"/>
      <w:r w:rsidRPr="00D27E85">
        <w:rPr>
          <w:rFonts w:ascii="Times New Roman" w:eastAsia="思源黑体 CN" w:hAnsi="Times New Roman"/>
        </w:rPr>
        <w:t>的配置与调用逻辑</w:t>
      </w:r>
      <w:proofErr w:type="spellEnd"/>
      <w:r w:rsidRPr="00D27E85">
        <w:rPr>
          <w:rFonts w:ascii="Times New Roman" w:eastAsia="思源黑体 CN" w:hAnsi="Times New Roman"/>
        </w:rPr>
        <w:t>；</w:t>
      </w:r>
      <w:r w:rsidRPr="00D27E85">
        <w:rPr>
          <w:rFonts w:ascii="Times New Roman" w:eastAsia="思源黑体 CN" w:hAnsi="Times New Roman"/>
        </w:rPr>
        <w:br/>
        <w:t xml:space="preserve">   - </w:t>
      </w:r>
      <w:r w:rsidRPr="00D27E85">
        <w:rPr>
          <w:rFonts w:ascii="Times New Roman" w:eastAsia="思源黑体 CN" w:hAnsi="Times New Roman"/>
        </w:rPr>
        <w:t>将</w:t>
      </w:r>
      <w:r w:rsidRPr="00D27E85">
        <w:rPr>
          <w:rFonts w:ascii="Times New Roman" w:eastAsia="思源黑体 CN" w:hAnsi="Times New Roman"/>
        </w:rPr>
        <w:t xml:space="preserve"> </w:t>
      </w:r>
      <w:proofErr w:type="spellStart"/>
      <w:r w:rsidRPr="00D27E85">
        <w:rPr>
          <w:rFonts w:ascii="Times New Roman" w:eastAsia="思源黑体 CN" w:hAnsi="Times New Roman"/>
        </w:rPr>
        <w:t>aInFlat</w:t>
      </w:r>
      <w:proofErr w:type="spellEnd"/>
      <w:r w:rsidRPr="00D27E85">
        <w:rPr>
          <w:rFonts w:ascii="Times New Roman" w:eastAsia="思源黑体 CN" w:hAnsi="Times New Roman"/>
        </w:rPr>
        <w:t xml:space="preserve"> </w:t>
      </w:r>
      <w:proofErr w:type="spellStart"/>
      <w:r w:rsidRPr="00D27E85">
        <w:rPr>
          <w:rFonts w:ascii="Times New Roman" w:eastAsia="思源黑体 CN" w:hAnsi="Times New Roman"/>
        </w:rPr>
        <w:t>拷贝至</w:t>
      </w:r>
      <w:proofErr w:type="spellEnd"/>
      <w:r w:rsidRPr="00D27E85">
        <w:rPr>
          <w:rFonts w:ascii="Times New Roman" w:eastAsia="思源黑体 CN" w:hAnsi="Times New Roman"/>
        </w:rPr>
        <w:t xml:space="preserve"> </w:t>
      </w:r>
      <w:proofErr w:type="spellStart"/>
      <w:r w:rsidRPr="00D27E85">
        <w:rPr>
          <w:rFonts w:ascii="Times New Roman" w:eastAsia="思源黑体 CN" w:hAnsi="Times New Roman"/>
        </w:rPr>
        <w:t>stIn</w:t>
      </w:r>
      <w:proofErr w:type="spellEnd"/>
      <w:r w:rsidRPr="00D27E85">
        <w:rPr>
          <w:rFonts w:ascii="Times New Roman" w:eastAsia="思源黑体 CN" w:hAnsi="Times New Roman"/>
        </w:rPr>
        <w:t xml:space="preserve"> </w:t>
      </w:r>
      <w:proofErr w:type="spellStart"/>
      <w:r w:rsidRPr="00D27E85">
        <w:rPr>
          <w:rFonts w:ascii="Times New Roman" w:eastAsia="思源黑体 CN" w:hAnsi="Times New Roman"/>
        </w:rPr>
        <w:t>中的</w:t>
      </w:r>
      <w:proofErr w:type="spellEnd"/>
      <w:r w:rsidRPr="00D27E85">
        <w:rPr>
          <w:rFonts w:ascii="Times New Roman" w:eastAsia="思源黑体 CN" w:hAnsi="Times New Roman"/>
        </w:rPr>
        <w:t xml:space="preserve"> </w:t>
      </w:r>
      <w:proofErr w:type="spellStart"/>
      <w:r w:rsidRPr="00D27E85">
        <w:rPr>
          <w:rFonts w:ascii="Times New Roman" w:eastAsia="思源黑体 CN" w:hAnsi="Times New Roman"/>
        </w:rPr>
        <w:t>in_input</w:t>
      </w:r>
      <w:proofErr w:type="spellEnd"/>
      <w:r w:rsidRPr="00D27E85">
        <w:rPr>
          <w:rFonts w:ascii="Times New Roman" w:eastAsia="思源黑体 CN" w:hAnsi="Times New Roman"/>
        </w:rPr>
        <w:t xml:space="preserve"> </w:t>
      </w:r>
      <w:proofErr w:type="spellStart"/>
      <w:r w:rsidRPr="00D27E85">
        <w:rPr>
          <w:rFonts w:ascii="Times New Roman" w:eastAsia="思源黑体 CN" w:hAnsi="Times New Roman"/>
        </w:rPr>
        <w:t>数组</w:t>
      </w:r>
      <w:proofErr w:type="spellEnd"/>
      <w:r w:rsidRPr="00D27E85">
        <w:rPr>
          <w:rFonts w:ascii="Times New Roman" w:eastAsia="思源黑体 CN" w:hAnsi="Times New Roman"/>
        </w:rPr>
        <w:t>；</w:t>
      </w:r>
      <w:r w:rsidRPr="00D27E85">
        <w:rPr>
          <w:rFonts w:ascii="Times New Roman" w:eastAsia="思源黑体 CN" w:hAnsi="Times New Roman"/>
        </w:rPr>
        <w:br/>
        <w:t xml:space="preserve">   - </w:t>
      </w:r>
      <w:proofErr w:type="spellStart"/>
      <w:r w:rsidRPr="00D27E85">
        <w:rPr>
          <w:rFonts w:ascii="Times New Roman" w:eastAsia="思源黑体 CN" w:hAnsi="Times New Roman"/>
        </w:rPr>
        <w:t>调用</w:t>
      </w:r>
      <w:proofErr w:type="spellEnd"/>
      <w:r w:rsidRPr="00D27E85">
        <w:rPr>
          <w:rFonts w:ascii="Times New Roman" w:eastAsia="思源黑体 CN" w:hAnsi="Times New Roman"/>
        </w:rPr>
        <w:t xml:space="preserve"> Predict </w:t>
      </w:r>
      <w:proofErr w:type="spellStart"/>
      <w:r w:rsidRPr="00D27E85">
        <w:rPr>
          <w:rFonts w:ascii="Times New Roman" w:eastAsia="思源黑体 CN" w:hAnsi="Times New Roman"/>
        </w:rPr>
        <w:t>方法，等待</w:t>
      </w:r>
      <w:proofErr w:type="spellEnd"/>
      <w:r w:rsidRPr="00D27E85">
        <w:rPr>
          <w:rFonts w:ascii="Times New Roman" w:eastAsia="思源黑体 CN" w:hAnsi="Times New Roman"/>
        </w:rPr>
        <w:t xml:space="preserve"> TF3820 </w:t>
      </w:r>
      <w:proofErr w:type="spellStart"/>
      <w:r w:rsidRPr="00D27E85">
        <w:rPr>
          <w:rFonts w:ascii="Times New Roman" w:eastAsia="思源黑体 CN" w:hAnsi="Times New Roman"/>
        </w:rPr>
        <w:t>返回结果</w:t>
      </w:r>
      <w:proofErr w:type="spellEnd"/>
      <w:r w:rsidRPr="00D27E85">
        <w:rPr>
          <w:rFonts w:ascii="Times New Roman" w:eastAsia="思源黑体 CN" w:hAnsi="Times New Roman"/>
        </w:rPr>
        <w:t>；</w:t>
      </w:r>
      <w:r w:rsidRPr="00D27E85">
        <w:rPr>
          <w:rFonts w:ascii="Times New Roman" w:eastAsia="思源黑体 CN" w:hAnsi="Times New Roman"/>
        </w:rPr>
        <w:br/>
        <w:t xml:space="preserve">   - </w:t>
      </w:r>
      <w:r w:rsidRPr="00D27E85">
        <w:rPr>
          <w:rFonts w:ascii="Times New Roman" w:eastAsia="思源黑体 CN" w:hAnsi="Times New Roman"/>
        </w:rPr>
        <w:t>将</w:t>
      </w:r>
      <w:r w:rsidRPr="00D27E85">
        <w:rPr>
          <w:rFonts w:ascii="Times New Roman" w:eastAsia="思源黑体 CN" w:hAnsi="Times New Roman"/>
        </w:rPr>
        <w:t xml:space="preserve"> </w:t>
      </w:r>
      <w:proofErr w:type="spellStart"/>
      <w:r w:rsidRPr="00D27E85">
        <w:rPr>
          <w:rFonts w:ascii="Times New Roman" w:eastAsia="思源黑体 CN" w:hAnsi="Times New Roman"/>
        </w:rPr>
        <w:t>stOut.out_output</w:t>
      </w:r>
      <w:proofErr w:type="spellEnd"/>
      <w:r w:rsidRPr="00D27E85">
        <w:rPr>
          <w:rFonts w:ascii="Times New Roman" w:eastAsia="思源黑体 CN" w:hAnsi="Times New Roman"/>
        </w:rPr>
        <w:t xml:space="preserve"> </w:t>
      </w:r>
      <w:proofErr w:type="spellStart"/>
      <w:r w:rsidRPr="00D27E85">
        <w:rPr>
          <w:rFonts w:ascii="Times New Roman" w:eastAsia="思源黑体 CN" w:hAnsi="Times New Roman"/>
        </w:rPr>
        <w:t>中的结果复制到</w:t>
      </w:r>
      <w:proofErr w:type="spellEnd"/>
      <w:r w:rsidRPr="00D27E85">
        <w:rPr>
          <w:rFonts w:ascii="Times New Roman" w:eastAsia="思源黑体 CN" w:hAnsi="Times New Roman"/>
        </w:rPr>
        <w:t xml:space="preserve"> </w:t>
      </w:r>
      <w:proofErr w:type="spellStart"/>
      <w:r w:rsidRPr="00D27E85">
        <w:rPr>
          <w:rFonts w:ascii="Times New Roman" w:eastAsia="思源黑体 CN" w:hAnsi="Times New Roman"/>
        </w:rPr>
        <w:t>aOutFlat</w:t>
      </w:r>
      <w:proofErr w:type="spellEnd"/>
      <w:r w:rsidRPr="00D27E85">
        <w:rPr>
          <w:rFonts w:ascii="Times New Roman" w:eastAsia="思源黑体 CN" w:hAnsi="Times New Roman"/>
        </w:rPr>
        <w:t xml:space="preserve"> </w:t>
      </w:r>
      <w:r w:rsidRPr="00D27E85">
        <w:rPr>
          <w:rFonts w:ascii="Times New Roman" w:eastAsia="思源黑体 CN" w:hAnsi="Times New Roman"/>
        </w:rPr>
        <w:t>与</w:t>
      </w:r>
      <w:r w:rsidRPr="00D27E85">
        <w:rPr>
          <w:rFonts w:ascii="Times New Roman" w:eastAsia="思源黑体 CN" w:hAnsi="Times New Roman"/>
        </w:rPr>
        <w:t xml:space="preserve"> </w:t>
      </w:r>
      <w:proofErr w:type="spellStart"/>
      <w:proofErr w:type="gramStart"/>
      <w:r w:rsidRPr="00D27E85">
        <w:rPr>
          <w:rFonts w:ascii="Times New Roman" w:eastAsia="思源黑体 CN" w:hAnsi="Times New Roman"/>
        </w:rPr>
        <w:t>gPredPhys</w:t>
      </w:r>
      <w:proofErr w:type="spellEnd"/>
      <w:r w:rsidRPr="00D27E85">
        <w:rPr>
          <w:rFonts w:ascii="Times New Roman" w:eastAsia="思源黑体 CN" w:hAnsi="Times New Roman"/>
        </w:rPr>
        <w:t>[</w:t>
      </w:r>
      <w:proofErr w:type="gramEnd"/>
      <w:r w:rsidRPr="00D27E85">
        <w:rPr>
          <w:rFonts w:ascii="Times New Roman" w:eastAsia="思源黑体 CN" w:hAnsi="Times New Roman"/>
        </w:rPr>
        <w:t>1..10]</w:t>
      </w:r>
      <w:r w:rsidRPr="00D27E85">
        <w:rPr>
          <w:rFonts w:ascii="Times New Roman" w:eastAsia="思源黑体 CN" w:hAnsi="Times New Roman"/>
        </w:rPr>
        <w:t>，</w:t>
      </w:r>
      <w:proofErr w:type="spellStart"/>
      <w:r w:rsidRPr="00D27E85">
        <w:rPr>
          <w:rFonts w:ascii="Times New Roman" w:eastAsia="思源黑体 CN" w:hAnsi="Times New Roman"/>
        </w:rPr>
        <w:t>并完成反标准化</w:t>
      </w:r>
      <w:proofErr w:type="spellEnd"/>
      <w:r w:rsidRPr="00D27E85">
        <w:rPr>
          <w:rFonts w:ascii="Times New Roman" w:eastAsia="思源黑体 CN" w:hAnsi="Times New Roman"/>
        </w:rPr>
        <w:t>。</w:t>
      </w:r>
    </w:p>
    <w:p w14:paraId="040BE230" w14:textId="3104EE7F" w:rsidR="00AA2E1B" w:rsidRPr="00D27E85" w:rsidRDefault="00000000">
      <w:pPr>
        <w:rPr>
          <w:rFonts w:ascii="Times New Roman" w:eastAsia="思源黑体 CN" w:hAnsi="Times New Roman"/>
          <w:lang w:eastAsia="zh-CN"/>
        </w:rPr>
      </w:pPr>
      <w:r w:rsidRPr="00D27E85">
        <w:rPr>
          <w:rFonts w:ascii="Times New Roman" w:eastAsia="思源黑体 CN" w:hAnsi="Times New Roman"/>
        </w:rPr>
        <w:t>6</w:t>
      </w:r>
      <w:r w:rsidRPr="00D27E85">
        <w:rPr>
          <w:rFonts w:ascii="Times New Roman" w:eastAsia="思源黑体 CN" w:hAnsi="Times New Roman"/>
        </w:rPr>
        <w:t>）</w:t>
      </w:r>
      <w:r w:rsidRPr="00D27E85">
        <w:rPr>
          <w:rFonts w:ascii="Times New Roman" w:eastAsia="思源黑体 CN" w:hAnsi="Times New Roman"/>
        </w:rPr>
        <w:t>MAIN</w:t>
      </w:r>
      <w:r w:rsidRPr="00D27E85">
        <w:rPr>
          <w:rFonts w:ascii="Times New Roman" w:eastAsia="思源黑体 CN" w:hAnsi="Times New Roman"/>
        </w:rPr>
        <w:br/>
        <w:t xml:space="preserve">   - </w:t>
      </w:r>
      <w:proofErr w:type="spellStart"/>
      <w:r w:rsidRPr="00D27E85">
        <w:rPr>
          <w:rFonts w:ascii="Times New Roman" w:eastAsia="思源黑体 CN" w:hAnsi="Times New Roman"/>
        </w:rPr>
        <w:t>作为顶层程序，依次调用</w:t>
      </w:r>
      <w:proofErr w:type="spellEnd"/>
      <w:r w:rsidRPr="00D27E85">
        <w:rPr>
          <w:rFonts w:ascii="Times New Roman" w:eastAsia="思源黑体 CN" w:hAnsi="Times New Roman"/>
        </w:rPr>
        <w:t xml:space="preserve"> </w:t>
      </w:r>
      <w:proofErr w:type="spellStart"/>
      <w:r w:rsidRPr="00D27E85">
        <w:rPr>
          <w:rFonts w:ascii="Times New Roman" w:eastAsia="思源黑体 CN" w:hAnsi="Times New Roman"/>
        </w:rPr>
        <w:t>FB_CsvReplayReader</w:t>
      </w:r>
      <w:r w:rsidRPr="00D27E85">
        <w:rPr>
          <w:rFonts w:ascii="Times New Roman" w:eastAsia="思源黑体 CN" w:hAnsi="Times New Roman"/>
        </w:rPr>
        <w:t>、</w:t>
      </w:r>
      <w:r w:rsidRPr="00D27E85">
        <w:rPr>
          <w:rFonts w:ascii="Times New Roman" w:eastAsia="思源黑体 CN" w:hAnsi="Times New Roman"/>
        </w:rPr>
        <w:t>FB_WindowBuffer</w:t>
      </w:r>
      <w:proofErr w:type="spellEnd"/>
      <w:r w:rsidRPr="00D27E85">
        <w:rPr>
          <w:rFonts w:ascii="Times New Roman" w:eastAsia="思源黑体 CN" w:hAnsi="Times New Roman"/>
        </w:rPr>
        <w:t xml:space="preserve"> </w:t>
      </w:r>
      <w:r w:rsidRPr="00D27E85">
        <w:rPr>
          <w:rFonts w:ascii="Times New Roman" w:eastAsia="思源黑体 CN" w:hAnsi="Times New Roman"/>
        </w:rPr>
        <w:t>与</w:t>
      </w:r>
      <w:r w:rsidRPr="00D27E85">
        <w:rPr>
          <w:rFonts w:ascii="Times New Roman" w:eastAsia="思源黑体 CN" w:hAnsi="Times New Roman"/>
        </w:rPr>
        <w:t xml:space="preserve"> </w:t>
      </w:r>
      <w:proofErr w:type="spellStart"/>
      <w:r w:rsidRPr="00D27E85">
        <w:rPr>
          <w:rFonts w:ascii="Times New Roman" w:eastAsia="思源黑体 CN" w:hAnsi="Times New Roman"/>
        </w:rPr>
        <w:t>FB_MlClient_CNNGRU</w:t>
      </w:r>
      <w:proofErr w:type="spellEnd"/>
      <w:r w:rsidRPr="00D27E85">
        <w:rPr>
          <w:rFonts w:ascii="Times New Roman" w:eastAsia="思源黑体 CN" w:hAnsi="Times New Roman"/>
        </w:rPr>
        <w:t>；</w:t>
      </w:r>
      <w:r w:rsidRPr="00D27E85">
        <w:rPr>
          <w:rFonts w:ascii="Times New Roman" w:eastAsia="思源黑体 CN" w:hAnsi="Times New Roman"/>
        </w:rPr>
        <w:br/>
      </w:r>
      <w:r w:rsidRPr="00D27E85">
        <w:rPr>
          <w:rFonts w:ascii="Times New Roman" w:eastAsia="思源黑体 CN" w:hAnsi="Times New Roman"/>
        </w:rPr>
        <w:lastRenderedPageBreak/>
        <w:t xml:space="preserve">   - </w:t>
      </w:r>
      <w:proofErr w:type="spellStart"/>
      <w:r w:rsidRPr="00D27E85">
        <w:rPr>
          <w:rFonts w:ascii="Times New Roman" w:eastAsia="思源黑体 CN" w:hAnsi="Times New Roman"/>
        </w:rPr>
        <w:t>维护</w:t>
      </w:r>
      <w:proofErr w:type="spellEnd"/>
      <w:r w:rsidRPr="00D27E85">
        <w:rPr>
          <w:rFonts w:ascii="Times New Roman" w:eastAsia="思源黑体 CN" w:hAnsi="Times New Roman"/>
        </w:rPr>
        <w:t xml:space="preserve"> CSV </w:t>
      </w:r>
      <w:proofErr w:type="spellStart"/>
      <w:r w:rsidRPr="00D27E85">
        <w:rPr>
          <w:rFonts w:ascii="Times New Roman" w:eastAsia="思源黑体 CN" w:hAnsi="Times New Roman"/>
        </w:rPr>
        <w:t>回放状态、窗口就绪信号以及预测触发</w:t>
      </w:r>
      <w:proofErr w:type="spellEnd"/>
      <w:r w:rsidRPr="00D27E85">
        <w:rPr>
          <w:rFonts w:ascii="Times New Roman" w:eastAsia="思源黑体 CN" w:hAnsi="Times New Roman"/>
        </w:rPr>
        <w:t>；</w:t>
      </w:r>
      <w:r w:rsidRPr="00D27E85">
        <w:rPr>
          <w:rFonts w:ascii="Times New Roman" w:eastAsia="思源黑体 CN" w:hAnsi="Times New Roman"/>
        </w:rPr>
        <w:br/>
        <w:t xml:space="preserve">   - </w:t>
      </w:r>
      <w:r w:rsidRPr="00D27E85">
        <w:rPr>
          <w:rFonts w:ascii="Times New Roman" w:eastAsia="思源黑体 CN" w:hAnsi="Times New Roman"/>
        </w:rPr>
        <w:t>将</w:t>
      </w:r>
      <w:r w:rsidRPr="00D27E85">
        <w:rPr>
          <w:rFonts w:ascii="Times New Roman" w:eastAsia="思源黑体 CN" w:hAnsi="Times New Roman"/>
        </w:rPr>
        <w:t xml:space="preserve"> </w:t>
      </w:r>
      <w:proofErr w:type="spellStart"/>
      <w:r w:rsidRPr="00D27E85">
        <w:rPr>
          <w:rFonts w:ascii="Times New Roman" w:eastAsia="思源黑体 CN" w:hAnsi="Times New Roman"/>
        </w:rPr>
        <w:t>gPredValue_physical</w:t>
      </w:r>
      <w:proofErr w:type="spellEnd"/>
      <w:r w:rsidRPr="00D27E85">
        <w:rPr>
          <w:rFonts w:ascii="Times New Roman" w:eastAsia="思源黑体 CN" w:hAnsi="Times New Roman"/>
        </w:rPr>
        <w:t xml:space="preserve"> </w:t>
      </w:r>
      <w:r w:rsidRPr="00D27E85">
        <w:rPr>
          <w:rFonts w:ascii="Times New Roman" w:eastAsia="思源黑体 CN" w:hAnsi="Times New Roman"/>
        </w:rPr>
        <w:t>与</w:t>
      </w:r>
      <w:r w:rsidRPr="00D27E85">
        <w:rPr>
          <w:rFonts w:ascii="Times New Roman" w:eastAsia="思源黑体 CN" w:hAnsi="Times New Roman"/>
        </w:rPr>
        <w:t xml:space="preserve"> </w:t>
      </w:r>
      <w:proofErr w:type="spellStart"/>
      <w:r w:rsidRPr="00D27E85">
        <w:rPr>
          <w:rFonts w:ascii="Times New Roman" w:eastAsia="思源黑体 CN" w:hAnsi="Times New Roman"/>
        </w:rPr>
        <w:t>gTrueValue_physical</w:t>
      </w:r>
      <w:proofErr w:type="spellEnd"/>
      <w:r w:rsidRPr="00D27E85">
        <w:rPr>
          <w:rFonts w:ascii="Times New Roman" w:eastAsia="思源黑体 CN" w:hAnsi="Times New Roman"/>
        </w:rPr>
        <w:t xml:space="preserve"> </w:t>
      </w:r>
      <w:proofErr w:type="spellStart"/>
      <w:r w:rsidRPr="00D27E85">
        <w:rPr>
          <w:rFonts w:ascii="Times New Roman" w:eastAsia="思源黑体 CN" w:hAnsi="Times New Roman"/>
        </w:rPr>
        <w:t>暴露给</w:t>
      </w:r>
      <w:proofErr w:type="spellEnd"/>
      <w:r w:rsidRPr="00D27E85">
        <w:rPr>
          <w:rFonts w:ascii="Times New Roman" w:eastAsia="思源黑体 CN" w:hAnsi="Times New Roman"/>
        </w:rPr>
        <w:t xml:space="preserve"> </w:t>
      </w:r>
      <w:proofErr w:type="spellStart"/>
      <w:r w:rsidRPr="00D27E85">
        <w:rPr>
          <w:rFonts w:ascii="Times New Roman" w:eastAsia="思源黑体 CN" w:hAnsi="Times New Roman"/>
        </w:rPr>
        <w:t>TwinCAT</w:t>
      </w:r>
      <w:proofErr w:type="spellEnd"/>
      <w:r w:rsidRPr="00D27E85">
        <w:rPr>
          <w:rFonts w:ascii="Times New Roman" w:eastAsia="思源黑体 CN" w:hAnsi="Times New Roman"/>
        </w:rPr>
        <w:t xml:space="preserve"> Scope</w:t>
      </w:r>
      <w:r w:rsidRPr="00D27E85">
        <w:rPr>
          <w:rFonts w:ascii="Times New Roman" w:eastAsia="思源黑体 CN" w:hAnsi="Times New Roman"/>
        </w:rPr>
        <w:t>。</w:t>
      </w:r>
    </w:p>
    <w:p w14:paraId="74877EAA" w14:textId="6C97346A" w:rsidR="00AA2E1B" w:rsidRPr="00D27E85" w:rsidRDefault="00AA2E1B" w:rsidP="004F7764">
      <w:pPr>
        <w:ind w:firstLineChars="200" w:firstLine="400"/>
        <w:rPr>
          <w:rFonts w:ascii="Times New Roman" w:eastAsia="思源黑体 CN" w:hAnsi="Times New Roman"/>
          <w:color w:val="FF0000"/>
          <w:lang w:eastAsia="zh-CN"/>
        </w:rPr>
      </w:pPr>
      <w:r w:rsidRPr="00D27E85">
        <w:rPr>
          <w:rFonts w:ascii="Times New Roman" w:eastAsia="思源黑体 CN" w:hAnsi="Times New Roman" w:hint="eastAsia"/>
          <w:color w:val="FF0000"/>
          <w:lang w:eastAsia="zh-CN"/>
        </w:rPr>
        <w:t>注：模型的输入和输出</w:t>
      </w:r>
      <w:proofErr w:type="gramStart"/>
      <w:r w:rsidRPr="00D27E85">
        <w:rPr>
          <w:rFonts w:ascii="Times New Roman" w:eastAsia="思源黑体 CN" w:hAnsi="Times New Roman" w:hint="eastAsia"/>
          <w:color w:val="FF0000"/>
          <w:lang w:eastAsia="zh-CN"/>
        </w:rPr>
        <w:t>维度请在</w:t>
      </w:r>
      <w:proofErr w:type="gramEnd"/>
      <w:r w:rsidRPr="00D27E85">
        <w:rPr>
          <w:rFonts w:ascii="Times New Roman" w:eastAsia="思源黑体 CN" w:hAnsi="Times New Roman" w:hint="eastAsia"/>
          <w:color w:val="FF0000"/>
          <w:lang w:eastAsia="zh-CN"/>
        </w:rPr>
        <w:t>训练过程中确定（此部分略），可以通</w:t>
      </w:r>
      <w:r w:rsidR="00685D4F">
        <w:rPr>
          <w:rFonts w:ascii="Times New Roman" w:eastAsia="思源黑体 CN" w:hAnsi="Times New Roman" w:hint="eastAsia"/>
          <w:color w:val="FF0000"/>
          <w:lang w:eastAsia="zh-CN"/>
        </w:rPr>
        <w:t>过</w:t>
      </w:r>
      <w:r w:rsidR="00685D4F">
        <w:rPr>
          <w:rFonts w:ascii="Times New Roman" w:eastAsia="思源黑体 CN" w:hAnsi="Times New Roman" w:hint="eastAsia"/>
          <w:color w:val="FF0000"/>
          <w:lang w:eastAsia="zh-CN"/>
        </w:rPr>
        <w:t xml:space="preserve"> </w:t>
      </w:r>
      <w:proofErr w:type="spellStart"/>
      <w:r w:rsidRPr="00D27E85">
        <w:rPr>
          <w:rFonts w:ascii="Times New Roman" w:eastAsia="思源黑体 CN" w:hAnsi="Times New Roman" w:hint="eastAsia"/>
          <w:color w:val="FF0000"/>
          <w:lang w:eastAsia="zh-CN"/>
        </w:rPr>
        <w:t>Netron</w:t>
      </w:r>
      <w:proofErr w:type="spellEnd"/>
      <w:r w:rsidR="00685D4F">
        <w:rPr>
          <w:rFonts w:ascii="Times New Roman" w:eastAsia="思源黑体 CN" w:hAnsi="Times New Roman" w:hint="eastAsia"/>
          <w:color w:val="FF0000"/>
          <w:lang w:eastAsia="zh-CN"/>
        </w:rPr>
        <w:t xml:space="preserve"> </w:t>
      </w:r>
      <w:r w:rsidRPr="00D27E85">
        <w:rPr>
          <w:rFonts w:ascii="Times New Roman" w:eastAsia="思源黑体 CN" w:hAnsi="Times New Roman" w:hint="eastAsia"/>
          <w:color w:val="FF0000"/>
          <w:lang w:eastAsia="zh-CN"/>
        </w:rPr>
        <w:t>打开</w:t>
      </w:r>
      <w:r w:rsidR="00685D4F">
        <w:rPr>
          <w:rFonts w:ascii="Times New Roman" w:eastAsia="思源黑体 CN" w:hAnsi="Times New Roman" w:hint="eastAsia"/>
          <w:color w:val="FF0000"/>
          <w:lang w:eastAsia="zh-CN"/>
        </w:rPr>
        <w:t xml:space="preserve"> </w:t>
      </w:r>
      <w:r w:rsidRPr="00D27E85">
        <w:rPr>
          <w:rFonts w:ascii="Times New Roman" w:eastAsia="思源黑体 CN" w:hAnsi="Times New Roman" w:hint="eastAsia"/>
          <w:color w:val="FF0000"/>
          <w:lang w:eastAsia="zh-CN"/>
        </w:rPr>
        <w:t>ONNX</w:t>
      </w:r>
      <w:r w:rsidR="00685D4F">
        <w:rPr>
          <w:rFonts w:ascii="Times New Roman" w:eastAsia="思源黑体 CN" w:hAnsi="Times New Roman" w:hint="eastAsia"/>
          <w:color w:val="FF0000"/>
          <w:lang w:eastAsia="zh-CN"/>
        </w:rPr>
        <w:t xml:space="preserve"> </w:t>
      </w:r>
      <w:r w:rsidRPr="00D27E85">
        <w:rPr>
          <w:rFonts w:ascii="Times New Roman" w:eastAsia="思源黑体 CN" w:hAnsi="Times New Roman" w:hint="eastAsia"/>
          <w:color w:val="FF0000"/>
          <w:lang w:eastAsia="zh-CN"/>
        </w:rPr>
        <w:t>文件进行查看和确认。目前</w:t>
      </w:r>
      <w:r w:rsidR="004723AE">
        <w:rPr>
          <w:rFonts w:ascii="Times New Roman" w:eastAsia="思源黑体 CN" w:hAnsi="Times New Roman" w:hint="eastAsia"/>
          <w:color w:val="FF0000"/>
          <w:lang w:eastAsia="zh-CN"/>
        </w:rPr>
        <w:t xml:space="preserve"> </w:t>
      </w:r>
      <w:r w:rsidRPr="00D27E85">
        <w:rPr>
          <w:rFonts w:ascii="Times New Roman" w:eastAsia="思源黑体 CN" w:hAnsi="Times New Roman" w:hint="eastAsia"/>
          <w:color w:val="FF0000"/>
          <w:lang w:eastAsia="zh-CN"/>
        </w:rPr>
        <w:t>TF38xx</w:t>
      </w:r>
      <w:r w:rsidRPr="00D27E85">
        <w:rPr>
          <w:rFonts w:ascii="Times New Roman" w:eastAsia="思源黑体 CN" w:hAnsi="Times New Roman" w:hint="eastAsia"/>
          <w:color w:val="FF0000"/>
          <w:lang w:eastAsia="zh-CN"/>
        </w:rPr>
        <w:t>不支持动态输入的模型进行推理，请在</w:t>
      </w:r>
      <w:r w:rsidRPr="00D27E85">
        <w:rPr>
          <w:rFonts w:ascii="Times New Roman" w:eastAsia="思源黑体 CN" w:hAnsi="Times New Roman" w:hint="eastAsia"/>
          <w:color w:val="FF0000"/>
          <w:lang w:eastAsia="zh-CN"/>
        </w:rPr>
        <w:t>ONNX</w:t>
      </w:r>
      <w:r w:rsidRPr="00D27E85">
        <w:rPr>
          <w:rFonts w:ascii="Times New Roman" w:eastAsia="思源黑体 CN" w:hAnsi="Times New Roman" w:hint="eastAsia"/>
          <w:color w:val="FF0000"/>
          <w:lang w:eastAsia="zh-CN"/>
        </w:rPr>
        <w:t>导出时保证输入的第一个维度是</w:t>
      </w:r>
      <w:r w:rsidRPr="00D27E85">
        <w:rPr>
          <w:rFonts w:ascii="Times New Roman" w:eastAsia="思源黑体 CN" w:hAnsi="Times New Roman" w:hint="eastAsia"/>
          <w:color w:val="FF0000"/>
          <w:lang w:eastAsia="zh-CN"/>
        </w:rPr>
        <w:t>1</w:t>
      </w:r>
      <w:r w:rsidRPr="00D27E85">
        <w:rPr>
          <w:rFonts w:ascii="Times New Roman" w:eastAsia="思源黑体 CN" w:hAnsi="Times New Roman" w:hint="eastAsia"/>
          <w:color w:val="FF0000"/>
          <w:lang w:eastAsia="zh-CN"/>
        </w:rPr>
        <w:t>，多批次暂不支持。本项目中的模型输出维度是</w:t>
      </w:r>
      <w:r w:rsidRPr="00D27E85">
        <w:rPr>
          <w:rFonts w:ascii="Times New Roman" w:eastAsia="思源黑体 CN" w:hAnsi="Times New Roman" w:hint="eastAsia"/>
          <w:color w:val="FF0000"/>
          <w:lang w:eastAsia="zh-CN"/>
        </w:rPr>
        <w:t>1*10*1</w:t>
      </w:r>
      <w:r w:rsidRPr="00D27E85">
        <w:rPr>
          <w:rFonts w:ascii="Times New Roman" w:eastAsia="思源黑体 CN" w:hAnsi="Times New Roman" w:hint="eastAsia"/>
          <w:color w:val="FF0000"/>
          <w:lang w:eastAsia="zh-CN"/>
        </w:rPr>
        <w:t>，即未来</w:t>
      </w:r>
      <w:r w:rsidRPr="00D27E85">
        <w:rPr>
          <w:rFonts w:ascii="Times New Roman" w:eastAsia="思源黑体 CN" w:hAnsi="Times New Roman" w:hint="eastAsia"/>
          <w:color w:val="FF0000"/>
          <w:lang w:eastAsia="zh-CN"/>
        </w:rPr>
        <w:t>10</w:t>
      </w:r>
      <w:r w:rsidRPr="00D27E85">
        <w:rPr>
          <w:rFonts w:ascii="Times New Roman" w:eastAsia="思源黑体 CN" w:hAnsi="Times New Roman" w:hint="eastAsia"/>
          <w:color w:val="FF0000"/>
          <w:lang w:eastAsia="zh-CN"/>
        </w:rPr>
        <w:t>个时间步的预测值，请在</w:t>
      </w:r>
      <w:r w:rsidRPr="00D27E85">
        <w:rPr>
          <w:rFonts w:ascii="Times New Roman" w:eastAsia="思源黑体 CN" w:hAnsi="Times New Roman" w:hint="eastAsia"/>
          <w:color w:val="FF0000"/>
          <w:lang w:eastAsia="zh-CN"/>
        </w:rPr>
        <w:t>PLC</w:t>
      </w:r>
      <w:r w:rsidRPr="00D27E85">
        <w:rPr>
          <w:rFonts w:ascii="Times New Roman" w:eastAsia="思源黑体 CN" w:hAnsi="Times New Roman" w:hint="eastAsia"/>
          <w:color w:val="FF0000"/>
          <w:lang w:eastAsia="zh-CN"/>
        </w:rPr>
        <w:t>（数组）中挑选合适的值进行精度对比；精度</w:t>
      </w:r>
      <w:proofErr w:type="gramStart"/>
      <w:r w:rsidRPr="00D27E85">
        <w:rPr>
          <w:rFonts w:ascii="Times New Roman" w:eastAsia="思源黑体 CN" w:hAnsi="Times New Roman" w:hint="eastAsia"/>
          <w:color w:val="FF0000"/>
          <w:lang w:eastAsia="zh-CN"/>
        </w:rPr>
        <w:t>随时间步递增</w:t>
      </w:r>
      <w:proofErr w:type="gramEnd"/>
      <w:r w:rsidRPr="00D27E85">
        <w:rPr>
          <w:rFonts w:ascii="Times New Roman" w:eastAsia="思源黑体 CN" w:hAnsi="Times New Roman" w:hint="eastAsia"/>
          <w:color w:val="FF0000"/>
          <w:lang w:eastAsia="zh-CN"/>
        </w:rPr>
        <w:t>衰减。</w:t>
      </w:r>
    </w:p>
    <w:p w14:paraId="47F3514E" w14:textId="30586B48" w:rsidR="00115F69" w:rsidRPr="00D27E85" w:rsidRDefault="00AA2E1B">
      <w:pPr>
        <w:rPr>
          <w:rFonts w:ascii="Times New Roman" w:eastAsia="思源黑体 CN" w:hAnsi="Times New Roman"/>
          <w:lang w:eastAsia="zh-CN"/>
        </w:rPr>
      </w:pPr>
      <w:r w:rsidRPr="00D27E85">
        <w:rPr>
          <w:rFonts w:ascii="Times New Roman" w:eastAsia="思源黑体 CN" w:hAnsi="Times New Roman"/>
          <w:noProof/>
        </w:rPr>
        <w:drawing>
          <wp:inline distT="0" distB="0" distL="0" distR="0" wp14:anchorId="52B3A2F2" wp14:editId="507EED0A">
            <wp:extent cx="5486400" cy="2840355"/>
            <wp:effectExtent l="0" t="0" r="0" b="0"/>
            <wp:docPr id="5170629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06291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7E85">
        <w:rPr>
          <w:rFonts w:ascii="Times New Roman" w:eastAsia="思源黑体 CN" w:hAnsi="Times New Roman"/>
          <w:lang w:eastAsia="zh-CN"/>
        </w:rPr>
        <w:t xml:space="preserve"> </w:t>
      </w:r>
      <w:r w:rsidR="00115F69" w:rsidRPr="00D27E85">
        <w:rPr>
          <w:rFonts w:ascii="Times New Roman" w:eastAsia="思源黑体 CN" w:hAnsi="Times New Roman"/>
          <w:lang w:eastAsia="zh-CN"/>
        </w:rPr>
        <w:br w:type="page"/>
      </w:r>
    </w:p>
    <w:p w14:paraId="2B6852BA" w14:textId="77777777" w:rsidR="00773DBB" w:rsidRPr="00D27E85" w:rsidRDefault="00773DBB">
      <w:pPr>
        <w:rPr>
          <w:rFonts w:ascii="Times New Roman" w:eastAsia="思源黑体 CN" w:hAnsi="Times New Roman"/>
          <w:lang w:eastAsia="zh-CN"/>
        </w:rPr>
      </w:pPr>
    </w:p>
    <w:p w14:paraId="5EF2717C" w14:textId="77777777" w:rsidR="00773DBB" w:rsidRPr="00D27E85" w:rsidRDefault="00000000">
      <w:pPr>
        <w:pStyle w:val="1"/>
        <w:rPr>
          <w:rFonts w:ascii="Times New Roman" w:eastAsia="思源黑体 CN" w:hAnsi="Times New Roman"/>
          <w:lang w:eastAsia="zh-CN"/>
        </w:rPr>
      </w:pPr>
      <w:bookmarkStart w:id="6" w:name="_Toc215582817"/>
      <w:r w:rsidRPr="00D27E85">
        <w:rPr>
          <w:rFonts w:ascii="Times New Roman" w:eastAsia="思源黑体 CN" w:hAnsi="Times New Roman"/>
          <w:lang w:eastAsia="zh-CN"/>
        </w:rPr>
        <w:t>六、模型与</w:t>
      </w:r>
      <w:r w:rsidRPr="00D27E85">
        <w:rPr>
          <w:rFonts w:ascii="Times New Roman" w:eastAsia="思源黑体 CN" w:hAnsi="Times New Roman"/>
          <w:lang w:eastAsia="zh-CN"/>
        </w:rPr>
        <w:t xml:space="preserve"> CSV </w:t>
      </w:r>
      <w:r w:rsidRPr="00D27E85">
        <w:rPr>
          <w:rFonts w:ascii="Times New Roman" w:eastAsia="思源黑体 CN" w:hAnsi="Times New Roman"/>
          <w:lang w:eastAsia="zh-CN"/>
        </w:rPr>
        <w:t>数据准备</w:t>
      </w:r>
      <w:bookmarkEnd w:id="6"/>
    </w:p>
    <w:p w14:paraId="15F88B8C" w14:textId="77777777" w:rsidR="00773DBB" w:rsidRPr="00D27E85" w:rsidRDefault="00000000" w:rsidP="004F7764">
      <w:pPr>
        <w:ind w:firstLineChars="200" w:firstLine="400"/>
        <w:rPr>
          <w:rFonts w:ascii="Times New Roman" w:eastAsia="思源黑体 CN" w:hAnsi="Times New Roman"/>
          <w:lang w:eastAsia="zh-CN"/>
        </w:rPr>
      </w:pPr>
      <w:r w:rsidRPr="00D27E85">
        <w:rPr>
          <w:rFonts w:ascii="Times New Roman" w:eastAsia="思源黑体 CN" w:hAnsi="Times New Roman"/>
          <w:lang w:eastAsia="zh-CN"/>
        </w:rPr>
        <w:t>在正式运行前，需要保证模型文件与</w:t>
      </w:r>
      <w:r w:rsidRPr="00D27E85">
        <w:rPr>
          <w:rFonts w:ascii="Times New Roman" w:eastAsia="思源黑体 CN" w:hAnsi="Times New Roman"/>
          <w:lang w:eastAsia="zh-CN"/>
        </w:rPr>
        <w:t xml:space="preserve"> CSV </w:t>
      </w:r>
      <w:r w:rsidRPr="00D27E85">
        <w:rPr>
          <w:rFonts w:ascii="Times New Roman" w:eastAsia="思源黑体 CN" w:hAnsi="Times New Roman"/>
          <w:lang w:eastAsia="zh-CN"/>
        </w:rPr>
        <w:t>数据文件路径正确。</w:t>
      </w:r>
    </w:p>
    <w:p w14:paraId="7B0E4A1B" w14:textId="41D87BF5" w:rsidR="00773DBB" w:rsidRPr="00D27E85" w:rsidRDefault="00000000">
      <w:pPr>
        <w:rPr>
          <w:rFonts w:ascii="Times New Roman" w:eastAsia="思源黑体 CN" w:hAnsi="Times New Roman"/>
        </w:rPr>
      </w:pPr>
      <w:r w:rsidRPr="00D27E85">
        <w:rPr>
          <w:rFonts w:ascii="Times New Roman" w:eastAsia="思源黑体 CN" w:hAnsi="Times New Roman"/>
        </w:rPr>
        <w:t>1</w:t>
      </w:r>
      <w:r w:rsidRPr="00D27E85">
        <w:rPr>
          <w:rFonts w:ascii="Times New Roman" w:eastAsia="思源黑体 CN" w:hAnsi="Times New Roman"/>
        </w:rPr>
        <w:t>）模型文件路径</w:t>
      </w:r>
      <w:r w:rsidRPr="00D27E85">
        <w:rPr>
          <w:rFonts w:ascii="Times New Roman" w:eastAsia="思源黑体 CN" w:hAnsi="Times New Roman"/>
        </w:rPr>
        <w:br/>
        <w:t xml:space="preserve">   - </w:t>
      </w:r>
      <w:proofErr w:type="spellStart"/>
      <w:r w:rsidRPr="00D27E85">
        <w:rPr>
          <w:rFonts w:ascii="Times New Roman" w:eastAsia="思源黑体 CN" w:hAnsi="Times New Roman"/>
        </w:rPr>
        <w:t>建议在目标系统创建目录</w:t>
      </w:r>
      <w:proofErr w:type="spellEnd"/>
      <w:r w:rsidRPr="00D27E85">
        <w:rPr>
          <w:rFonts w:ascii="Times New Roman" w:eastAsia="思源黑体 CN" w:hAnsi="Times New Roman"/>
        </w:rPr>
        <w:t xml:space="preserve"> C:\</w:t>
      </w:r>
      <w:r w:rsidR="003E6B2B">
        <w:rPr>
          <w:rFonts w:ascii="Times New Roman" w:eastAsia="思源黑体 CN" w:hAnsi="Times New Roman" w:hint="eastAsia"/>
          <w:lang w:eastAsia="zh-CN"/>
        </w:rPr>
        <w:t>Model</w:t>
      </w:r>
      <w:r w:rsidR="007B42B7" w:rsidRPr="00D27E85">
        <w:rPr>
          <w:rFonts w:ascii="Times New Roman" w:eastAsia="思源黑体 CN" w:hAnsi="Times New Roman" w:hint="eastAsia"/>
          <w:lang w:eastAsia="zh-CN"/>
        </w:rPr>
        <w:t>（</w:t>
      </w:r>
      <w:r w:rsidR="007B42B7" w:rsidRPr="00D27E85">
        <w:rPr>
          <w:rFonts w:ascii="Times New Roman" w:eastAsia="思源黑体 CN" w:hAnsi="Times New Roman" w:hint="eastAsia"/>
          <w:color w:val="FF0000"/>
          <w:lang w:eastAsia="zh-CN"/>
        </w:rPr>
        <w:t>确保路径不含中文，否则会报错</w:t>
      </w:r>
      <w:r w:rsidR="007B42B7" w:rsidRPr="00D27E85">
        <w:rPr>
          <w:rFonts w:ascii="Times New Roman" w:eastAsia="思源黑体 CN" w:hAnsi="Times New Roman" w:hint="eastAsia"/>
          <w:lang w:eastAsia="zh-CN"/>
        </w:rPr>
        <w:t>）</w:t>
      </w:r>
      <w:r w:rsidRPr="00D27E85">
        <w:rPr>
          <w:rFonts w:ascii="Times New Roman" w:eastAsia="思源黑体 CN" w:hAnsi="Times New Roman"/>
        </w:rPr>
        <w:t>；</w:t>
      </w:r>
      <w:r w:rsidRPr="00D27E85">
        <w:rPr>
          <w:rFonts w:ascii="Times New Roman" w:eastAsia="思源黑体 CN" w:hAnsi="Times New Roman"/>
        </w:rPr>
        <w:br/>
        <w:t xml:space="preserve">   - </w:t>
      </w:r>
      <w:r w:rsidRPr="00D27E85">
        <w:rPr>
          <w:rFonts w:ascii="Times New Roman" w:eastAsia="思源黑体 CN" w:hAnsi="Times New Roman"/>
        </w:rPr>
        <w:t>将</w:t>
      </w:r>
      <w:r w:rsidRPr="00D27E85">
        <w:rPr>
          <w:rFonts w:ascii="Times New Roman" w:eastAsia="思源黑体 CN" w:hAnsi="Times New Roman"/>
        </w:rPr>
        <w:t xml:space="preserve"> best_cnn_gru_h10_</w:t>
      </w:r>
      <w:proofErr w:type="gramStart"/>
      <w:r w:rsidRPr="00D27E85">
        <w:rPr>
          <w:rFonts w:ascii="Times New Roman" w:eastAsia="思源黑体 CN" w:hAnsi="Times New Roman"/>
        </w:rPr>
        <w:t>static.onnx</w:t>
      </w:r>
      <w:proofErr w:type="gramEnd"/>
      <w:r w:rsidRPr="00D27E85">
        <w:rPr>
          <w:rFonts w:ascii="Times New Roman" w:eastAsia="思源黑体 CN" w:hAnsi="Times New Roman"/>
        </w:rPr>
        <w:t xml:space="preserve"> </w:t>
      </w:r>
      <w:r w:rsidRPr="00D27E85">
        <w:rPr>
          <w:rFonts w:ascii="Times New Roman" w:eastAsia="思源黑体 CN" w:hAnsi="Times New Roman"/>
        </w:rPr>
        <w:t>与</w:t>
      </w:r>
      <w:r w:rsidRPr="00D27E85">
        <w:rPr>
          <w:rFonts w:ascii="Times New Roman" w:eastAsia="思源黑体 CN" w:hAnsi="Times New Roman"/>
        </w:rPr>
        <w:t xml:space="preserve"> best_cnn_gru_h10_static.json </w:t>
      </w:r>
      <w:proofErr w:type="spellStart"/>
      <w:r w:rsidRPr="00D27E85">
        <w:rPr>
          <w:rFonts w:ascii="Times New Roman" w:eastAsia="思源黑体 CN" w:hAnsi="Times New Roman"/>
        </w:rPr>
        <w:t>复制到该目录</w:t>
      </w:r>
      <w:proofErr w:type="spellEnd"/>
      <w:r w:rsidRPr="00D27E85">
        <w:rPr>
          <w:rFonts w:ascii="Times New Roman" w:eastAsia="思源黑体 CN" w:hAnsi="Times New Roman"/>
        </w:rPr>
        <w:t>；</w:t>
      </w:r>
      <w:r w:rsidRPr="00D27E85">
        <w:rPr>
          <w:rFonts w:ascii="Times New Roman" w:eastAsia="思源黑体 CN" w:hAnsi="Times New Roman"/>
        </w:rPr>
        <w:br/>
        <w:t xml:space="preserve">   - </w:t>
      </w:r>
      <w:r w:rsidRPr="00D27E85">
        <w:rPr>
          <w:rFonts w:ascii="Times New Roman" w:eastAsia="思源黑体 CN" w:hAnsi="Times New Roman"/>
        </w:rPr>
        <w:t>在</w:t>
      </w:r>
      <w:r w:rsidRPr="00D27E85">
        <w:rPr>
          <w:rFonts w:ascii="Times New Roman" w:eastAsia="思源黑体 CN" w:hAnsi="Times New Roman"/>
        </w:rPr>
        <w:t xml:space="preserve"> GVL </w:t>
      </w:r>
      <w:r w:rsidRPr="00D27E85">
        <w:rPr>
          <w:rFonts w:ascii="Times New Roman" w:eastAsia="思源黑体 CN" w:hAnsi="Times New Roman"/>
        </w:rPr>
        <w:t>或</w:t>
      </w:r>
      <w:r w:rsidRPr="00D27E85">
        <w:rPr>
          <w:rFonts w:ascii="Times New Roman" w:eastAsia="思源黑体 CN" w:hAnsi="Times New Roman"/>
        </w:rPr>
        <w:t xml:space="preserve"> </w:t>
      </w:r>
      <w:proofErr w:type="spellStart"/>
      <w:r w:rsidRPr="00D27E85">
        <w:rPr>
          <w:rFonts w:ascii="Times New Roman" w:eastAsia="思源黑体 CN" w:hAnsi="Times New Roman"/>
        </w:rPr>
        <w:t>FB_MlClient_CNNGRU</w:t>
      </w:r>
      <w:proofErr w:type="spellEnd"/>
      <w:r w:rsidRPr="00D27E85">
        <w:rPr>
          <w:rFonts w:ascii="Times New Roman" w:eastAsia="思源黑体 CN" w:hAnsi="Times New Roman"/>
        </w:rPr>
        <w:t xml:space="preserve"> </w:t>
      </w:r>
      <w:proofErr w:type="spellStart"/>
      <w:r w:rsidRPr="00D27E85">
        <w:rPr>
          <w:rFonts w:ascii="Times New Roman" w:eastAsia="思源黑体 CN" w:hAnsi="Times New Roman"/>
        </w:rPr>
        <w:t>中配置模型路径，例如</w:t>
      </w:r>
      <w:proofErr w:type="spellEnd"/>
      <w:r w:rsidRPr="00D27E85">
        <w:rPr>
          <w:rFonts w:ascii="Times New Roman" w:eastAsia="思源黑体 CN" w:hAnsi="Times New Roman"/>
        </w:rPr>
        <w:t>：</w:t>
      </w:r>
      <w:r w:rsidRPr="00D27E85">
        <w:rPr>
          <w:rFonts w:ascii="Times New Roman" w:eastAsia="思源黑体 CN" w:hAnsi="Times New Roman"/>
        </w:rPr>
        <w:br/>
        <w:t xml:space="preserve">     C:\</w:t>
      </w:r>
      <w:r w:rsidR="00E81C96">
        <w:rPr>
          <w:rFonts w:ascii="Times New Roman" w:eastAsia="思源黑体 CN" w:hAnsi="Times New Roman" w:hint="eastAsia"/>
          <w:lang w:eastAsia="zh-CN"/>
        </w:rPr>
        <w:t>Model</w:t>
      </w:r>
      <w:r w:rsidRPr="00D27E85">
        <w:rPr>
          <w:rFonts w:ascii="Times New Roman" w:eastAsia="思源黑体 CN" w:hAnsi="Times New Roman"/>
        </w:rPr>
        <w:t>\best_cnn_gru_h10_static.</w:t>
      </w:r>
      <w:r w:rsidR="004D0765" w:rsidRPr="00D27E85">
        <w:rPr>
          <w:rFonts w:ascii="Times New Roman" w:eastAsia="思源黑体 CN" w:hAnsi="Times New Roman" w:hint="eastAsia"/>
          <w:lang w:eastAsia="zh-CN"/>
        </w:rPr>
        <w:t>onnx</w:t>
      </w:r>
      <w:r w:rsidRPr="00D27E85">
        <w:rPr>
          <w:rFonts w:ascii="Times New Roman" w:eastAsia="思源黑体 CN" w:hAnsi="Times New Roman"/>
        </w:rPr>
        <w:t>。</w:t>
      </w:r>
    </w:p>
    <w:p w14:paraId="6E3DDC40" w14:textId="19F0D19E" w:rsidR="00773DBB" w:rsidRPr="00D27E85" w:rsidRDefault="00000000">
      <w:pPr>
        <w:rPr>
          <w:rFonts w:ascii="Times New Roman" w:eastAsia="思源黑体 CN" w:hAnsi="Times New Roman"/>
        </w:rPr>
      </w:pPr>
      <w:r w:rsidRPr="00D27E85">
        <w:rPr>
          <w:rFonts w:ascii="Times New Roman" w:eastAsia="思源黑体 CN" w:hAnsi="Times New Roman"/>
        </w:rPr>
        <w:t>2</w:t>
      </w:r>
      <w:r w:rsidRPr="00D27E85">
        <w:rPr>
          <w:rFonts w:ascii="Times New Roman" w:eastAsia="思源黑体 CN" w:hAnsi="Times New Roman"/>
        </w:rPr>
        <w:t>）</w:t>
      </w:r>
      <w:r w:rsidRPr="00D27E85">
        <w:rPr>
          <w:rFonts w:ascii="Times New Roman" w:eastAsia="思源黑体 CN" w:hAnsi="Times New Roman"/>
        </w:rPr>
        <w:t xml:space="preserve">CSV </w:t>
      </w:r>
      <w:proofErr w:type="spellStart"/>
      <w:r w:rsidRPr="00D27E85">
        <w:rPr>
          <w:rFonts w:ascii="Times New Roman" w:eastAsia="思源黑体 CN" w:hAnsi="Times New Roman"/>
        </w:rPr>
        <w:t>数据文件</w:t>
      </w:r>
      <w:proofErr w:type="spellEnd"/>
      <w:r w:rsidRPr="00D27E85">
        <w:rPr>
          <w:rFonts w:ascii="Times New Roman" w:eastAsia="思源黑体 CN" w:hAnsi="Times New Roman"/>
        </w:rPr>
        <w:br/>
        <w:t xml:space="preserve">   - </w:t>
      </w:r>
      <w:proofErr w:type="spellStart"/>
      <w:r w:rsidRPr="00D27E85">
        <w:rPr>
          <w:rFonts w:ascii="Times New Roman" w:eastAsia="思源黑体 CN" w:hAnsi="Times New Roman"/>
        </w:rPr>
        <w:t>根据工程中的路径变量（例如</w:t>
      </w:r>
      <w:proofErr w:type="spellEnd"/>
      <w:r w:rsidRPr="00D27E85">
        <w:rPr>
          <w:rFonts w:ascii="Times New Roman" w:eastAsia="思源黑体 CN" w:hAnsi="Times New Roman"/>
        </w:rPr>
        <w:t xml:space="preserve"> </w:t>
      </w:r>
      <w:proofErr w:type="spellStart"/>
      <w:r w:rsidRPr="00D27E85">
        <w:rPr>
          <w:rFonts w:ascii="Times New Roman" w:eastAsia="思源黑体 CN" w:hAnsi="Times New Roman"/>
        </w:rPr>
        <w:t>sCsvPath</w:t>
      </w:r>
      <w:proofErr w:type="spellEnd"/>
      <w:r w:rsidRPr="00D27E85">
        <w:rPr>
          <w:rFonts w:ascii="Times New Roman" w:eastAsia="思源黑体 CN" w:hAnsi="Times New Roman"/>
        </w:rPr>
        <w:t>），</w:t>
      </w:r>
      <w:proofErr w:type="spellStart"/>
      <w:r w:rsidRPr="00D27E85">
        <w:rPr>
          <w:rFonts w:ascii="Times New Roman" w:eastAsia="思源黑体 CN" w:hAnsi="Times New Roman"/>
        </w:rPr>
        <w:t>将其指向实际文件位置</w:t>
      </w:r>
      <w:proofErr w:type="spellEnd"/>
      <w:r w:rsidRPr="00D27E85">
        <w:rPr>
          <w:rFonts w:ascii="Times New Roman" w:eastAsia="思源黑体 CN" w:hAnsi="Times New Roman"/>
        </w:rPr>
        <w:t>；</w:t>
      </w:r>
      <w:r w:rsidRPr="00D27E85">
        <w:rPr>
          <w:rFonts w:ascii="Times New Roman" w:eastAsia="思源黑体 CN" w:hAnsi="Times New Roman"/>
        </w:rPr>
        <w:br/>
        <w:t xml:space="preserve">   - </w:t>
      </w:r>
      <w:proofErr w:type="spellStart"/>
      <w:r w:rsidRPr="00D27E85">
        <w:rPr>
          <w:rFonts w:ascii="Times New Roman" w:eastAsia="思源黑体 CN" w:hAnsi="Times New Roman"/>
        </w:rPr>
        <w:t>建议使用本地磁盘路径，如</w:t>
      </w:r>
      <w:proofErr w:type="spellEnd"/>
      <w:r w:rsidRPr="00D27E85">
        <w:rPr>
          <w:rFonts w:ascii="Times New Roman" w:eastAsia="思源黑体 CN" w:hAnsi="Times New Roman"/>
        </w:rPr>
        <w:t xml:space="preserve"> </w:t>
      </w:r>
      <w:r w:rsidR="00175775" w:rsidRPr="00D27E85">
        <w:rPr>
          <w:rFonts w:ascii="Times New Roman" w:eastAsia="思源黑体 CN" w:hAnsi="Times New Roman"/>
        </w:rPr>
        <w:t>C:\</w:t>
      </w:r>
      <w:r w:rsidR="00175775">
        <w:rPr>
          <w:rFonts w:ascii="Times New Roman" w:eastAsia="思源黑体 CN" w:hAnsi="Times New Roman" w:hint="eastAsia"/>
          <w:lang w:eastAsia="zh-CN"/>
        </w:rPr>
        <w:t>Model</w:t>
      </w:r>
      <w:r w:rsidR="00175775" w:rsidRPr="00D27E85">
        <w:rPr>
          <w:rFonts w:ascii="Times New Roman" w:eastAsia="思源黑体 CN" w:hAnsi="Times New Roman"/>
        </w:rPr>
        <w:t xml:space="preserve"> </w:t>
      </w:r>
      <w:r w:rsidRPr="00D27E85">
        <w:rPr>
          <w:rFonts w:ascii="Times New Roman" w:eastAsia="思源黑体 CN" w:hAnsi="Times New Roman"/>
        </w:rPr>
        <w:t>\Scope_Processed1.csv</w:t>
      </w:r>
      <w:r w:rsidRPr="00D27E85">
        <w:rPr>
          <w:rFonts w:ascii="Times New Roman" w:eastAsia="思源黑体 CN" w:hAnsi="Times New Roman"/>
        </w:rPr>
        <w:t>；</w:t>
      </w:r>
      <w:r w:rsidRPr="00D27E85">
        <w:rPr>
          <w:rFonts w:ascii="Times New Roman" w:eastAsia="思源黑体 CN" w:hAnsi="Times New Roman"/>
        </w:rPr>
        <w:br/>
        <w:t xml:space="preserve">   - CSV </w:t>
      </w:r>
      <w:proofErr w:type="spellStart"/>
      <w:r w:rsidRPr="00D27E85">
        <w:rPr>
          <w:rFonts w:ascii="Times New Roman" w:eastAsia="思源黑体 CN" w:hAnsi="Times New Roman"/>
        </w:rPr>
        <w:t>文件约定：无表头，使用英文逗号分隔，小数点为点号</w:t>
      </w:r>
      <w:proofErr w:type="spellEnd"/>
      <w:r w:rsidRPr="00D27E85">
        <w:rPr>
          <w:rFonts w:ascii="Times New Roman" w:eastAsia="思源黑体 CN" w:hAnsi="Times New Roman"/>
        </w:rPr>
        <w:t>。</w:t>
      </w:r>
    </w:p>
    <w:p w14:paraId="56377990" w14:textId="722F9FB4" w:rsidR="00773DBB" w:rsidRDefault="00000000">
      <w:pPr>
        <w:rPr>
          <w:rFonts w:ascii="Times New Roman" w:eastAsia="思源黑体 CN" w:hAnsi="Times New Roman"/>
          <w:lang w:eastAsia="zh-CN"/>
        </w:rPr>
      </w:pPr>
      <w:r w:rsidRPr="00D27E85">
        <w:rPr>
          <w:rFonts w:ascii="Times New Roman" w:eastAsia="思源黑体 CN" w:hAnsi="Times New Roman"/>
        </w:rPr>
        <w:t>3</w:t>
      </w:r>
      <w:r w:rsidRPr="00D27E85">
        <w:rPr>
          <w:rFonts w:ascii="Times New Roman" w:eastAsia="思源黑体 CN" w:hAnsi="Times New Roman"/>
        </w:rPr>
        <w:t>）列顺序约定</w:t>
      </w:r>
      <w:r w:rsidR="00626E8D">
        <w:rPr>
          <w:rFonts w:ascii="Times New Roman" w:eastAsia="思源黑体 CN" w:hAnsi="Times New Roman" w:hint="eastAsia"/>
          <w:lang w:eastAsia="zh-CN"/>
        </w:rPr>
        <w:t>（保持和训练时一致即可）</w:t>
      </w:r>
      <w:r w:rsidRPr="00D27E85">
        <w:rPr>
          <w:rFonts w:ascii="Times New Roman" w:eastAsia="思源黑体 CN" w:hAnsi="Times New Roman"/>
        </w:rPr>
        <w:br/>
        <w:t xml:space="preserve">   - </w:t>
      </w:r>
      <w:r w:rsidRPr="00D27E85">
        <w:rPr>
          <w:rFonts w:ascii="Times New Roman" w:eastAsia="思源黑体 CN" w:hAnsi="Times New Roman"/>
        </w:rPr>
        <w:t>第</w:t>
      </w:r>
      <w:r w:rsidRPr="00D27E85">
        <w:rPr>
          <w:rFonts w:ascii="Times New Roman" w:eastAsia="思源黑体 CN" w:hAnsi="Times New Roman"/>
        </w:rPr>
        <w:t xml:space="preserve"> 1 </w:t>
      </w:r>
      <w:proofErr w:type="spellStart"/>
      <w:r w:rsidRPr="00D27E85">
        <w:rPr>
          <w:rFonts w:ascii="Times New Roman" w:eastAsia="思源黑体 CN" w:hAnsi="Times New Roman"/>
        </w:rPr>
        <w:t>列：</w:t>
      </w:r>
      <w:r w:rsidRPr="00D27E85">
        <w:rPr>
          <w:rFonts w:ascii="Times New Roman" w:eastAsia="思源黑体 CN" w:hAnsi="Times New Roman"/>
        </w:rPr>
        <w:t>EVALUE</w:t>
      </w:r>
      <w:r w:rsidRPr="00D27E85">
        <w:rPr>
          <w:rFonts w:ascii="Times New Roman" w:eastAsia="思源黑体 CN" w:hAnsi="Times New Roman"/>
        </w:rPr>
        <w:t>（真实值</w:t>
      </w:r>
      <w:proofErr w:type="spellEnd"/>
      <w:r w:rsidRPr="00D27E85">
        <w:rPr>
          <w:rFonts w:ascii="Times New Roman" w:eastAsia="思源黑体 CN" w:hAnsi="Times New Roman"/>
        </w:rPr>
        <w:t>）；</w:t>
      </w:r>
      <w:r w:rsidRPr="00D27E85">
        <w:rPr>
          <w:rFonts w:ascii="Times New Roman" w:eastAsia="思源黑体 CN" w:hAnsi="Times New Roman"/>
        </w:rPr>
        <w:br/>
        <w:t xml:space="preserve">   - </w:t>
      </w:r>
      <w:r w:rsidRPr="00D27E85">
        <w:rPr>
          <w:rFonts w:ascii="Times New Roman" w:eastAsia="思源黑体 CN" w:hAnsi="Times New Roman"/>
        </w:rPr>
        <w:t>第</w:t>
      </w:r>
      <w:r w:rsidRPr="00D27E85">
        <w:rPr>
          <w:rFonts w:ascii="Times New Roman" w:eastAsia="思源黑体 CN" w:hAnsi="Times New Roman"/>
        </w:rPr>
        <w:t xml:space="preserve"> 3 </w:t>
      </w:r>
      <w:proofErr w:type="spellStart"/>
      <w:r w:rsidRPr="00D27E85">
        <w:rPr>
          <w:rFonts w:ascii="Times New Roman" w:eastAsia="思源黑体 CN" w:hAnsi="Times New Roman"/>
        </w:rPr>
        <w:t>列：</w:t>
      </w:r>
      <w:r w:rsidRPr="00D27E85">
        <w:rPr>
          <w:rFonts w:ascii="Times New Roman" w:eastAsia="思源黑体 CN" w:hAnsi="Times New Roman"/>
        </w:rPr>
        <w:t>Speed</w:t>
      </w:r>
      <w:proofErr w:type="spellEnd"/>
      <w:r w:rsidRPr="00D27E85">
        <w:rPr>
          <w:rFonts w:ascii="Times New Roman" w:eastAsia="思源黑体 CN" w:hAnsi="Times New Roman"/>
        </w:rPr>
        <w:t>；</w:t>
      </w:r>
      <w:r w:rsidRPr="00D27E85">
        <w:rPr>
          <w:rFonts w:ascii="Times New Roman" w:eastAsia="思源黑体 CN" w:hAnsi="Times New Roman"/>
        </w:rPr>
        <w:br/>
        <w:t xml:space="preserve">   - </w:t>
      </w:r>
      <w:r w:rsidRPr="00D27E85">
        <w:rPr>
          <w:rFonts w:ascii="Times New Roman" w:eastAsia="思源黑体 CN" w:hAnsi="Times New Roman"/>
        </w:rPr>
        <w:t>第</w:t>
      </w:r>
      <w:r w:rsidRPr="00D27E85">
        <w:rPr>
          <w:rFonts w:ascii="Times New Roman" w:eastAsia="思源黑体 CN" w:hAnsi="Times New Roman"/>
        </w:rPr>
        <w:t xml:space="preserve"> 4 </w:t>
      </w:r>
      <w:proofErr w:type="spellStart"/>
      <w:r w:rsidRPr="00D27E85">
        <w:rPr>
          <w:rFonts w:ascii="Times New Roman" w:eastAsia="思源黑体 CN" w:hAnsi="Times New Roman"/>
        </w:rPr>
        <w:t>列：</w:t>
      </w:r>
      <w:r w:rsidRPr="00D27E85">
        <w:rPr>
          <w:rFonts w:ascii="Times New Roman" w:eastAsia="思源黑体 CN" w:hAnsi="Times New Roman"/>
        </w:rPr>
        <w:t>X_Factor</w:t>
      </w:r>
      <w:proofErr w:type="spellEnd"/>
      <w:r w:rsidRPr="00D27E85">
        <w:rPr>
          <w:rFonts w:ascii="Times New Roman" w:eastAsia="思源黑体 CN" w:hAnsi="Times New Roman"/>
        </w:rPr>
        <w:t>；</w:t>
      </w:r>
      <w:r w:rsidRPr="00D27E85">
        <w:rPr>
          <w:rFonts w:ascii="Times New Roman" w:eastAsia="思源黑体 CN" w:hAnsi="Times New Roman"/>
        </w:rPr>
        <w:br/>
        <w:t xml:space="preserve">   </w:t>
      </w:r>
      <w:r w:rsidRPr="00657D7A">
        <w:rPr>
          <w:rFonts w:ascii="Times New Roman" w:eastAsia="思源黑体 CN" w:hAnsi="Times New Roman" w:cs="微软雅黑"/>
          <w:lang w:eastAsia="zh-CN"/>
        </w:rPr>
        <w:t xml:space="preserve">- </w:t>
      </w:r>
      <w:r w:rsidRPr="00657D7A">
        <w:rPr>
          <w:rFonts w:ascii="Times New Roman" w:eastAsia="思源黑体 CN" w:hAnsi="Times New Roman" w:cs="微软雅黑"/>
          <w:lang w:eastAsia="zh-CN"/>
        </w:rPr>
        <w:t>其他列</w:t>
      </w:r>
      <w:proofErr w:type="spellStart"/>
      <w:r w:rsidRPr="00D27E85">
        <w:rPr>
          <w:rFonts w:ascii="Times New Roman" w:eastAsia="思源黑体 CN" w:hAnsi="Times New Roman"/>
        </w:rPr>
        <w:t>在当前版本中不使用，可以保留但会被忽略</w:t>
      </w:r>
      <w:proofErr w:type="spellEnd"/>
      <w:r w:rsidRPr="00D27E85">
        <w:rPr>
          <w:rFonts w:ascii="Times New Roman" w:eastAsia="思源黑体 CN" w:hAnsi="Times New Roman"/>
        </w:rPr>
        <w:t>。</w:t>
      </w:r>
    </w:p>
    <w:p w14:paraId="18665087" w14:textId="0EC40831" w:rsidR="00657D7A" w:rsidRPr="00657D7A" w:rsidRDefault="00657D7A" w:rsidP="00657D7A">
      <w:pPr>
        <w:pStyle w:val="af"/>
        <w:numPr>
          <w:ilvl w:val="0"/>
          <w:numId w:val="12"/>
        </w:numPr>
        <w:ind w:firstLineChars="0"/>
        <w:rPr>
          <w:rFonts w:ascii="Times New Roman" w:eastAsia="思源黑体 CN" w:hAnsi="Times New Roman"/>
          <w:lang w:eastAsia="zh-CN"/>
        </w:rPr>
      </w:pPr>
      <w:r w:rsidRPr="00657D7A">
        <w:rPr>
          <w:rFonts w:ascii="Times New Roman" w:eastAsia="思源黑体 CN" w:hAnsi="Times New Roman"/>
          <w:b/>
          <w:bCs/>
          <w:lang w:eastAsia="zh-CN"/>
        </w:rPr>
        <w:t>标准化参数（</w:t>
      </w:r>
      <w:proofErr w:type="spellStart"/>
      <w:r w:rsidRPr="00657D7A">
        <w:rPr>
          <w:rFonts w:ascii="Times New Roman" w:eastAsia="思源黑体 CN" w:hAnsi="Times New Roman"/>
          <w:b/>
          <w:bCs/>
          <w:lang w:eastAsia="zh-CN"/>
        </w:rPr>
        <w:t>scalers.json</w:t>
      </w:r>
      <w:proofErr w:type="spellEnd"/>
      <w:r w:rsidRPr="00657D7A">
        <w:rPr>
          <w:rFonts w:ascii="Times New Roman" w:eastAsia="思源黑体 CN" w:hAnsi="Times New Roman"/>
          <w:b/>
          <w:bCs/>
          <w:lang w:eastAsia="zh-CN"/>
        </w:rPr>
        <w:t>）</w:t>
      </w:r>
    </w:p>
    <w:p w14:paraId="282C0CFB" w14:textId="77777777" w:rsidR="00657D7A" w:rsidRPr="00657D7A" w:rsidRDefault="00657D7A" w:rsidP="004F7764">
      <w:pPr>
        <w:ind w:firstLineChars="200" w:firstLine="400"/>
        <w:rPr>
          <w:rFonts w:ascii="Times New Roman" w:eastAsia="思源黑体 CN" w:hAnsi="Times New Roman"/>
          <w:lang w:eastAsia="zh-CN"/>
        </w:rPr>
      </w:pPr>
      <w:r w:rsidRPr="00657D7A">
        <w:rPr>
          <w:rFonts w:ascii="Times New Roman" w:eastAsia="思源黑体 CN" w:hAnsi="Times New Roman"/>
          <w:lang w:eastAsia="zh-CN"/>
        </w:rPr>
        <w:t>模型训练阶段使用的标准化参数由</w:t>
      </w:r>
      <w:r w:rsidRPr="00657D7A">
        <w:rPr>
          <w:rFonts w:ascii="Times New Roman" w:eastAsia="思源黑体 CN" w:hAnsi="Times New Roman"/>
          <w:lang w:eastAsia="zh-CN"/>
        </w:rPr>
        <w:t xml:space="preserve"> Python </w:t>
      </w:r>
      <w:r w:rsidRPr="00657D7A">
        <w:rPr>
          <w:rFonts w:ascii="Times New Roman" w:eastAsia="思源黑体 CN" w:hAnsi="Times New Roman"/>
          <w:lang w:eastAsia="zh-CN"/>
        </w:rPr>
        <w:t>侧导出为</w:t>
      </w:r>
      <w:r w:rsidRPr="00657D7A">
        <w:rPr>
          <w:rFonts w:ascii="Times New Roman" w:eastAsia="思源黑体 CN" w:hAnsi="Times New Roman"/>
          <w:lang w:eastAsia="zh-CN"/>
        </w:rPr>
        <w:t xml:space="preserve"> </w:t>
      </w:r>
      <w:proofErr w:type="spellStart"/>
      <w:r w:rsidRPr="00657D7A">
        <w:rPr>
          <w:rFonts w:ascii="Times New Roman" w:eastAsia="思源黑体 CN" w:hAnsi="Times New Roman"/>
          <w:lang w:eastAsia="zh-CN"/>
        </w:rPr>
        <w:t>scalers.json</w:t>
      </w:r>
      <w:proofErr w:type="spellEnd"/>
      <w:r w:rsidRPr="00657D7A">
        <w:rPr>
          <w:rFonts w:ascii="Times New Roman" w:eastAsia="思源黑体 CN" w:hAnsi="Times New Roman"/>
          <w:lang w:eastAsia="zh-CN"/>
        </w:rPr>
        <w:t>，其中包含：</w:t>
      </w:r>
    </w:p>
    <w:p w14:paraId="3CFACD07" w14:textId="177B783E" w:rsidR="00657D7A" w:rsidRPr="00657D7A" w:rsidRDefault="00657D7A" w:rsidP="00657D7A">
      <w:pPr>
        <w:rPr>
          <w:rFonts w:ascii="Times New Roman" w:eastAsia="思源黑体 CN" w:hAnsi="Times New Roman"/>
          <w:lang w:eastAsia="zh-CN"/>
        </w:rPr>
      </w:pPr>
      <w:r w:rsidRPr="00D27E85">
        <w:rPr>
          <w:rFonts w:ascii="Times New Roman" w:eastAsia="思源黑体 CN" w:hAnsi="Times New Roman"/>
          <w:lang w:eastAsia="zh-CN"/>
        </w:rPr>
        <w:t xml:space="preserve">   </w:t>
      </w:r>
      <w:r w:rsidRPr="00657D7A">
        <w:rPr>
          <w:rFonts w:ascii="Times New Roman" w:eastAsia="思源黑体 CN" w:hAnsi="Times New Roman" w:cs="微软雅黑"/>
          <w:lang w:eastAsia="zh-CN"/>
        </w:rPr>
        <w:t>-</w:t>
      </w:r>
      <w:r>
        <w:rPr>
          <w:rFonts w:ascii="Times New Roman" w:eastAsia="思源黑体 CN" w:hAnsi="Times New Roman" w:cs="微软雅黑" w:hint="eastAsia"/>
          <w:lang w:eastAsia="zh-CN"/>
        </w:rPr>
        <w:t xml:space="preserve"> </w:t>
      </w:r>
      <w:proofErr w:type="spellStart"/>
      <w:r w:rsidRPr="00657D7A">
        <w:rPr>
          <w:rFonts w:ascii="Times New Roman" w:eastAsia="思源黑体 CN" w:hAnsi="Times New Roman" w:hint="eastAsia"/>
        </w:rPr>
        <w:t>输入变量的均</w:t>
      </w:r>
      <w:proofErr w:type="spellEnd"/>
      <w:r w:rsidRPr="00657D7A">
        <w:rPr>
          <w:rFonts w:ascii="Times New Roman" w:eastAsia="思源黑体 CN" w:hAnsi="Times New Roman" w:cs="微软雅黑" w:hint="eastAsia"/>
          <w:lang w:eastAsia="zh-CN"/>
        </w:rPr>
        <w:t>值</w:t>
      </w:r>
      <w:r w:rsidRPr="00657D7A">
        <w:rPr>
          <w:rFonts w:ascii="Times New Roman" w:eastAsia="思源黑体 CN" w:hAnsi="Times New Roman" w:cs="MS Mincho" w:hint="eastAsia"/>
          <w:lang w:eastAsia="zh-CN"/>
        </w:rPr>
        <w:t>与</w:t>
      </w:r>
      <w:r w:rsidRPr="00657D7A">
        <w:rPr>
          <w:rFonts w:ascii="Times New Roman" w:eastAsia="思源黑体 CN" w:hAnsi="Times New Roman" w:cs="微软雅黑" w:hint="eastAsia"/>
          <w:lang w:eastAsia="zh-CN"/>
        </w:rPr>
        <w:t>缩</w:t>
      </w:r>
      <w:r w:rsidRPr="00657D7A">
        <w:rPr>
          <w:rFonts w:ascii="Times New Roman" w:eastAsia="思源黑体 CN" w:hAnsi="Times New Roman" w:cs="MS Mincho" w:hint="eastAsia"/>
          <w:lang w:eastAsia="zh-CN"/>
        </w:rPr>
        <w:t>放系数（</w:t>
      </w:r>
      <w:proofErr w:type="spellStart"/>
      <w:r w:rsidRPr="00657D7A">
        <w:rPr>
          <w:rFonts w:ascii="Times New Roman" w:eastAsia="思源黑体 CN" w:hAnsi="Times New Roman"/>
          <w:lang w:eastAsia="zh-CN"/>
        </w:rPr>
        <w:t>in_mean</w:t>
      </w:r>
      <w:proofErr w:type="spellEnd"/>
      <w:r w:rsidRPr="00657D7A">
        <w:rPr>
          <w:rFonts w:ascii="Times New Roman" w:eastAsia="思源黑体 CN" w:hAnsi="Times New Roman"/>
          <w:lang w:eastAsia="zh-CN"/>
        </w:rPr>
        <w:t xml:space="preserve">, </w:t>
      </w:r>
      <w:proofErr w:type="spellStart"/>
      <w:r w:rsidRPr="00657D7A">
        <w:rPr>
          <w:rFonts w:ascii="Times New Roman" w:eastAsia="思源黑体 CN" w:hAnsi="Times New Roman"/>
          <w:lang w:eastAsia="zh-CN"/>
        </w:rPr>
        <w:t>in_scale</w:t>
      </w:r>
      <w:proofErr w:type="spellEnd"/>
      <w:r w:rsidRPr="00657D7A">
        <w:rPr>
          <w:rFonts w:ascii="Times New Roman" w:eastAsia="思源黑体 CN" w:hAnsi="Times New Roman"/>
          <w:lang w:eastAsia="zh-CN"/>
        </w:rPr>
        <w:t>）</w:t>
      </w:r>
    </w:p>
    <w:p w14:paraId="7C986932" w14:textId="76C09D7D" w:rsidR="00657D7A" w:rsidRPr="00657D7A" w:rsidRDefault="00657D7A" w:rsidP="00657D7A">
      <w:pPr>
        <w:rPr>
          <w:rFonts w:ascii="Times New Roman" w:eastAsia="思源黑体 CN" w:hAnsi="Times New Roman" w:cs="微软雅黑"/>
          <w:lang w:eastAsia="zh-CN"/>
        </w:rPr>
      </w:pPr>
      <w:r w:rsidRPr="00D27E85">
        <w:rPr>
          <w:rFonts w:ascii="Times New Roman" w:eastAsia="思源黑体 CN" w:hAnsi="Times New Roman"/>
        </w:rPr>
        <w:t xml:space="preserve">   </w:t>
      </w:r>
      <w:r w:rsidRPr="00657D7A">
        <w:rPr>
          <w:rFonts w:ascii="Times New Roman" w:eastAsia="思源黑体 CN" w:hAnsi="Times New Roman" w:cs="微软雅黑"/>
          <w:lang w:eastAsia="zh-CN"/>
        </w:rPr>
        <w:t>-</w:t>
      </w:r>
      <w:r>
        <w:rPr>
          <w:rFonts w:ascii="Times New Roman" w:eastAsia="思源黑体 CN" w:hAnsi="Times New Roman" w:cs="微软雅黑" w:hint="eastAsia"/>
          <w:lang w:eastAsia="zh-CN"/>
        </w:rPr>
        <w:t xml:space="preserve"> </w:t>
      </w:r>
      <w:r w:rsidRPr="00657D7A">
        <w:rPr>
          <w:rFonts w:ascii="Times New Roman" w:eastAsia="思源黑体 CN" w:hAnsi="Times New Roman" w:cs="微软雅黑"/>
          <w:lang w:eastAsia="zh-CN"/>
        </w:rPr>
        <w:t>输出变量的均值与缩放系数（</w:t>
      </w:r>
      <w:proofErr w:type="spellStart"/>
      <w:r w:rsidRPr="00657D7A">
        <w:rPr>
          <w:rFonts w:ascii="Times New Roman" w:eastAsia="思源黑体 CN" w:hAnsi="Times New Roman" w:cs="微软雅黑"/>
          <w:lang w:eastAsia="zh-CN"/>
        </w:rPr>
        <w:t>out_mean</w:t>
      </w:r>
      <w:proofErr w:type="spellEnd"/>
      <w:r w:rsidRPr="00657D7A">
        <w:rPr>
          <w:rFonts w:ascii="Times New Roman" w:eastAsia="思源黑体 CN" w:hAnsi="Times New Roman" w:cs="微软雅黑"/>
          <w:lang w:eastAsia="zh-CN"/>
        </w:rPr>
        <w:t xml:space="preserve">, </w:t>
      </w:r>
      <w:proofErr w:type="spellStart"/>
      <w:r w:rsidRPr="00657D7A">
        <w:rPr>
          <w:rFonts w:ascii="Times New Roman" w:eastAsia="思源黑体 CN" w:hAnsi="Times New Roman" w:cs="微软雅黑"/>
          <w:lang w:eastAsia="zh-CN"/>
        </w:rPr>
        <w:t>out_scale</w:t>
      </w:r>
      <w:proofErr w:type="spellEnd"/>
      <w:r w:rsidRPr="00657D7A">
        <w:rPr>
          <w:rFonts w:ascii="Times New Roman" w:eastAsia="思源黑体 CN" w:hAnsi="Times New Roman" w:cs="微软雅黑"/>
          <w:lang w:eastAsia="zh-CN"/>
        </w:rPr>
        <w:t>）</w:t>
      </w:r>
    </w:p>
    <w:p w14:paraId="7E089354" w14:textId="77777777" w:rsidR="00657D7A" w:rsidRPr="00657D7A" w:rsidRDefault="00657D7A" w:rsidP="004F7764">
      <w:pPr>
        <w:ind w:firstLineChars="200" w:firstLine="400"/>
        <w:rPr>
          <w:rFonts w:ascii="Times New Roman" w:eastAsia="思源黑体 CN" w:hAnsi="Times New Roman"/>
          <w:lang w:eastAsia="zh-CN"/>
        </w:rPr>
      </w:pPr>
      <w:r w:rsidRPr="00657D7A">
        <w:rPr>
          <w:rFonts w:ascii="Times New Roman" w:eastAsia="思源黑体 CN" w:hAnsi="Times New Roman"/>
          <w:lang w:eastAsia="zh-CN"/>
        </w:rPr>
        <w:t>在</w:t>
      </w:r>
      <w:r w:rsidRPr="00657D7A">
        <w:rPr>
          <w:rFonts w:ascii="Times New Roman" w:eastAsia="思源黑体 CN" w:hAnsi="Times New Roman"/>
          <w:lang w:eastAsia="zh-CN"/>
        </w:rPr>
        <w:t xml:space="preserve"> PLC </w:t>
      </w:r>
      <w:r w:rsidRPr="00657D7A">
        <w:rPr>
          <w:rFonts w:ascii="Times New Roman" w:eastAsia="思源黑体 CN" w:hAnsi="Times New Roman"/>
          <w:lang w:eastAsia="zh-CN"/>
        </w:rPr>
        <w:t>工程中，这些参数需要被手动写入</w:t>
      </w:r>
      <w:r w:rsidRPr="00657D7A">
        <w:rPr>
          <w:rFonts w:ascii="Times New Roman" w:eastAsia="思源黑体 CN" w:hAnsi="Times New Roman"/>
          <w:lang w:eastAsia="zh-CN"/>
        </w:rPr>
        <w:t xml:space="preserve"> GVL </w:t>
      </w:r>
      <w:r w:rsidRPr="00657D7A">
        <w:rPr>
          <w:rFonts w:ascii="Times New Roman" w:eastAsia="思源黑体 CN" w:hAnsi="Times New Roman"/>
          <w:lang w:eastAsia="zh-CN"/>
        </w:rPr>
        <w:t>中的对应常量（如</w:t>
      </w:r>
      <w:r w:rsidRPr="00657D7A">
        <w:rPr>
          <w:rFonts w:ascii="Times New Roman" w:eastAsia="思源黑体 CN" w:hAnsi="Times New Roman"/>
          <w:lang w:eastAsia="zh-CN"/>
        </w:rPr>
        <w:t xml:space="preserve"> </w:t>
      </w:r>
      <w:proofErr w:type="spellStart"/>
      <w:r w:rsidRPr="00657D7A">
        <w:rPr>
          <w:rFonts w:ascii="Times New Roman" w:eastAsia="思源黑体 CN" w:hAnsi="Times New Roman"/>
          <w:lang w:eastAsia="zh-CN"/>
        </w:rPr>
        <w:t>cInMean</w:t>
      </w:r>
      <w:proofErr w:type="spellEnd"/>
      <w:r w:rsidRPr="00657D7A">
        <w:rPr>
          <w:rFonts w:ascii="Times New Roman" w:eastAsia="思源黑体 CN" w:hAnsi="Times New Roman"/>
          <w:lang w:eastAsia="zh-CN"/>
        </w:rPr>
        <w:t>、</w:t>
      </w:r>
      <w:proofErr w:type="spellStart"/>
      <w:r w:rsidRPr="00657D7A">
        <w:rPr>
          <w:rFonts w:ascii="Times New Roman" w:eastAsia="思源黑体 CN" w:hAnsi="Times New Roman"/>
          <w:lang w:eastAsia="zh-CN"/>
        </w:rPr>
        <w:t>cInScale</w:t>
      </w:r>
      <w:proofErr w:type="spellEnd"/>
      <w:r w:rsidRPr="00657D7A">
        <w:rPr>
          <w:rFonts w:ascii="Times New Roman" w:eastAsia="思源黑体 CN" w:hAnsi="Times New Roman"/>
          <w:lang w:eastAsia="zh-CN"/>
        </w:rPr>
        <w:t>、</w:t>
      </w:r>
      <w:proofErr w:type="spellStart"/>
      <w:r w:rsidRPr="00657D7A">
        <w:rPr>
          <w:rFonts w:ascii="Times New Roman" w:eastAsia="思源黑体 CN" w:hAnsi="Times New Roman"/>
          <w:lang w:eastAsia="zh-CN"/>
        </w:rPr>
        <w:t>cOutMean</w:t>
      </w:r>
      <w:proofErr w:type="spellEnd"/>
      <w:r w:rsidRPr="00657D7A">
        <w:rPr>
          <w:rFonts w:ascii="Times New Roman" w:eastAsia="思源黑体 CN" w:hAnsi="Times New Roman"/>
          <w:lang w:eastAsia="zh-CN"/>
        </w:rPr>
        <w:t>、</w:t>
      </w:r>
      <w:proofErr w:type="spellStart"/>
      <w:r w:rsidRPr="00657D7A">
        <w:rPr>
          <w:rFonts w:ascii="Times New Roman" w:eastAsia="思源黑体 CN" w:hAnsi="Times New Roman"/>
          <w:lang w:eastAsia="zh-CN"/>
        </w:rPr>
        <w:t>cOutScale</w:t>
      </w:r>
      <w:proofErr w:type="spellEnd"/>
      <w:r w:rsidRPr="00657D7A">
        <w:rPr>
          <w:rFonts w:ascii="Times New Roman" w:eastAsia="思源黑体 CN" w:hAnsi="Times New Roman"/>
          <w:lang w:eastAsia="zh-CN"/>
        </w:rPr>
        <w:t>），并在窗口构建与推理后反标准化过程中使用。</w:t>
      </w:r>
    </w:p>
    <w:p w14:paraId="3FB780D7" w14:textId="77777777" w:rsidR="004F7764" w:rsidRDefault="00657D7A" w:rsidP="004F7764">
      <w:pPr>
        <w:spacing w:after="120"/>
        <w:rPr>
          <w:rFonts w:ascii="Times New Roman" w:eastAsia="思源黑体 CN" w:hAnsi="Times New Roman"/>
          <w:color w:val="FF0000"/>
          <w:lang w:eastAsia="zh-CN"/>
        </w:rPr>
      </w:pPr>
      <w:r w:rsidRPr="00657D7A">
        <w:rPr>
          <w:rFonts w:ascii="Times New Roman" w:eastAsia="思源黑体 CN" w:hAnsi="Times New Roman"/>
          <w:b/>
          <w:bCs/>
          <w:color w:val="FF0000"/>
          <w:lang w:eastAsia="zh-CN"/>
        </w:rPr>
        <w:t>注意：</w:t>
      </w:r>
    </w:p>
    <w:p w14:paraId="2A08FA93" w14:textId="1744A696" w:rsidR="00657D7A" w:rsidRPr="00657D7A" w:rsidRDefault="00657D7A" w:rsidP="004F7764">
      <w:pPr>
        <w:ind w:firstLineChars="200" w:firstLine="400"/>
        <w:rPr>
          <w:rFonts w:ascii="Times New Roman" w:eastAsia="思源黑体 CN" w:hAnsi="Times New Roman"/>
          <w:color w:val="FF0000"/>
          <w:lang w:eastAsia="zh-CN"/>
        </w:rPr>
      </w:pPr>
      <w:proofErr w:type="spellStart"/>
      <w:r w:rsidRPr="00657D7A">
        <w:rPr>
          <w:rFonts w:ascii="Times New Roman" w:eastAsia="思源黑体 CN" w:hAnsi="Times New Roman"/>
          <w:color w:val="FF0000"/>
          <w:lang w:eastAsia="zh-CN"/>
        </w:rPr>
        <w:t>scalers.json</w:t>
      </w:r>
      <w:proofErr w:type="spellEnd"/>
      <w:r w:rsidRPr="00657D7A">
        <w:rPr>
          <w:rFonts w:ascii="Times New Roman" w:eastAsia="思源黑体 CN" w:hAnsi="Times New Roman"/>
          <w:color w:val="FF0000"/>
          <w:lang w:eastAsia="zh-CN"/>
        </w:rPr>
        <w:t xml:space="preserve"> </w:t>
      </w:r>
      <w:r w:rsidRPr="00657D7A">
        <w:rPr>
          <w:rFonts w:ascii="Times New Roman" w:eastAsia="思源黑体 CN" w:hAnsi="Times New Roman"/>
          <w:color w:val="FF0000"/>
          <w:lang w:eastAsia="zh-CN"/>
        </w:rPr>
        <w:t>本身不由</w:t>
      </w:r>
      <w:r w:rsidRPr="00657D7A">
        <w:rPr>
          <w:rFonts w:ascii="Times New Roman" w:eastAsia="思源黑体 CN" w:hAnsi="Times New Roman"/>
          <w:color w:val="FF0000"/>
          <w:lang w:eastAsia="zh-CN"/>
        </w:rPr>
        <w:t xml:space="preserve"> TF3820 </w:t>
      </w:r>
      <w:r w:rsidRPr="00657D7A">
        <w:rPr>
          <w:rFonts w:ascii="Times New Roman" w:eastAsia="思源黑体 CN" w:hAnsi="Times New Roman"/>
          <w:color w:val="FF0000"/>
          <w:lang w:eastAsia="zh-CN"/>
        </w:rPr>
        <w:t>自动加载，</w:t>
      </w:r>
      <w:r w:rsidRPr="00657D7A">
        <w:rPr>
          <w:rFonts w:ascii="Times New Roman" w:eastAsia="思源黑体 CN" w:hAnsi="Times New Roman"/>
          <w:color w:val="FF0000"/>
          <w:lang w:eastAsia="zh-CN"/>
        </w:rPr>
        <w:t xml:space="preserve">PLC </w:t>
      </w:r>
      <w:r w:rsidRPr="00657D7A">
        <w:rPr>
          <w:rFonts w:ascii="Times New Roman" w:eastAsia="思源黑体 CN" w:hAnsi="Times New Roman"/>
          <w:color w:val="FF0000"/>
          <w:lang w:eastAsia="zh-CN"/>
        </w:rPr>
        <w:t>必须显</w:t>
      </w:r>
      <w:proofErr w:type="gramStart"/>
      <w:r w:rsidRPr="00657D7A">
        <w:rPr>
          <w:rFonts w:ascii="Times New Roman" w:eastAsia="思源黑体 CN" w:hAnsi="Times New Roman"/>
          <w:color w:val="FF0000"/>
          <w:lang w:eastAsia="zh-CN"/>
        </w:rPr>
        <w:t>式使用</w:t>
      </w:r>
      <w:proofErr w:type="gramEnd"/>
      <w:r w:rsidRPr="00657D7A">
        <w:rPr>
          <w:rFonts w:ascii="Times New Roman" w:eastAsia="思源黑体 CN" w:hAnsi="Times New Roman"/>
          <w:color w:val="FF0000"/>
          <w:lang w:eastAsia="zh-CN"/>
        </w:rPr>
        <w:t>这些参数，否则预测结果将与</w:t>
      </w:r>
      <w:r w:rsidRPr="00657D7A">
        <w:rPr>
          <w:rFonts w:ascii="Times New Roman" w:eastAsia="思源黑体 CN" w:hAnsi="Times New Roman"/>
          <w:color w:val="FF0000"/>
          <w:lang w:eastAsia="zh-CN"/>
        </w:rPr>
        <w:t xml:space="preserve"> Python </w:t>
      </w:r>
      <w:r w:rsidRPr="00657D7A">
        <w:rPr>
          <w:rFonts w:ascii="Times New Roman" w:eastAsia="思源黑体 CN" w:hAnsi="Times New Roman"/>
          <w:color w:val="FF0000"/>
          <w:lang w:eastAsia="zh-CN"/>
        </w:rPr>
        <w:t>训练环境不一致，导致明显的偏移或缩放错误。</w:t>
      </w:r>
    </w:p>
    <w:p w14:paraId="45415F30" w14:textId="77777777" w:rsidR="00657D7A" w:rsidRPr="00657D7A" w:rsidRDefault="00657D7A">
      <w:pPr>
        <w:rPr>
          <w:rFonts w:ascii="Times New Roman" w:eastAsia="思源黑体 CN" w:hAnsi="Times New Roman"/>
          <w:lang w:eastAsia="zh-CN"/>
        </w:rPr>
      </w:pPr>
    </w:p>
    <w:p w14:paraId="44276473" w14:textId="77777777" w:rsidR="0070452C" w:rsidRDefault="0010492F">
      <w:pPr>
        <w:rPr>
          <w:rFonts w:ascii="Times New Roman" w:eastAsia="思源黑体 CN" w:hAnsi="Times New Roman"/>
          <w:lang w:eastAsia="zh-CN"/>
        </w:rPr>
      </w:pPr>
      <w:r w:rsidRPr="00D27E85">
        <w:rPr>
          <w:rFonts w:ascii="Times New Roman" w:eastAsia="思源黑体 CN" w:hAnsi="Times New Roman"/>
          <w:noProof/>
          <w:lang w:eastAsia="zh-CN"/>
        </w:rPr>
        <w:lastRenderedPageBreak/>
        <w:drawing>
          <wp:inline distT="0" distB="0" distL="0" distR="0" wp14:anchorId="61A8741C" wp14:editId="167B3DA7">
            <wp:extent cx="5486400" cy="2948940"/>
            <wp:effectExtent l="0" t="0" r="0" b="3810"/>
            <wp:docPr id="1046018827" name="图片 1" descr="电脑的截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018827" name="图片 1" descr="电脑的截图&#10;&#10;AI 生成的内容可能不正确。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7E85">
        <w:rPr>
          <w:rFonts w:ascii="Times New Roman" w:eastAsia="思源黑体 CN" w:hAnsi="Times New Roman"/>
          <w:lang w:eastAsia="zh-CN"/>
        </w:rPr>
        <w:t xml:space="preserve"> </w:t>
      </w:r>
    </w:p>
    <w:p w14:paraId="77643701" w14:textId="33731BD4" w:rsidR="00115F69" w:rsidRPr="00D27E85" w:rsidRDefault="0070452C">
      <w:pPr>
        <w:rPr>
          <w:rFonts w:ascii="Times New Roman" w:eastAsia="思源黑体 CN" w:hAnsi="Times New Roman"/>
          <w:lang w:eastAsia="zh-CN"/>
        </w:rPr>
      </w:pPr>
      <w:r>
        <w:rPr>
          <w:noProof/>
        </w:rPr>
        <w:drawing>
          <wp:inline distT="0" distB="0" distL="0" distR="0" wp14:anchorId="61FF74BF" wp14:editId="07D29DBD">
            <wp:extent cx="5486400" cy="2948940"/>
            <wp:effectExtent l="0" t="0" r="0" b="3810"/>
            <wp:docPr id="20812860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28601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5F69" w:rsidRPr="00D27E85">
        <w:rPr>
          <w:rFonts w:ascii="Times New Roman" w:eastAsia="思源黑体 CN" w:hAnsi="Times New Roman"/>
          <w:lang w:eastAsia="zh-CN"/>
        </w:rPr>
        <w:br w:type="page"/>
      </w:r>
    </w:p>
    <w:p w14:paraId="45F9F85E" w14:textId="77777777" w:rsidR="00773DBB" w:rsidRPr="00D27E85" w:rsidRDefault="00773DBB">
      <w:pPr>
        <w:rPr>
          <w:rFonts w:ascii="Times New Roman" w:eastAsia="思源黑体 CN" w:hAnsi="Times New Roman"/>
          <w:lang w:eastAsia="zh-CN"/>
        </w:rPr>
      </w:pPr>
    </w:p>
    <w:p w14:paraId="7EB7AD40" w14:textId="77777777" w:rsidR="00773DBB" w:rsidRPr="00D27E85" w:rsidRDefault="00000000">
      <w:pPr>
        <w:pStyle w:val="1"/>
        <w:rPr>
          <w:rFonts w:ascii="Times New Roman" w:eastAsia="思源黑体 CN" w:hAnsi="Times New Roman"/>
          <w:lang w:eastAsia="zh-CN"/>
        </w:rPr>
      </w:pPr>
      <w:bookmarkStart w:id="7" w:name="_Toc215582818"/>
      <w:r w:rsidRPr="00D27E85">
        <w:rPr>
          <w:rFonts w:ascii="Times New Roman" w:eastAsia="思源黑体 CN" w:hAnsi="Times New Roman"/>
          <w:lang w:eastAsia="zh-CN"/>
        </w:rPr>
        <w:t>七、运行示例的详细步骤</w:t>
      </w:r>
      <w:bookmarkEnd w:id="7"/>
    </w:p>
    <w:p w14:paraId="677E7BFD" w14:textId="77777777" w:rsidR="00773DBB" w:rsidRPr="00D27E85" w:rsidRDefault="00000000" w:rsidP="00811B72">
      <w:pPr>
        <w:ind w:firstLineChars="200" w:firstLine="400"/>
        <w:rPr>
          <w:rFonts w:ascii="Times New Roman" w:eastAsia="思源黑体 CN" w:hAnsi="Times New Roman"/>
        </w:rPr>
      </w:pPr>
      <w:proofErr w:type="spellStart"/>
      <w:proofErr w:type="gramStart"/>
      <w:r w:rsidRPr="00D27E85">
        <w:rPr>
          <w:rFonts w:ascii="Times New Roman" w:eastAsia="思源黑体 CN" w:hAnsi="Times New Roman"/>
        </w:rPr>
        <w:t>本章节以</w:t>
      </w:r>
      <w:r w:rsidRPr="00D27E85">
        <w:rPr>
          <w:rFonts w:ascii="Times New Roman" w:eastAsia="思源黑体 CN" w:hAnsi="Times New Roman"/>
        </w:rPr>
        <w:t>“</w:t>
      </w:r>
      <w:proofErr w:type="gramEnd"/>
      <w:r w:rsidRPr="00D27E85">
        <w:rPr>
          <w:rFonts w:ascii="Times New Roman" w:eastAsia="思源黑体 CN" w:hAnsi="Times New Roman"/>
        </w:rPr>
        <w:t>从无到有</w:t>
      </w:r>
      <w:r w:rsidRPr="00D27E85">
        <w:rPr>
          <w:rFonts w:ascii="Times New Roman" w:eastAsia="思源黑体 CN" w:hAnsi="Times New Roman"/>
        </w:rPr>
        <w:t>”</w:t>
      </w:r>
      <w:r w:rsidRPr="00D27E85">
        <w:rPr>
          <w:rFonts w:ascii="Times New Roman" w:eastAsia="思源黑体 CN" w:hAnsi="Times New Roman"/>
        </w:rPr>
        <w:t>为顺序，说明如何在一台新环境的工程机上运行</w:t>
      </w:r>
      <w:proofErr w:type="spellEnd"/>
      <w:r w:rsidRPr="00D27E85">
        <w:rPr>
          <w:rFonts w:ascii="Times New Roman" w:eastAsia="思源黑体 CN" w:hAnsi="Times New Roman"/>
        </w:rPr>
        <w:t xml:space="preserve"> CNN_GRU_INFERENCE </w:t>
      </w:r>
      <w:proofErr w:type="spellStart"/>
      <w:r w:rsidRPr="00D27E85">
        <w:rPr>
          <w:rFonts w:ascii="Times New Roman" w:eastAsia="思源黑体 CN" w:hAnsi="Times New Roman"/>
        </w:rPr>
        <w:t>示例</w:t>
      </w:r>
      <w:proofErr w:type="spellEnd"/>
      <w:r w:rsidRPr="00D27E85">
        <w:rPr>
          <w:rFonts w:ascii="Times New Roman" w:eastAsia="思源黑体 CN" w:hAnsi="Times New Roman"/>
        </w:rPr>
        <w:t>。</w:t>
      </w:r>
    </w:p>
    <w:p w14:paraId="7A678FF8" w14:textId="77777777" w:rsidR="00773DBB" w:rsidRPr="000605FC" w:rsidRDefault="00000000">
      <w:pPr>
        <w:rPr>
          <w:rFonts w:ascii="Times New Roman" w:eastAsia="思源黑体 CN" w:hAnsi="Times New Roman"/>
        </w:rPr>
      </w:pPr>
      <w:proofErr w:type="spellStart"/>
      <w:r w:rsidRPr="000605FC">
        <w:rPr>
          <w:rFonts w:ascii="Times New Roman" w:eastAsia="思源黑体 CN" w:hAnsi="Times New Roman"/>
        </w:rPr>
        <w:t>步骤</w:t>
      </w:r>
      <w:proofErr w:type="spellEnd"/>
      <w:r w:rsidRPr="000605FC">
        <w:rPr>
          <w:rFonts w:ascii="Times New Roman" w:eastAsia="思源黑体 CN" w:hAnsi="Times New Roman"/>
        </w:rPr>
        <w:t xml:space="preserve"> 1</w:t>
      </w:r>
      <w:r w:rsidRPr="000605FC">
        <w:rPr>
          <w:rFonts w:ascii="Times New Roman" w:eastAsia="思源黑体 CN" w:hAnsi="Times New Roman"/>
        </w:rPr>
        <w:t>：导入</w:t>
      </w:r>
      <w:r w:rsidRPr="000605FC">
        <w:rPr>
          <w:rFonts w:ascii="Times New Roman" w:eastAsia="思源黑体 CN" w:hAnsi="Times New Roman"/>
        </w:rPr>
        <w:t xml:space="preserve"> PLC </w:t>
      </w:r>
      <w:proofErr w:type="spellStart"/>
      <w:r w:rsidRPr="000605FC">
        <w:rPr>
          <w:rFonts w:ascii="Times New Roman" w:eastAsia="思源黑体 CN" w:hAnsi="Times New Roman"/>
        </w:rPr>
        <w:t>工程</w:t>
      </w:r>
      <w:proofErr w:type="spellEnd"/>
      <w:r w:rsidRPr="000605FC">
        <w:rPr>
          <w:rFonts w:ascii="Times New Roman" w:eastAsia="思源黑体 CN" w:hAnsi="Times New Roman"/>
        </w:rPr>
        <w:br/>
        <w:t xml:space="preserve">   1</w:t>
      </w:r>
      <w:r w:rsidRPr="000605FC">
        <w:rPr>
          <w:rFonts w:ascii="Times New Roman" w:eastAsia="思源黑体 CN" w:hAnsi="Times New Roman"/>
        </w:rPr>
        <w:t>）打开</w:t>
      </w:r>
      <w:r w:rsidRPr="000605FC">
        <w:rPr>
          <w:rFonts w:ascii="Times New Roman" w:eastAsia="思源黑体 CN" w:hAnsi="Times New Roman"/>
        </w:rPr>
        <w:t xml:space="preserve"> Visual </w:t>
      </w:r>
      <w:proofErr w:type="spellStart"/>
      <w:r w:rsidRPr="000605FC">
        <w:rPr>
          <w:rFonts w:ascii="Times New Roman" w:eastAsia="思源黑体 CN" w:hAnsi="Times New Roman"/>
        </w:rPr>
        <w:t>Studio</w:t>
      </w:r>
      <w:r w:rsidRPr="000605FC">
        <w:rPr>
          <w:rFonts w:ascii="Times New Roman" w:eastAsia="思源黑体 CN" w:hAnsi="Times New Roman"/>
        </w:rPr>
        <w:t>（带</w:t>
      </w:r>
      <w:proofErr w:type="spellEnd"/>
      <w:r w:rsidRPr="000605FC">
        <w:rPr>
          <w:rFonts w:ascii="Times New Roman" w:eastAsia="思源黑体 CN" w:hAnsi="Times New Roman"/>
        </w:rPr>
        <w:t xml:space="preserve"> </w:t>
      </w:r>
      <w:proofErr w:type="spellStart"/>
      <w:r w:rsidRPr="000605FC">
        <w:rPr>
          <w:rFonts w:ascii="Times New Roman" w:eastAsia="思源黑体 CN" w:hAnsi="Times New Roman"/>
        </w:rPr>
        <w:t>TwinCAT</w:t>
      </w:r>
      <w:proofErr w:type="spellEnd"/>
      <w:r w:rsidRPr="000605FC">
        <w:rPr>
          <w:rFonts w:ascii="Times New Roman" w:eastAsia="思源黑体 CN" w:hAnsi="Times New Roman"/>
        </w:rPr>
        <w:t xml:space="preserve"> </w:t>
      </w:r>
      <w:proofErr w:type="spellStart"/>
      <w:r w:rsidRPr="000605FC">
        <w:rPr>
          <w:rFonts w:ascii="Times New Roman" w:eastAsia="思源黑体 CN" w:hAnsi="Times New Roman"/>
        </w:rPr>
        <w:t>插件</w:t>
      </w:r>
      <w:proofErr w:type="spellEnd"/>
      <w:r w:rsidRPr="000605FC">
        <w:rPr>
          <w:rFonts w:ascii="Times New Roman" w:eastAsia="思源黑体 CN" w:hAnsi="Times New Roman"/>
        </w:rPr>
        <w:t>）；</w:t>
      </w:r>
      <w:r w:rsidRPr="000605FC">
        <w:rPr>
          <w:rFonts w:ascii="Times New Roman" w:eastAsia="思源黑体 CN" w:hAnsi="Times New Roman"/>
        </w:rPr>
        <w:br/>
        <w:t xml:space="preserve">   2</w:t>
      </w:r>
      <w:r w:rsidRPr="000605FC">
        <w:rPr>
          <w:rFonts w:ascii="Times New Roman" w:eastAsia="思源黑体 CN" w:hAnsi="Times New Roman"/>
        </w:rPr>
        <w:t>）新建或打开一个</w:t>
      </w:r>
      <w:r w:rsidRPr="000605FC">
        <w:rPr>
          <w:rFonts w:ascii="Times New Roman" w:eastAsia="思源黑体 CN" w:hAnsi="Times New Roman"/>
        </w:rPr>
        <w:t xml:space="preserve"> </w:t>
      </w:r>
      <w:proofErr w:type="spellStart"/>
      <w:r w:rsidRPr="000605FC">
        <w:rPr>
          <w:rFonts w:ascii="Times New Roman" w:eastAsia="思源黑体 CN" w:hAnsi="Times New Roman"/>
        </w:rPr>
        <w:t>TwinCAT</w:t>
      </w:r>
      <w:proofErr w:type="spellEnd"/>
      <w:r w:rsidRPr="000605FC">
        <w:rPr>
          <w:rFonts w:ascii="Times New Roman" w:eastAsia="思源黑体 CN" w:hAnsi="Times New Roman"/>
        </w:rPr>
        <w:t xml:space="preserve"> </w:t>
      </w:r>
      <w:proofErr w:type="spellStart"/>
      <w:r w:rsidRPr="000605FC">
        <w:rPr>
          <w:rFonts w:ascii="Times New Roman" w:eastAsia="思源黑体 CN" w:hAnsi="Times New Roman"/>
        </w:rPr>
        <w:t>解决方案</w:t>
      </w:r>
      <w:proofErr w:type="spellEnd"/>
      <w:r w:rsidRPr="000605FC">
        <w:rPr>
          <w:rFonts w:ascii="Times New Roman" w:eastAsia="思源黑体 CN" w:hAnsi="Times New Roman"/>
        </w:rPr>
        <w:t>；</w:t>
      </w:r>
      <w:r w:rsidRPr="000605FC">
        <w:rPr>
          <w:rFonts w:ascii="Times New Roman" w:eastAsia="思源黑体 CN" w:hAnsi="Times New Roman"/>
        </w:rPr>
        <w:br/>
        <w:t xml:space="preserve">   3</w:t>
      </w:r>
      <w:r w:rsidRPr="000605FC">
        <w:rPr>
          <w:rFonts w:ascii="Times New Roman" w:eastAsia="思源黑体 CN" w:hAnsi="Times New Roman"/>
        </w:rPr>
        <w:t>）</w:t>
      </w:r>
      <w:proofErr w:type="gramStart"/>
      <w:r w:rsidRPr="000605FC">
        <w:rPr>
          <w:rFonts w:ascii="Times New Roman" w:eastAsia="思源黑体 CN" w:hAnsi="Times New Roman"/>
        </w:rPr>
        <w:t>右键</w:t>
      </w:r>
      <w:r w:rsidRPr="000605FC">
        <w:rPr>
          <w:rFonts w:ascii="Times New Roman" w:eastAsia="思源黑体 CN" w:hAnsi="Times New Roman"/>
        </w:rPr>
        <w:t>“</w:t>
      </w:r>
      <w:proofErr w:type="gramEnd"/>
      <w:r w:rsidRPr="000605FC">
        <w:rPr>
          <w:rFonts w:ascii="Times New Roman" w:eastAsia="思源黑体 CN" w:hAnsi="Times New Roman"/>
        </w:rPr>
        <w:t>PLC”→“</w:t>
      </w:r>
      <w:r w:rsidRPr="000605FC">
        <w:rPr>
          <w:rFonts w:ascii="Times New Roman" w:eastAsia="思源黑体 CN" w:hAnsi="Times New Roman"/>
        </w:rPr>
        <w:t>添加现有项</w:t>
      </w:r>
      <w:r w:rsidRPr="000605FC">
        <w:rPr>
          <w:rFonts w:ascii="Times New Roman" w:eastAsia="思源黑体 CN" w:hAnsi="Times New Roman"/>
        </w:rPr>
        <w:t>”</w:t>
      </w:r>
      <w:r w:rsidRPr="000605FC">
        <w:rPr>
          <w:rFonts w:ascii="Times New Roman" w:eastAsia="思源黑体 CN" w:hAnsi="Times New Roman"/>
        </w:rPr>
        <w:t>，选择</w:t>
      </w:r>
      <w:r w:rsidRPr="000605FC">
        <w:rPr>
          <w:rFonts w:ascii="Times New Roman" w:eastAsia="思源黑体 CN" w:hAnsi="Times New Roman"/>
        </w:rPr>
        <w:t xml:space="preserve"> CNN_GRU_INFERENCE.xml</w:t>
      </w:r>
      <w:r w:rsidRPr="000605FC">
        <w:rPr>
          <w:rFonts w:ascii="Times New Roman" w:eastAsia="思源黑体 CN" w:hAnsi="Times New Roman"/>
        </w:rPr>
        <w:t>；</w:t>
      </w:r>
      <w:r w:rsidRPr="000605FC">
        <w:rPr>
          <w:rFonts w:ascii="Times New Roman" w:eastAsia="思源黑体 CN" w:hAnsi="Times New Roman"/>
        </w:rPr>
        <w:br/>
        <w:t xml:space="preserve">   4</w:t>
      </w:r>
      <w:r w:rsidRPr="000605FC">
        <w:rPr>
          <w:rFonts w:ascii="Times New Roman" w:eastAsia="思源黑体 CN" w:hAnsi="Times New Roman"/>
        </w:rPr>
        <w:t>）确认工程中已出现</w:t>
      </w:r>
      <w:r w:rsidRPr="000605FC">
        <w:rPr>
          <w:rFonts w:ascii="Times New Roman" w:eastAsia="思源黑体 CN" w:hAnsi="Times New Roman"/>
        </w:rPr>
        <w:t xml:space="preserve"> GVL</w:t>
      </w:r>
      <w:r w:rsidRPr="000605FC">
        <w:rPr>
          <w:rFonts w:ascii="Times New Roman" w:eastAsia="思源黑体 CN" w:hAnsi="Times New Roman"/>
        </w:rPr>
        <w:t>、</w:t>
      </w:r>
      <w:r w:rsidRPr="000605FC">
        <w:rPr>
          <w:rFonts w:ascii="Times New Roman" w:eastAsia="思源黑体 CN" w:hAnsi="Times New Roman"/>
        </w:rPr>
        <w:t xml:space="preserve">DUT </w:t>
      </w:r>
      <w:proofErr w:type="spellStart"/>
      <w:r w:rsidRPr="000605FC">
        <w:rPr>
          <w:rFonts w:ascii="Times New Roman" w:eastAsia="思源黑体 CN" w:hAnsi="Times New Roman"/>
        </w:rPr>
        <w:t>与各个</w:t>
      </w:r>
      <w:proofErr w:type="spellEnd"/>
      <w:r w:rsidRPr="000605FC">
        <w:rPr>
          <w:rFonts w:ascii="Times New Roman" w:eastAsia="思源黑体 CN" w:hAnsi="Times New Roman"/>
        </w:rPr>
        <w:t xml:space="preserve"> FB</w:t>
      </w:r>
      <w:r w:rsidRPr="000605FC">
        <w:rPr>
          <w:rFonts w:ascii="Times New Roman" w:eastAsia="思源黑体 CN" w:hAnsi="Times New Roman"/>
        </w:rPr>
        <w:t>。</w:t>
      </w:r>
    </w:p>
    <w:p w14:paraId="720B0EFB" w14:textId="77777777" w:rsidR="00773DBB" w:rsidRPr="00D27E85" w:rsidRDefault="00000000">
      <w:pPr>
        <w:rPr>
          <w:rFonts w:ascii="Times New Roman" w:eastAsia="思源黑体 CN" w:hAnsi="Times New Roman"/>
        </w:rPr>
      </w:pPr>
      <w:proofErr w:type="spellStart"/>
      <w:r w:rsidRPr="00D27E85">
        <w:rPr>
          <w:rFonts w:ascii="Times New Roman" w:eastAsia="思源黑体 CN" w:hAnsi="Times New Roman"/>
        </w:rPr>
        <w:t>步骤</w:t>
      </w:r>
      <w:proofErr w:type="spellEnd"/>
      <w:r w:rsidRPr="00D27E85">
        <w:rPr>
          <w:rFonts w:ascii="Times New Roman" w:eastAsia="思源黑体 CN" w:hAnsi="Times New Roman"/>
        </w:rPr>
        <w:t xml:space="preserve"> 2</w:t>
      </w:r>
      <w:r w:rsidRPr="00D27E85">
        <w:rPr>
          <w:rFonts w:ascii="Times New Roman" w:eastAsia="思源黑体 CN" w:hAnsi="Times New Roman"/>
        </w:rPr>
        <w:t>：配置模型与</w:t>
      </w:r>
      <w:r w:rsidRPr="00D27E85">
        <w:rPr>
          <w:rFonts w:ascii="Times New Roman" w:eastAsia="思源黑体 CN" w:hAnsi="Times New Roman"/>
        </w:rPr>
        <w:t xml:space="preserve"> CSV </w:t>
      </w:r>
      <w:proofErr w:type="spellStart"/>
      <w:r w:rsidRPr="00D27E85">
        <w:rPr>
          <w:rFonts w:ascii="Times New Roman" w:eastAsia="思源黑体 CN" w:hAnsi="Times New Roman"/>
        </w:rPr>
        <w:t>路径</w:t>
      </w:r>
      <w:proofErr w:type="spellEnd"/>
      <w:r w:rsidRPr="00D27E85">
        <w:rPr>
          <w:rFonts w:ascii="Times New Roman" w:eastAsia="思源黑体 CN" w:hAnsi="Times New Roman"/>
        </w:rPr>
        <w:br/>
        <w:t xml:space="preserve">   1</w:t>
      </w:r>
      <w:r w:rsidRPr="00D27E85">
        <w:rPr>
          <w:rFonts w:ascii="Times New Roman" w:eastAsia="思源黑体 CN" w:hAnsi="Times New Roman"/>
        </w:rPr>
        <w:t>）在</w:t>
      </w:r>
      <w:r w:rsidRPr="00D27E85">
        <w:rPr>
          <w:rFonts w:ascii="Times New Roman" w:eastAsia="思源黑体 CN" w:hAnsi="Times New Roman"/>
        </w:rPr>
        <w:t xml:space="preserve"> GVL </w:t>
      </w:r>
      <w:proofErr w:type="spellStart"/>
      <w:r w:rsidRPr="00D27E85">
        <w:rPr>
          <w:rFonts w:ascii="Times New Roman" w:eastAsia="思源黑体 CN" w:hAnsi="Times New Roman"/>
        </w:rPr>
        <w:t>中修改模型</w:t>
      </w:r>
      <w:proofErr w:type="spellEnd"/>
      <w:r w:rsidRPr="00D27E85">
        <w:rPr>
          <w:rFonts w:ascii="Times New Roman" w:eastAsia="思源黑体 CN" w:hAnsi="Times New Roman"/>
        </w:rPr>
        <w:t xml:space="preserve"> JSON </w:t>
      </w:r>
      <w:r w:rsidRPr="00D27E85">
        <w:rPr>
          <w:rFonts w:ascii="Times New Roman" w:eastAsia="思源黑体 CN" w:hAnsi="Times New Roman"/>
        </w:rPr>
        <w:t>与</w:t>
      </w:r>
      <w:r w:rsidRPr="00D27E85">
        <w:rPr>
          <w:rFonts w:ascii="Times New Roman" w:eastAsia="思源黑体 CN" w:hAnsi="Times New Roman"/>
        </w:rPr>
        <w:t xml:space="preserve"> ONNX </w:t>
      </w:r>
      <w:proofErr w:type="spellStart"/>
      <w:r w:rsidRPr="00D27E85">
        <w:rPr>
          <w:rFonts w:ascii="Times New Roman" w:eastAsia="思源黑体 CN" w:hAnsi="Times New Roman"/>
        </w:rPr>
        <w:t>路径</w:t>
      </w:r>
      <w:proofErr w:type="spellEnd"/>
      <w:r w:rsidRPr="00D27E85">
        <w:rPr>
          <w:rFonts w:ascii="Times New Roman" w:eastAsia="思源黑体 CN" w:hAnsi="Times New Roman"/>
        </w:rPr>
        <w:t>；</w:t>
      </w:r>
      <w:r w:rsidRPr="00D27E85">
        <w:rPr>
          <w:rFonts w:ascii="Times New Roman" w:eastAsia="思源黑体 CN" w:hAnsi="Times New Roman"/>
        </w:rPr>
        <w:br/>
        <w:t xml:space="preserve">   2</w:t>
      </w:r>
      <w:r w:rsidRPr="00D27E85">
        <w:rPr>
          <w:rFonts w:ascii="Times New Roman" w:eastAsia="思源黑体 CN" w:hAnsi="Times New Roman"/>
        </w:rPr>
        <w:t>）在</w:t>
      </w:r>
      <w:r w:rsidRPr="00D27E85">
        <w:rPr>
          <w:rFonts w:ascii="Times New Roman" w:eastAsia="思源黑体 CN" w:hAnsi="Times New Roman"/>
        </w:rPr>
        <w:t xml:space="preserve"> MAIN </w:t>
      </w:r>
      <w:r w:rsidRPr="00D27E85">
        <w:rPr>
          <w:rFonts w:ascii="Times New Roman" w:eastAsia="思源黑体 CN" w:hAnsi="Times New Roman"/>
        </w:rPr>
        <w:t>或</w:t>
      </w:r>
      <w:r w:rsidRPr="00D27E85">
        <w:rPr>
          <w:rFonts w:ascii="Times New Roman" w:eastAsia="思源黑体 CN" w:hAnsi="Times New Roman"/>
        </w:rPr>
        <w:t xml:space="preserve"> </w:t>
      </w:r>
      <w:proofErr w:type="spellStart"/>
      <w:r w:rsidRPr="00D27E85">
        <w:rPr>
          <w:rFonts w:ascii="Times New Roman" w:eastAsia="思源黑体 CN" w:hAnsi="Times New Roman"/>
        </w:rPr>
        <w:t>FB_CsvReplayReader</w:t>
      </w:r>
      <w:proofErr w:type="spellEnd"/>
      <w:r w:rsidRPr="00D27E85">
        <w:rPr>
          <w:rFonts w:ascii="Times New Roman" w:eastAsia="思源黑体 CN" w:hAnsi="Times New Roman"/>
        </w:rPr>
        <w:t xml:space="preserve"> </w:t>
      </w:r>
      <w:proofErr w:type="spellStart"/>
      <w:r w:rsidRPr="00D27E85">
        <w:rPr>
          <w:rFonts w:ascii="Times New Roman" w:eastAsia="思源黑体 CN" w:hAnsi="Times New Roman"/>
        </w:rPr>
        <w:t>中修改</w:t>
      </w:r>
      <w:proofErr w:type="spellEnd"/>
      <w:r w:rsidRPr="00D27E85">
        <w:rPr>
          <w:rFonts w:ascii="Times New Roman" w:eastAsia="思源黑体 CN" w:hAnsi="Times New Roman"/>
        </w:rPr>
        <w:t xml:space="preserve"> </w:t>
      </w:r>
      <w:proofErr w:type="spellStart"/>
      <w:r w:rsidRPr="00D27E85">
        <w:rPr>
          <w:rFonts w:ascii="Times New Roman" w:eastAsia="思源黑体 CN" w:hAnsi="Times New Roman"/>
        </w:rPr>
        <w:t>sCsvPath</w:t>
      </w:r>
      <w:r w:rsidRPr="00D27E85">
        <w:rPr>
          <w:rFonts w:ascii="Times New Roman" w:eastAsia="思源黑体 CN" w:hAnsi="Times New Roman"/>
        </w:rPr>
        <w:t>，指向实际</w:t>
      </w:r>
      <w:proofErr w:type="spellEnd"/>
      <w:r w:rsidRPr="00D27E85">
        <w:rPr>
          <w:rFonts w:ascii="Times New Roman" w:eastAsia="思源黑体 CN" w:hAnsi="Times New Roman"/>
        </w:rPr>
        <w:t xml:space="preserve"> CSV </w:t>
      </w:r>
      <w:proofErr w:type="spellStart"/>
      <w:r w:rsidRPr="00D27E85">
        <w:rPr>
          <w:rFonts w:ascii="Times New Roman" w:eastAsia="思源黑体 CN" w:hAnsi="Times New Roman"/>
        </w:rPr>
        <w:t>文件</w:t>
      </w:r>
      <w:proofErr w:type="spellEnd"/>
      <w:r w:rsidRPr="00D27E85">
        <w:rPr>
          <w:rFonts w:ascii="Times New Roman" w:eastAsia="思源黑体 CN" w:hAnsi="Times New Roman"/>
        </w:rPr>
        <w:t>；</w:t>
      </w:r>
      <w:r w:rsidRPr="00D27E85">
        <w:rPr>
          <w:rFonts w:ascii="Times New Roman" w:eastAsia="思源黑体 CN" w:hAnsi="Times New Roman"/>
        </w:rPr>
        <w:br/>
        <w:t xml:space="preserve">   3</w:t>
      </w:r>
      <w:r w:rsidRPr="00D27E85">
        <w:rPr>
          <w:rFonts w:ascii="Times New Roman" w:eastAsia="思源黑体 CN" w:hAnsi="Times New Roman"/>
        </w:rPr>
        <w:t>）编译一次工程，确认不报错。</w:t>
      </w:r>
    </w:p>
    <w:p w14:paraId="2D4AB6FC" w14:textId="77777777" w:rsidR="00773DBB" w:rsidRPr="00D27E85" w:rsidRDefault="00000000">
      <w:pPr>
        <w:rPr>
          <w:rFonts w:ascii="Times New Roman" w:eastAsia="思源黑体 CN" w:hAnsi="Times New Roman"/>
          <w:lang w:eastAsia="zh-CN"/>
        </w:rPr>
      </w:pPr>
      <w:r w:rsidRPr="00D27E85">
        <w:rPr>
          <w:rFonts w:ascii="Times New Roman" w:eastAsia="思源黑体 CN" w:hAnsi="Times New Roman"/>
          <w:lang w:eastAsia="zh-CN"/>
        </w:rPr>
        <w:t>步骤</w:t>
      </w:r>
      <w:r w:rsidRPr="00D27E85">
        <w:rPr>
          <w:rFonts w:ascii="Times New Roman" w:eastAsia="思源黑体 CN" w:hAnsi="Times New Roman"/>
          <w:lang w:eastAsia="zh-CN"/>
        </w:rPr>
        <w:t xml:space="preserve"> 3</w:t>
      </w:r>
      <w:r w:rsidRPr="00D27E85">
        <w:rPr>
          <w:rFonts w:ascii="Times New Roman" w:eastAsia="思源黑体 CN" w:hAnsi="Times New Roman"/>
          <w:lang w:eastAsia="zh-CN"/>
        </w:rPr>
        <w:t>：激活</w:t>
      </w:r>
      <w:r w:rsidRPr="00D27E85">
        <w:rPr>
          <w:rFonts w:ascii="Times New Roman" w:eastAsia="思源黑体 CN" w:hAnsi="Times New Roman"/>
          <w:lang w:eastAsia="zh-CN"/>
        </w:rPr>
        <w:t xml:space="preserve"> </w:t>
      </w:r>
      <w:proofErr w:type="spellStart"/>
      <w:r w:rsidRPr="00D27E85">
        <w:rPr>
          <w:rFonts w:ascii="Times New Roman" w:eastAsia="思源黑体 CN" w:hAnsi="Times New Roman"/>
          <w:lang w:eastAsia="zh-CN"/>
        </w:rPr>
        <w:t>TwinCAT</w:t>
      </w:r>
      <w:proofErr w:type="spellEnd"/>
      <w:r w:rsidRPr="00D27E85">
        <w:rPr>
          <w:rFonts w:ascii="Times New Roman" w:eastAsia="思源黑体 CN" w:hAnsi="Times New Roman"/>
          <w:lang w:eastAsia="zh-CN"/>
        </w:rPr>
        <w:t xml:space="preserve"> </w:t>
      </w:r>
      <w:r w:rsidRPr="00D27E85">
        <w:rPr>
          <w:rFonts w:ascii="Times New Roman" w:eastAsia="思源黑体 CN" w:hAnsi="Times New Roman"/>
          <w:lang w:eastAsia="zh-CN"/>
        </w:rPr>
        <w:t>配置并下载程序</w:t>
      </w:r>
      <w:r w:rsidRPr="00D27E85">
        <w:rPr>
          <w:rFonts w:ascii="Times New Roman" w:eastAsia="思源黑体 CN" w:hAnsi="Times New Roman"/>
          <w:lang w:eastAsia="zh-CN"/>
        </w:rPr>
        <w:br/>
        <w:t xml:space="preserve">   1</w:t>
      </w:r>
      <w:r w:rsidRPr="00D27E85">
        <w:rPr>
          <w:rFonts w:ascii="Times New Roman" w:eastAsia="思源黑体 CN" w:hAnsi="Times New Roman"/>
          <w:lang w:eastAsia="zh-CN"/>
        </w:rPr>
        <w:t>）将当前</w:t>
      </w:r>
      <w:r w:rsidRPr="00D27E85">
        <w:rPr>
          <w:rFonts w:ascii="Times New Roman" w:eastAsia="思源黑体 CN" w:hAnsi="Times New Roman"/>
          <w:lang w:eastAsia="zh-CN"/>
        </w:rPr>
        <w:t xml:space="preserve"> PC </w:t>
      </w:r>
      <w:r w:rsidRPr="00D27E85">
        <w:rPr>
          <w:rFonts w:ascii="Times New Roman" w:eastAsia="思源黑体 CN" w:hAnsi="Times New Roman"/>
          <w:lang w:eastAsia="zh-CN"/>
        </w:rPr>
        <w:t>设为</w:t>
      </w:r>
      <w:r w:rsidRPr="00D27E85">
        <w:rPr>
          <w:rFonts w:ascii="Times New Roman" w:eastAsia="思源黑体 CN" w:hAnsi="Times New Roman"/>
          <w:lang w:eastAsia="zh-CN"/>
        </w:rPr>
        <w:t xml:space="preserve"> </w:t>
      </w:r>
      <w:proofErr w:type="spellStart"/>
      <w:r w:rsidRPr="00D27E85">
        <w:rPr>
          <w:rFonts w:ascii="Times New Roman" w:eastAsia="思源黑体 CN" w:hAnsi="Times New Roman"/>
          <w:lang w:eastAsia="zh-CN"/>
        </w:rPr>
        <w:t>TwinCAT</w:t>
      </w:r>
      <w:proofErr w:type="spellEnd"/>
      <w:r w:rsidRPr="00D27E85">
        <w:rPr>
          <w:rFonts w:ascii="Times New Roman" w:eastAsia="思源黑体 CN" w:hAnsi="Times New Roman"/>
          <w:lang w:eastAsia="zh-CN"/>
        </w:rPr>
        <w:t xml:space="preserve"> </w:t>
      </w:r>
      <w:r w:rsidRPr="00D27E85">
        <w:rPr>
          <w:rFonts w:ascii="Times New Roman" w:eastAsia="思源黑体 CN" w:hAnsi="Times New Roman"/>
          <w:lang w:eastAsia="zh-CN"/>
        </w:rPr>
        <w:t>目标系统；</w:t>
      </w:r>
      <w:r w:rsidRPr="00D27E85">
        <w:rPr>
          <w:rFonts w:ascii="Times New Roman" w:eastAsia="思源黑体 CN" w:hAnsi="Times New Roman"/>
          <w:lang w:eastAsia="zh-CN"/>
        </w:rPr>
        <w:br/>
        <w:t xml:space="preserve">   2</w:t>
      </w:r>
      <w:r w:rsidRPr="00D27E85">
        <w:rPr>
          <w:rFonts w:ascii="Times New Roman" w:eastAsia="思源黑体 CN" w:hAnsi="Times New Roman"/>
          <w:lang w:eastAsia="zh-CN"/>
        </w:rPr>
        <w:t>）在</w:t>
      </w:r>
      <w:r w:rsidRPr="00D27E85">
        <w:rPr>
          <w:rFonts w:ascii="Times New Roman" w:eastAsia="思源黑体 CN" w:hAnsi="Times New Roman"/>
          <w:lang w:eastAsia="zh-CN"/>
        </w:rPr>
        <w:t xml:space="preserve"> </w:t>
      </w:r>
      <w:proofErr w:type="spellStart"/>
      <w:r w:rsidRPr="00D27E85">
        <w:rPr>
          <w:rFonts w:ascii="Times New Roman" w:eastAsia="思源黑体 CN" w:hAnsi="Times New Roman"/>
          <w:lang w:eastAsia="zh-CN"/>
        </w:rPr>
        <w:t>TwinCAT</w:t>
      </w:r>
      <w:proofErr w:type="spellEnd"/>
      <w:r w:rsidRPr="00D27E85">
        <w:rPr>
          <w:rFonts w:ascii="Times New Roman" w:eastAsia="思源黑体 CN" w:hAnsi="Times New Roman"/>
          <w:lang w:eastAsia="zh-CN"/>
        </w:rPr>
        <w:t xml:space="preserve"> </w:t>
      </w:r>
      <w:r w:rsidRPr="00D27E85">
        <w:rPr>
          <w:rFonts w:ascii="Times New Roman" w:eastAsia="思源黑体 CN" w:hAnsi="Times New Roman"/>
          <w:lang w:eastAsia="zh-CN"/>
        </w:rPr>
        <w:t>菜单中选择</w:t>
      </w:r>
      <w:r w:rsidRPr="00D27E85">
        <w:rPr>
          <w:rFonts w:ascii="Times New Roman" w:eastAsia="思源黑体 CN" w:hAnsi="Times New Roman"/>
          <w:lang w:eastAsia="zh-CN"/>
        </w:rPr>
        <w:t>“</w:t>
      </w:r>
      <w:r w:rsidRPr="00D27E85">
        <w:rPr>
          <w:rFonts w:ascii="Times New Roman" w:eastAsia="思源黑体 CN" w:hAnsi="Times New Roman"/>
          <w:lang w:eastAsia="zh-CN"/>
        </w:rPr>
        <w:t>激活配置</w:t>
      </w:r>
      <w:r w:rsidRPr="00D27E85">
        <w:rPr>
          <w:rFonts w:ascii="Times New Roman" w:eastAsia="思源黑体 CN" w:hAnsi="Times New Roman"/>
          <w:lang w:eastAsia="zh-CN"/>
        </w:rPr>
        <w:t>”</w:t>
      </w:r>
      <w:r w:rsidRPr="00D27E85">
        <w:rPr>
          <w:rFonts w:ascii="Times New Roman" w:eastAsia="思源黑体 CN" w:hAnsi="Times New Roman"/>
          <w:lang w:eastAsia="zh-CN"/>
        </w:rPr>
        <w:t>，按</w:t>
      </w:r>
      <w:proofErr w:type="gramStart"/>
      <w:r w:rsidRPr="00D27E85">
        <w:rPr>
          <w:rFonts w:ascii="Times New Roman" w:eastAsia="思源黑体 CN" w:hAnsi="Times New Roman"/>
          <w:lang w:eastAsia="zh-CN"/>
        </w:rPr>
        <w:t>提示重</w:t>
      </w:r>
      <w:proofErr w:type="gramEnd"/>
      <w:r w:rsidRPr="00D27E85">
        <w:rPr>
          <w:rFonts w:ascii="Times New Roman" w:eastAsia="思源黑体 CN" w:hAnsi="Times New Roman"/>
          <w:lang w:eastAsia="zh-CN"/>
        </w:rPr>
        <w:t>启到</w:t>
      </w:r>
      <w:r w:rsidRPr="00D27E85">
        <w:rPr>
          <w:rFonts w:ascii="Times New Roman" w:eastAsia="思源黑体 CN" w:hAnsi="Times New Roman"/>
          <w:lang w:eastAsia="zh-CN"/>
        </w:rPr>
        <w:t xml:space="preserve"> Run </w:t>
      </w:r>
      <w:r w:rsidRPr="00D27E85">
        <w:rPr>
          <w:rFonts w:ascii="Times New Roman" w:eastAsia="思源黑体 CN" w:hAnsi="Times New Roman"/>
          <w:lang w:eastAsia="zh-CN"/>
        </w:rPr>
        <w:t>模式；</w:t>
      </w:r>
      <w:r w:rsidRPr="00D27E85">
        <w:rPr>
          <w:rFonts w:ascii="Times New Roman" w:eastAsia="思源黑体 CN" w:hAnsi="Times New Roman"/>
          <w:lang w:eastAsia="zh-CN"/>
        </w:rPr>
        <w:br/>
        <w:t xml:space="preserve">   3</w:t>
      </w:r>
      <w:r w:rsidRPr="00D27E85">
        <w:rPr>
          <w:rFonts w:ascii="Times New Roman" w:eastAsia="思源黑体 CN" w:hAnsi="Times New Roman"/>
          <w:lang w:eastAsia="zh-CN"/>
        </w:rPr>
        <w:t>）登录</w:t>
      </w:r>
      <w:r w:rsidRPr="00D27E85">
        <w:rPr>
          <w:rFonts w:ascii="Times New Roman" w:eastAsia="思源黑体 CN" w:hAnsi="Times New Roman"/>
          <w:lang w:eastAsia="zh-CN"/>
        </w:rPr>
        <w:t xml:space="preserve"> PLC</w:t>
      </w:r>
      <w:r w:rsidRPr="00D27E85">
        <w:rPr>
          <w:rFonts w:ascii="Times New Roman" w:eastAsia="思源黑体 CN" w:hAnsi="Times New Roman"/>
          <w:lang w:eastAsia="zh-CN"/>
        </w:rPr>
        <w:t>（</w:t>
      </w:r>
      <w:r w:rsidRPr="00D27E85">
        <w:rPr>
          <w:rFonts w:ascii="Times New Roman" w:eastAsia="思源黑体 CN" w:hAnsi="Times New Roman"/>
          <w:lang w:eastAsia="zh-CN"/>
        </w:rPr>
        <w:t>Login</w:t>
      </w:r>
      <w:r w:rsidRPr="00D27E85">
        <w:rPr>
          <w:rFonts w:ascii="Times New Roman" w:eastAsia="思源黑体 CN" w:hAnsi="Times New Roman"/>
          <w:lang w:eastAsia="zh-CN"/>
        </w:rPr>
        <w:t>），下载并启动程序。</w:t>
      </w:r>
    </w:p>
    <w:p w14:paraId="265AA882" w14:textId="77777777" w:rsidR="00773DBB" w:rsidRPr="00D27E85" w:rsidRDefault="00000000">
      <w:pPr>
        <w:rPr>
          <w:rFonts w:ascii="Times New Roman" w:eastAsia="思源黑体 CN" w:hAnsi="Times New Roman"/>
        </w:rPr>
      </w:pPr>
      <w:proofErr w:type="spellStart"/>
      <w:r w:rsidRPr="00D27E85">
        <w:rPr>
          <w:rFonts w:ascii="Times New Roman" w:eastAsia="思源黑体 CN" w:hAnsi="Times New Roman"/>
        </w:rPr>
        <w:t>步骤</w:t>
      </w:r>
      <w:proofErr w:type="spellEnd"/>
      <w:r w:rsidRPr="00D27E85">
        <w:rPr>
          <w:rFonts w:ascii="Times New Roman" w:eastAsia="思源黑体 CN" w:hAnsi="Times New Roman"/>
        </w:rPr>
        <w:t xml:space="preserve"> 4</w:t>
      </w:r>
      <w:r w:rsidRPr="00D27E85">
        <w:rPr>
          <w:rFonts w:ascii="Times New Roman" w:eastAsia="思源黑体 CN" w:hAnsi="Times New Roman"/>
        </w:rPr>
        <w:t>：检查在线变量与状态</w:t>
      </w:r>
      <w:r w:rsidRPr="00D27E85">
        <w:rPr>
          <w:rFonts w:ascii="Times New Roman" w:eastAsia="思源黑体 CN" w:hAnsi="Times New Roman"/>
        </w:rPr>
        <w:br/>
        <w:t xml:space="preserve">   1</w:t>
      </w:r>
      <w:r w:rsidRPr="00D27E85">
        <w:rPr>
          <w:rFonts w:ascii="Times New Roman" w:eastAsia="思源黑体 CN" w:hAnsi="Times New Roman"/>
        </w:rPr>
        <w:t>）打开</w:t>
      </w:r>
      <w:r w:rsidRPr="00D27E85">
        <w:rPr>
          <w:rFonts w:ascii="Times New Roman" w:eastAsia="思源黑体 CN" w:hAnsi="Times New Roman"/>
        </w:rPr>
        <w:t xml:space="preserve"> MAIN </w:t>
      </w:r>
      <w:proofErr w:type="spellStart"/>
      <w:r w:rsidRPr="00D27E85">
        <w:rPr>
          <w:rFonts w:ascii="Times New Roman" w:eastAsia="思源黑体 CN" w:hAnsi="Times New Roman"/>
        </w:rPr>
        <w:t>在线监视，确认</w:t>
      </w:r>
      <w:proofErr w:type="spellEnd"/>
      <w:r w:rsidRPr="00D27E85">
        <w:rPr>
          <w:rFonts w:ascii="Times New Roman" w:eastAsia="思源黑体 CN" w:hAnsi="Times New Roman"/>
        </w:rPr>
        <w:t xml:space="preserve"> </w:t>
      </w:r>
      <w:proofErr w:type="spellStart"/>
      <w:r w:rsidRPr="00D27E85">
        <w:rPr>
          <w:rFonts w:ascii="Times New Roman" w:eastAsia="思源黑体 CN" w:hAnsi="Times New Roman"/>
        </w:rPr>
        <w:t>fbCsv</w:t>
      </w:r>
      <w:r w:rsidRPr="00D27E85">
        <w:rPr>
          <w:rFonts w:ascii="Times New Roman" w:eastAsia="思源黑体 CN" w:hAnsi="Times New Roman"/>
        </w:rPr>
        <w:t>、</w:t>
      </w:r>
      <w:r w:rsidRPr="00D27E85">
        <w:rPr>
          <w:rFonts w:ascii="Times New Roman" w:eastAsia="思源黑体 CN" w:hAnsi="Times New Roman"/>
        </w:rPr>
        <w:t>fbWin</w:t>
      </w:r>
      <w:r w:rsidRPr="00D27E85">
        <w:rPr>
          <w:rFonts w:ascii="Times New Roman" w:eastAsia="思源黑体 CN" w:hAnsi="Times New Roman"/>
        </w:rPr>
        <w:t>、</w:t>
      </w:r>
      <w:r w:rsidRPr="00D27E85">
        <w:rPr>
          <w:rFonts w:ascii="Times New Roman" w:eastAsia="思源黑体 CN" w:hAnsi="Times New Roman"/>
        </w:rPr>
        <w:t>fbMl</w:t>
      </w:r>
      <w:proofErr w:type="spellEnd"/>
      <w:r w:rsidRPr="00D27E85">
        <w:rPr>
          <w:rFonts w:ascii="Times New Roman" w:eastAsia="思源黑体 CN" w:hAnsi="Times New Roman"/>
        </w:rPr>
        <w:t xml:space="preserve"> </w:t>
      </w:r>
      <w:proofErr w:type="spellStart"/>
      <w:r w:rsidRPr="00D27E85">
        <w:rPr>
          <w:rFonts w:ascii="Times New Roman" w:eastAsia="思源黑体 CN" w:hAnsi="Times New Roman"/>
        </w:rPr>
        <w:t>均在运行</w:t>
      </w:r>
      <w:proofErr w:type="spellEnd"/>
      <w:r w:rsidRPr="00D27E85">
        <w:rPr>
          <w:rFonts w:ascii="Times New Roman" w:eastAsia="思源黑体 CN" w:hAnsi="Times New Roman"/>
        </w:rPr>
        <w:t>；</w:t>
      </w:r>
      <w:r w:rsidRPr="00D27E85">
        <w:rPr>
          <w:rFonts w:ascii="Times New Roman" w:eastAsia="思源黑体 CN" w:hAnsi="Times New Roman"/>
        </w:rPr>
        <w:br/>
        <w:t xml:space="preserve">   2</w:t>
      </w:r>
      <w:r w:rsidRPr="00D27E85">
        <w:rPr>
          <w:rFonts w:ascii="Times New Roman" w:eastAsia="思源黑体 CN" w:hAnsi="Times New Roman"/>
        </w:rPr>
        <w:t>）查看</w:t>
      </w:r>
      <w:r w:rsidRPr="00D27E85">
        <w:rPr>
          <w:rFonts w:ascii="Times New Roman" w:eastAsia="思源黑体 CN" w:hAnsi="Times New Roman"/>
        </w:rPr>
        <w:t xml:space="preserve"> </w:t>
      </w:r>
      <w:proofErr w:type="spellStart"/>
      <w:r w:rsidRPr="00D27E85">
        <w:rPr>
          <w:rFonts w:ascii="Times New Roman" w:eastAsia="思源黑体 CN" w:hAnsi="Times New Roman"/>
        </w:rPr>
        <w:t>fbCsv</w:t>
      </w:r>
      <w:proofErr w:type="spellEnd"/>
      <w:r w:rsidRPr="00D27E85">
        <w:rPr>
          <w:rFonts w:ascii="Times New Roman" w:eastAsia="思源黑体 CN" w:hAnsi="Times New Roman"/>
        </w:rPr>
        <w:t xml:space="preserve"> </w:t>
      </w:r>
      <w:proofErr w:type="spellStart"/>
      <w:r w:rsidRPr="00D27E85">
        <w:rPr>
          <w:rFonts w:ascii="Times New Roman" w:eastAsia="思源黑体 CN" w:hAnsi="Times New Roman"/>
        </w:rPr>
        <w:t>是否持续输出当前</w:t>
      </w:r>
      <w:proofErr w:type="spellEnd"/>
      <w:r w:rsidRPr="00D27E85">
        <w:rPr>
          <w:rFonts w:ascii="Times New Roman" w:eastAsia="思源黑体 CN" w:hAnsi="Times New Roman"/>
        </w:rPr>
        <w:t xml:space="preserve"> EVALUE / Speed / </w:t>
      </w:r>
      <w:proofErr w:type="spellStart"/>
      <w:r w:rsidRPr="00D27E85">
        <w:rPr>
          <w:rFonts w:ascii="Times New Roman" w:eastAsia="思源黑体 CN" w:hAnsi="Times New Roman"/>
        </w:rPr>
        <w:t>X_Factor</w:t>
      </w:r>
      <w:proofErr w:type="spellEnd"/>
      <w:r w:rsidRPr="00D27E85">
        <w:rPr>
          <w:rFonts w:ascii="Times New Roman" w:eastAsia="思源黑体 CN" w:hAnsi="Times New Roman"/>
        </w:rPr>
        <w:t>；</w:t>
      </w:r>
      <w:r w:rsidRPr="00D27E85">
        <w:rPr>
          <w:rFonts w:ascii="Times New Roman" w:eastAsia="思源黑体 CN" w:hAnsi="Times New Roman"/>
        </w:rPr>
        <w:br/>
        <w:t xml:space="preserve">   3</w:t>
      </w:r>
      <w:r w:rsidRPr="00D27E85">
        <w:rPr>
          <w:rFonts w:ascii="Times New Roman" w:eastAsia="思源黑体 CN" w:hAnsi="Times New Roman"/>
        </w:rPr>
        <w:t>）确认</w:t>
      </w:r>
      <w:r w:rsidRPr="00D27E85">
        <w:rPr>
          <w:rFonts w:ascii="Times New Roman" w:eastAsia="思源黑体 CN" w:hAnsi="Times New Roman"/>
        </w:rPr>
        <w:t xml:space="preserve"> </w:t>
      </w:r>
      <w:proofErr w:type="spellStart"/>
      <w:r w:rsidRPr="00D27E85">
        <w:rPr>
          <w:rFonts w:ascii="Times New Roman" w:eastAsia="思源黑体 CN" w:hAnsi="Times New Roman"/>
        </w:rPr>
        <w:t>fbWin</w:t>
      </w:r>
      <w:proofErr w:type="spellEnd"/>
      <w:r w:rsidRPr="00D27E85">
        <w:rPr>
          <w:rFonts w:ascii="Times New Roman" w:eastAsia="思源黑体 CN" w:hAnsi="Times New Roman"/>
        </w:rPr>
        <w:t xml:space="preserve"> </w:t>
      </w:r>
      <w:r w:rsidRPr="00D27E85">
        <w:rPr>
          <w:rFonts w:ascii="Times New Roman" w:eastAsia="思源黑体 CN" w:hAnsi="Times New Roman"/>
        </w:rPr>
        <w:t>中</w:t>
      </w:r>
      <w:r w:rsidRPr="00D27E85">
        <w:rPr>
          <w:rFonts w:ascii="Times New Roman" w:eastAsia="思源黑体 CN" w:hAnsi="Times New Roman"/>
        </w:rPr>
        <w:t xml:space="preserve"> </w:t>
      </w:r>
      <w:proofErr w:type="spellStart"/>
      <w:r w:rsidRPr="00D27E85">
        <w:rPr>
          <w:rFonts w:ascii="Times New Roman" w:eastAsia="思源黑体 CN" w:hAnsi="Times New Roman"/>
        </w:rPr>
        <w:t>gFilled</w:t>
      </w:r>
      <w:proofErr w:type="spellEnd"/>
      <w:r w:rsidRPr="00D27E85">
        <w:rPr>
          <w:rFonts w:ascii="Times New Roman" w:eastAsia="思源黑体 CN" w:hAnsi="Times New Roman"/>
        </w:rPr>
        <w:t xml:space="preserve"> </w:t>
      </w:r>
      <w:proofErr w:type="spellStart"/>
      <w:r w:rsidRPr="00D27E85">
        <w:rPr>
          <w:rFonts w:ascii="Times New Roman" w:eastAsia="思源黑体 CN" w:hAnsi="Times New Roman"/>
        </w:rPr>
        <w:t>变为</w:t>
      </w:r>
      <w:proofErr w:type="spellEnd"/>
      <w:r w:rsidRPr="00D27E85">
        <w:rPr>
          <w:rFonts w:ascii="Times New Roman" w:eastAsia="思源黑体 CN" w:hAnsi="Times New Roman"/>
        </w:rPr>
        <w:t xml:space="preserve"> </w:t>
      </w:r>
      <w:proofErr w:type="spellStart"/>
      <w:r w:rsidRPr="00D27E85">
        <w:rPr>
          <w:rFonts w:ascii="Times New Roman" w:eastAsia="思源黑体 CN" w:hAnsi="Times New Roman"/>
        </w:rPr>
        <w:t>TRUE</w:t>
      </w:r>
      <w:r w:rsidRPr="00D27E85">
        <w:rPr>
          <w:rFonts w:ascii="Times New Roman" w:eastAsia="思源黑体 CN" w:hAnsi="Times New Roman"/>
        </w:rPr>
        <w:t>，表示窗口已填满</w:t>
      </w:r>
      <w:proofErr w:type="spellEnd"/>
      <w:r w:rsidRPr="00D27E85">
        <w:rPr>
          <w:rFonts w:ascii="Times New Roman" w:eastAsia="思源黑体 CN" w:hAnsi="Times New Roman"/>
        </w:rPr>
        <w:t>；</w:t>
      </w:r>
      <w:r w:rsidRPr="00D27E85">
        <w:rPr>
          <w:rFonts w:ascii="Times New Roman" w:eastAsia="思源黑体 CN" w:hAnsi="Times New Roman"/>
        </w:rPr>
        <w:br/>
        <w:t xml:space="preserve">   4</w:t>
      </w:r>
      <w:r w:rsidRPr="00D27E85">
        <w:rPr>
          <w:rFonts w:ascii="Times New Roman" w:eastAsia="思源黑体 CN" w:hAnsi="Times New Roman"/>
        </w:rPr>
        <w:t>）每次窗口就绪时，</w:t>
      </w:r>
      <w:r w:rsidRPr="00D27E85">
        <w:rPr>
          <w:rFonts w:ascii="Times New Roman" w:eastAsia="思源黑体 CN" w:hAnsi="Times New Roman"/>
        </w:rPr>
        <w:t xml:space="preserve">fbMl </w:t>
      </w:r>
      <w:proofErr w:type="spellStart"/>
      <w:r w:rsidRPr="00D27E85">
        <w:rPr>
          <w:rFonts w:ascii="Times New Roman" w:eastAsia="思源黑体 CN" w:hAnsi="Times New Roman"/>
        </w:rPr>
        <w:t>的预测触发信号应被拉高一次</w:t>
      </w:r>
      <w:proofErr w:type="spellEnd"/>
      <w:r w:rsidRPr="00D27E85">
        <w:rPr>
          <w:rFonts w:ascii="Times New Roman" w:eastAsia="思源黑体 CN" w:hAnsi="Times New Roman"/>
        </w:rPr>
        <w:t>。</w:t>
      </w:r>
    </w:p>
    <w:p w14:paraId="16D1B56D" w14:textId="0629C97A" w:rsidR="00900C6B" w:rsidRDefault="00000000">
      <w:pPr>
        <w:rPr>
          <w:rFonts w:ascii="Times New Roman" w:eastAsia="思源黑体 CN" w:hAnsi="Times New Roman"/>
          <w:lang w:eastAsia="zh-CN"/>
        </w:rPr>
      </w:pPr>
      <w:proofErr w:type="spellStart"/>
      <w:r w:rsidRPr="00D27E85">
        <w:rPr>
          <w:rFonts w:ascii="Times New Roman" w:eastAsia="思源黑体 CN" w:hAnsi="Times New Roman"/>
        </w:rPr>
        <w:t>步骤</w:t>
      </w:r>
      <w:proofErr w:type="spellEnd"/>
      <w:r w:rsidRPr="00D27E85">
        <w:rPr>
          <w:rFonts w:ascii="Times New Roman" w:eastAsia="思源黑体 CN" w:hAnsi="Times New Roman"/>
        </w:rPr>
        <w:t xml:space="preserve"> 5</w:t>
      </w:r>
      <w:r w:rsidRPr="00D27E85">
        <w:rPr>
          <w:rFonts w:ascii="Times New Roman" w:eastAsia="思源黑体 CN" w:hAnsi="Times New Roman"/>
        </w:rPr>
        <w:t>：观察预测输出</w:t>
      </w:r>
      <w:r w:rsidRPr="00D27E85">
        <w:rPr>
          <w:rFonts w:ascii="Times New Roman" w:eastAsia="思源黑体 CN" w:hAnsi="Times New Roman"/>
        </w:rPr>
        <w:br/>
        <w:t xml:space="preserve">   1</w:t>
      </w:r>
      <w:r w:rsidRPr="00D27E85">
        <w:rPr>
          <w:rFonts w:ascii="Times New Roman" w:eastAsia="思源黑体 CN" w:hAnsi="Times New Roman"/>
        </w:rPr>
        <w:t>）在</w:t>
      </w:r>
      <w:r w:rsidRPr="00D27E85">
        <w:rPr>
          <w:rFonts w:ascii="Times New Roman" w:eastAsia="思源黑体 CN" w:hAnsi="Times New Roman"/>
        </w:rPr>
        <w:t xml:space="preserve"> GVL </w:t>
      </w:r>
      <w:proofErr w:type="spellStart"/>
      <w:r w:rsidRPr="00D27E85">
        <w:rPr>
          <w:rFonts w:ascii="Times New Roman" w:eastAsia="思源黑体 CN" w:hAnsi="Times New Roman"/>
        </w:rPr>
        <w:t>在线监视中查看</w:t>
      </w:r>
      <w:proofErr w:type="spellEnd"/>
      <w:r w:rsidRPr="00D27E85">
        <w:rPr>
          <w:rFonts w:ascii="Times New Roman" w:eastAsia="思源黑体 CN" w:hAnsi="Times New Roman"/>
        </w:rPr>
        <w:t xml:space="preserve"> </w:t>
      </w:r>
      <w:proofErr w:type="spellStart"/>
      <w:proofErr w:type="gramStart"/>
      <w:r w:rsidRPr="00D27E85">
        <w:rPr>
          <w:rFonts w:ascii="Times New Roman" w:eastAsia="思源黑体 CN" w:hAnsi="Times New Roman"/>
        </w:rPr>
        <w:t>gPredPhys</w:t>
      </w:r>
      <w:proofErr w:type="spellEnd"/>
      <w:r w:rsidRPr="00D27E85">
        <w:rPr>
          <w:rFonts w:ascii="Times New Roman" w:eastAsia="思源黑体 CN" w:hAnsi="Times New Roman"/>
        </w:rPr>
        <w:t>[</w:t>
      </w:r>
      <w:proofErr w:type="gramEnd"/>
      <w:r w:rsidRPr="00D27E85">
        <w:rPr>
          <w:rFonts w:ascii="Times New Roman" w:eastAsia="思源黑体 CN" w:hAnsi="Times New Roman"/>
        </w:rPr>
        <w:t xml:space="preserve">1..10] </w:t>
      </w:r>
      <w:r w:rsidRPr="00D27E85">
        <w:rPr>
          <w:rFonts w:ascii="Times New Roman" w:eastAsia="思源黑体 CN" w:hAnsi="Times New Roman"/>
        </w:rPr>
        <w:t>与</w:t>
      </w:r>
      <w:r w:rsidRPr="00D27E85">
        <w:rPr>
          <w:rFonts w:ascii="Times New Roman" w:eastAsia="思源黑体 CN" w:hAnsi="Times New Roman"/>
        </w:rPr>
        <w:t xml:space="preserve"> </w:t>
      </w:r>
      <w:proofErr w:type="spellStart"/>
      <w:r w:rsidRPr="00D27E85">
        <w:rPr>
          <w:rFonts w:ascii="Times New Roman" w:eastAsia="思源黑体 CN" w:hAnsi="Times New Roman"/>
        </w:rPr>
        <w:t>gPredValue_physical</w:t>
      </w:r>
      <w:proofErr w:type="spellEnd"/>
      <w:r w:rsidRPr="00D27E85">
        <w:rPr>
          <w:rFonts w:ascii="Times New Roman" w:eastAsia="思源黑体 CN" w:hAnsi="Times New Roman"/>
        </w:rPr>
        <w:t>；</w:t>
      </w:r>
      <w:r w:rsidRPr="00D27E85">
        <w:rPr>
          <w:rFonts w:ascii="Times New Roman" w:eastAsia="思源黑体 CN" w:hAnsi="Times New Roman"/>
        </w:rPr>
        <w:br/>
        <w:t xml:space="preserve">   2</w:t>
      </w:r>
      <w:r w:rsidRPr="00D27E85">
        <w:rPr>
          <w:rFonts w:ascii="Times New Roman" w:eastAsia="思源黑体 CN" w:hAnsi="Times New Roman"/>
        </w:rPr>
        <w:t>）</w:t>
      </w:r>
      <w:r w:rsidRPr="00D27E85">
        <w:rPr>
          <w:rFonts w:ascii="Times New Roman" w:eastAsia="思源黑体 CN" w:hAnsi="Times New Roman"/>
        </w:rPr>
        <w:t xml:space="preserve">gTrueValue_physical </w:t>
      </w:r>
      <w:proofErr w:type="spellStart"/>
      <w:r w:rsidRPr="00D27E85">
        <w:rPr>
          <w:rFonts w:ascii="Times New Roman" w:eastAsia="思源黑体 CN" w:hAnsi="Times New Roman"/>
        </w:rPr>
        <w:t>应与当前</w:t>
      </w:r>
      <w:proofErr w:type="spellEnd"/>
      <w:r w:rsidRPr="00D27E85">
        <w:rPr>
          <w:rFonts w:ascii="Times New Roman" w:eastAsia="思源黑体 CN" w:hAnsi="Times New Roman"/>
        </w:rPr>
        <w:t xml:space="preserve"> CSV </w:t>
      </w:r>
      <w:proofErr w:type="spellStart"/>
      <w:r w:rsidRPr="00D27E85">
        <w:rPr>
          <w:rFonts w:ascii="Times New Roman" w:eastAsia="思源黑体 CN" w:hAnsi="Times New Roman"/>
        </w:rPr>
        <w:t>中的</w:t>
      </w:r>
      <w:proofErr w:type="spellEnd"/>
      <w:r w:rsidRPr="00D27E85">
        <w:rPr>
          <w:rFonts w:ascii="Times New Roman" w:eastAsia="思源黑体 CN" w:hAnsi="Times New Roman"/>
        </w:rPr>
        <w:t xml:space="preserve"> EVALUE </w:t>
      </w:r>
      <w:proofErr w:type="spellStart"/>
      <w:r w:rsidRPr="00D27E85">
        <w:rPr>
          <w:rFonts w:ascii="Times New Roman" w:eastAsia="思源黑体 CN" w:hAnsi="Times New Roman"/>
        </w:rPr>
        <w:t>保持一致</w:t>
      </w:r>
      <w:proofErr w:type="spellEnd"/>
      <w:r w:rsidRPr="00D27E85">
        <w:rPr>
          <w:rFonts w:ascii="Times New Roman" w:eastAsia="思源黑体 CN" w:hAnsi="Times New Roman"/>
        </w:rPr>
        <w:t>；</w:t>
      </w:r>
      <w:r w:rsidRPr="00D27E85">
        <w:rPr>
          <w:rFonts w:ascii="Times New Roman" w:eastAsia="思源黑体 CN" w:hAnsi="Times New Roman"/>
        </w:rPr>
        <w:br/>
        <w:t xml:space="preserve">   3</w:t>
      </w:r>
      <w:r w:rsidRPr="00D27E85">
        <w:rPr>
          <w:rFonts w:ascii="Times New Roman" w:eastAsia="思源黑体 CN" w:hAnsi="Times New Roman"/>
        </w:rPr>
        <w:t>）如</w:t>
      </w:r>
      <w:r w:rsidRPr="00D27E85">
        <w:rPr>
          <w:rFonts w:ascii="Times New Roman" w:eastAsia="思源黑体 CN" w:hAnsi="Times New Roman"/>
        </w:rPr>
        <w:t xml:space="preserve"> TF3820 </w:t>
      </w:r>
      <w:proofErr w:type="spellStart"/>
      <w:r w:rsidRPr="00D27E85">
        <w:rPr>
          <w:rFonts w:ascii="Times New Roman" w:eastAsia="思源黑体 CN" w:hAnsi="Times New Roman"/>
        </w:rPr>
        <w:t>工作正常，预测值会紧跟真实值变化</w:t>
      </w:r>
      <w:proofErr w:type="spellEnd"/>
      <w:r w:rsidRPr="00D27E85">
        <w:rPr>
          <w:rFonts w:ascii="Times New Roman" w:eastAsia="思源黑体 CN" w:hAnsi="Times New Roman"/>
        </w:rPr>
        <w:t>。</w:t>
      </w:r>
    </w:p>
    <w:p w14:paraId="37CDEDAB" w14:textId="1E745029" w:rsidR="00900C6B" w:rsidRPr="00900C6B" w:rsidRDefault="00900C6B">
      <w:pPr>
        <w:rPr>
          <w:rFonts w:ascii="Times New Roman" w:eastAsia="思源黑体 CN" w:hAnsi="Times New Roman"/>
          <w:color w:val="FF0000"/>
          <w:lang w:eastAsia="zh-CN"/>
        </w:rPr>
      </w:pPr>
      <w:r w:rsidRPr="00900C6B">
        <w:rPr>
          <w:rFonts w:ascii="Times New Roman" w:eastAsia="思源黑体 CN" w:hAnsi="Times New Roman" w:hint="eastAsia"/>
          <w:color w:val="FF0000"/>
          <w:lang w:eastAsia="zh-CN"/>
        </w:rPr>
        <w:t>注：</w:t>
      </w:r>
      <w:r w:rsidRPr="00900C6B">
        <w:rPr>
          <w:rFonts w:ascii="Times New Roman" w:eastAsia="思源黑体 CN" w:hAnsi="Times New Roman"/>
          <w:color w:val="FF0000"/>
          <w:lang w:eastAsia="zh-CN"/>
        </w:rPr>
        <w:t>如</w:t>
      </w:r>
      <w:r w:rsidRPr="00900C6B">
        <w:rPr>
          <w:rFonts w:ascii="Times New Roman" w:eastAsia="思源黑体 CN" w:hAnsi="Times New Roman"/>
          <w:color w:val="FF0000"/>
          <w:lang w:eastAsia="zh-CN"/>
        </w:rPr>
        <w:t xml:space="preserve"> </w:t>
      </w:r>
      <w:proofErr w:type="spellStart"/>
      <w:r w:rsidRPr="00900C6B">
        <w:rPr>
          <w:rFonts w:ascii="Times New Roman" w:eastAsia="思源黑体 CN" w:hAnsi="Times New Roman"/>
          <w:color w:val="FF0000"/>
          <w:lang w:eastAsia="zh-CN"/>
        </w:rPr>
        <w:t>fbPred.bError</w:t>
      </w:r>
      <w:proofErr w:type="spellEnd"/>
      <w:r w:rsidRPr="00900C6B">
        <w:rPr>
          <w:rFonts w:ascii="Times New Roman" w:eastAsia="思源黑体 CN" w:hAnsi="Times New Roman"/>
          <w:color w:val="FF0000"/>
          <w:lang w:eastAsia="zh-CN"/>
        </w:rPr>
        <w:t xml:space="preserve"> = TRUE</w:t>
      </w:r>
      <w:r w:rsidRPr="00900C6B">
        <w:rPr>
          <w:rFonts w:ascii="Times New Roman" w:eastAsia="思源黑体 CN" w:hAnsi="Times New Roman"/>
          <w:color w:val="FF0000"/>
          <w:lang w:eastAsia="zh-CN"/>
        </w:rPr>
        <w:t>，则模型未被正确加载，应优先检查</w:t>
      </w:r>
      <w:r w:rsidRPr="00900C6B">
        <w:rPr>
          <w:rFonts w:ascii="Times New Roman" w:eastAsia="思源黑体 CN" w:hAnsi="Times New Roman"/>
          <w:color w:val="FF0000"/>
          <w:lang w:eastAsia="zh-CN"/>
        </w:rPr>
        <w:t xml:space="preserve"> TF3820 </w:t>
      </w:r>
      <w:r w:rsidR="002B1040">
        <w:rPr>
          <w:rFonts w:ascii="Times New Roman" w:eastAsia="思源黑体 CN" w:hAnsi="Times New Roman" w:hint="eastAsia"/>
          <w:color w:val="FF0000"/>
          <w:lang w:eastAsia="zh-CN"/>
        </w:rPr>
        <w:t>授权</w:t>
      </w:r>
      <w:r w:rsidRPr="00900C6B">
        <w:rPr>
          <w:rFonts w:ascii="Times New Roman" w:eastAsia="思源黑体 CN" w:hAnsi="Times New Roman"/>
          <w:color w:val="FF0000"/>
          <w:lang w:eastAsia="zh-CN"/>
        </w:rPr>
        <w:t>、</w:t>
      </w:r>
      <w:r w:rsidRPr="00900C6B">
        <w:rPr>
          <w:rFonts w:ascii="Times New Roman" w:eastAsia="思源黑体 CN" w:hAnsi="Times New Roman"/>
          <w:color w:val="FF0000"/>
          <w:lang w:eastAsia="zh-CN"/>
        </w:rPr>
        <w:t xml:space="preserve">ONNX </w:t>
      </w:r>
      <w:r w:rsidRPr="00900C6B">
        <w:rPr>
          <w:rFonts w:ascii="Times New Roman" w:eastAsia="思源黑体 CN" w:hAnsi="Times New Roman"/>
          <w:color w:val="FF0000"/>
          <w:lang w:eastAsia="zh-CN"/>
        </w:rPr>
        <w:t>路径与</w:t>
      </w:r>
      <w:r w:rsidRPr="00900C6B">
        <w:rPr>
          <w:rFonts w:ascii="Times New Roman" w:eastAsia="思源黑体 CN" w:hAnsi="Times New Roman"/>
          <w:color w:val="FF0000"/>
          <w:lang w:eastAsia="zh-CN"/>
        </w:rPr>
        <w:t xml:space="preserve"> AMS </w:t>
      </w:r>
      <w:proofErr w:type="spellStart"/>
      <w:r w:rsidRPr="00900C6B">
        <w:rPr>
          <w:rFonts w:ascii="Times New Roman" w:eastAsia="思源黑体 CN" w:hAnsi="Times New Roman"/>
          <w:color w:val="FF0000"/>
          <w:lang w:eastAsia="zh-CN"/>
        </w:rPr>
        <w:t>NetId</w:t>
      </w:r>
      <w:proofErr w:type="spellEnd"/>
      <w:r w:rsidRPr="00900C6B">
        <w:rPr>
          <w:rFonts w:ascii="Times New Roman" w:eastAsia="思源黑体 CN" w:hAnsi="Times New Roman"/>
          <w:color w:val="FF0000"/>
          <w:lang w:eastAsia="zh-CN"/>
        </w:rPr>
        <w:t>。</w:t>
      </w:r>
    </w:p>
    <w:p w14:paraId="1FF68829" w14:textId="71BB1409" w:rsidR="00115F69" w:rsidRDefault="008B1DB5">
      <w:pPr>
        <w:rPr>
          <w:rFonts w:ascii="Times New Roman" w:eastAsia="思源黑体 CN" w:hAnsi="Times New Roman"/>
          <w:lang w:eastAsia="zh-CN"/>
        </w:rPr>
      </w:pPr>
      <w:r w:rsidRPr="00D27E85">
        <w:rPr>
          <w:rFonts w:ascii="Times New Roman" w:eastAsia="思源黑体 CN" w:hAnsi="Times New Roman"/>
          <w:noProof/>
        </w:rPr>
        <w:lastRenderedPageBreak/>
        <w:drawing>
          <wp:inline distT="0" distB="0" distL="0" distR="0" wp14:anchorId="30FCA232" wp14:editId="3E98D736">
            <wp:extent cx="5486400" cy="2948940"/>
            <wp:effectExtent l="0" t="0" r="0" b="3810"/>
            <wp:docPr id="13860433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04333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D0E30" w14:textId="0B688D10" w:rsidR="0080224E" w:rsidRPr="00D27E85" w:rsidRDefault="0080224E">
      <w:pPr>
        <w:rPr>
          <w:rFonts w:ascii="Times New Roman" w:eastAsia="思源黑体 CN" w:hAnsi="Times New Roman"/>
          <w:lang w:eastAsia="zh-CN"/>
        </w:rPr>
      </w:pPr>
      <w:r>
        <w:rPr>
          <w:noProof/>
        </w:rPr>
        <w:drawing>
          <wp:inline distT="0" distB="0" distL="0" distR="0" wp14:anchorId="44F864B8" wp14:editId="6230BF8C">
            <wp:extent cx="5486400" cy="2948940"/>
            <wp:effectExtent l="0" t="0" r="0" b="3810"/>
            <wp:docPr id="9630674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06744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931EA" w14:textId="77777777" w:rsidR="00115F69" w:rsidRPr="00D27E85" w:rsidRDefault="00115F69">
      <w:pPr>
        <w:rPr>
          <w:rFonts w:ascii="Times New Roman" w:eastAsia="思源黑体 CN" w:hAnsi="Times New Roman"/>
          <w:lang w:eastAsia="zh-CN"/>
        </w:rPr>
      </w:pPr>
      <w:r w:rsidRPr="00D27E85">
        <w:rPr>
          <w:rFonts w:ascii="Times New Roman" w:eastAsia="思源黑体 CN" w:hAnsi="Times New Roman"/>
          <w:lang w:eastAsia="zh-CN"/>
        </w:rPr>
        <w:br w:type="page"/>
      </w:r>
    </w:p>
    <w:p w14:paraId="5739ACD1" w14:textId="77777777" w:rsidR="00773DBB" w:rsidRPr="00D27E85" w:rsidRDefault="00773DBB">
      <w:pPr>
        <w:rPr>
          <w:rFonts w:ascii="Times New Roman" w:eastAsia="思源黑体 CN" w:hAnsi="Times New Roman"/>
          <w:lang w:eastAsia="zh-CN"/>
        </w:rPr>
      </w:pPr>
    </w:p>
    <w:p w14:paraId="4FD24983" w14:textId="77777777" w:rsidR="00773DBB" w:rsidRPr="00D27E85" w:rsidRDefault="00000000">
      <w:pPr>
        <w:pStyle w:val="1"/>
        <w:rPr>
          <w:rFonts w:ascii="Times New Roman" w:eastAsia="思源黑体 CN" w:hAnsi="Times New Roman"/>
        </w:rPr>
      </w:pPr>
      <w:bookmarkStart w:id="8" w:name="_Toc215582819"/>
      <w:proofErr w:type="spellStart"/>
      <w:r w:rsidRPr="00D27E85">
        <w:rPr>
          <w:rFonts w:ascii="Times New Roman" w:eastAsia="思源黑体 CN" w:hAnsi="Times New Roman"/>
        </w:rPr>
        <w:t>八、</w:t>
      </w:r>
      <w:r w:rsidRPr="00D27E85">
        <w:rPr>
          <w:rFonts w:ascii="Times New Roman" w:eastAsia="思源黑体 CN" w:hAnsi="Times New Roman"/>
        </w:rPr>
        <w:t>TwinCAT</w:t>
      </w:r>
      <w:proofErr w:type="spellEnd"/>
      <w:r w:rsidRPr="00D27E85">
        <w:rPr>
          <w:rFonts w:ascii="Times New Roman" w:eastAsia="思源黑体 CN" w:hAnsi="Times New Roman"/>
        </w:rPr>
        <w:t xml:space="preserve"> Scope </w:t>
      </w:r>
      <w:proofErr w:type="spellStart"/>
      <w:r w:rsidRPr="00D27E85">
        <w:rPr>
          <w:rFonts w:ascii="Times New Roman" w:eastAsia="思源黑体 CN" w:hAnsi="Times New Roman"/>
        </w:rPr>
        <w:t>验证与曲线说明</w:t>
      </w:r>
      <w:bookmarkEnd w:id="8"/>
      <w:proofErr w:type="spellEnd"/>
    </w:p>
    <w:p w14:paraId="515AFE68" w14:textId="77777777" w:rsidR="00773DBB" w:rsidRPr="00D27E85" w:rsidRDefault="00000000" w:rsidP="00811B72">
      <w:pPr>
        <w:ind w:firstLineChars="200" w:firstLine="400"/>
        <w:rPr>
          <w:rFonts w:ascii="Times New Roman" w:eastAsia="思源黑体 CN" w:hAnsi="Times New Roman"/>
        </w:rPr>
      </w:pPr>
      <w:proofErr w:type="spellStart"/>
      <w:r w:rsidRPr="00D27E85">
        <w:rPr>
          <w:rFonts w:ascii="Times New Roman" w:eastAsia="思源黑体 CN" w:hAnsi="Times New Roman"/>
        </w:rPr>
        <w:t>为了直观展示模型效果，推荐使用</w:t>
      </w:r>
      <w:proofErr w:type="spellEnd"/>
      <w:r w:rsidRPr="00D27E85">
        <w:rPr>
          <w:rFonts w:ascii="Times New Roman" w:eastAsia="思源黑体 CN" w:hAnsi="Times New Roman"/>
        </w:rPr>
        <w:t xml:space="preserve"> </w:t>
      </w:r>
      <w:proofErr w:type="spellStart"/>
      <w:r w:rsidRPr="00D27E85">
        <w:rPr>
          <w:rFonts w:ascii="Times New Roman" w:eastAsia="思源黑体 CN" w:hAnsi="Times New Roman"/>
        </w:rPr>
        <w:t>TwinCAT</w:t>
      </w:r>
      <w:proofErr w:type="spellEnd"/>
      <w:r w:rsidRPr="00D27E85">
        <w:rPr>
          <w:rFonts w:ascii="Times New Roman" w:eastAsia="思源黑体 CN" w:hAnsi="Times New Roman"/>
        </w:rPr>
        <w:t xml:space="preserve"> Scope </w:t>
      </w:r>
      <w:proofErr w:type="spellStart"/>
      <w:r w:rsidRPr="00D27E85">
        <w:rPr>
          <w:rFonts w:ascii="Times New Roman" w:eastAsia="思源黑体 CN" w:hAnsi="Times New Roman"/>
        </w:rPr>
        <w:t>将真实值与预测值绘制在同一张图上</w:t>
      </w:r>
      <w:proofErr w:type="spellEnd"/>
      <w:r w:rsidRPr="00D27E85">
        <w:rPr>
          <w:rFonts w:ascii="Times New Roman" w:eastAsia="思源黑体 CN" w:hAnsi="Times New Roman"/>
        </w:rPr>
        <w:t>。</w:t>
      </w:r>
    </w:p>
    <w:p w14:paraId="2ADEB120" w14:textId="77777777" w:rsidR="00773DBB" w:rsidRPr="00D27E85" w:rsidRDefault="00000000">
      <w:pPr>
        <w:rPr>
          <w:rFonts w:ascii="Times New Roman" w:eastAsia="思源黑体 CN" w:hAnsi="Times New Roman"/>
        </w:rPr>
      </w:pPr>
      <w:r w:rsidRPr="00D27E85">
        <w:rPr>
          <w:rFonts w:ascii="Times New Roman" w:eastAsia="思源黑体 CN" w:hAnsi="Times New Roman"/>
        </w:rPr>
        <w:t>1</w:t>
      </w:r>
      <w:r w:rsidRPr="00D27E85">
        <w:rPr>
          <w:rFonts w:ascii="Times New Roman" w:eastAsia="思源黑体 CN" w:hAnsi="Times New Roman"/>
        </w:rPr>
        <w:t>）打开</w:t>
      </w:r>
      <w:r w:rsidRPr="00D27E85">
        <w:rPr>
          <w:rFonts w:ascii="Times New Roman" w:eastAsia="思源黑体 CN" w:hAnsi="Times New Roman"/>
        </w:rPr>
        <w:t xml:space="preserve"> Scope Project</w:t>
      </w:r>
      <w:r w:rsidRPr="00D27E85">
        <w:rPr>
          <w:rFonts w:ascii="Times New Roman" w:eastAsia="思源黑体 CN" w:hAnsi="Times New Roman"/>
        </w:rPr>
        <w:br/>
        <w:t xml:space="preserve">   - </w:t>
      </w:r>
      <w:proofErr w:type="spellStart"/>
      <w:r w:rsidRPr="00D27E85">
        <w:rPr>
          <w:rFonts w:ascii="Times New Roman" w:eastAsia="思源黑体 CN" w:hAnsi="Times New Roman"/>
        </w:rPr>
        <w:t>在解决方案中找到已有的</w:t>
      </w:r>
      <w:proofErr w:type="spellEnd"/>
      <w:r w:rsidRPr="00D27E85">
        <w:rPr>
          <w:rFonts w:ascii="Times New Roman" w:eastAsia="思源黑体 CN" w:hAnsi="Times New Roman"/>
        </w:rPr>
        <w:t xml:space="preserve"> Scope </w:t>
      </w:r>
      <w:proofErr w:type="spellStart"/>
      <w:r w:rsidRPr="00D27E85">
        <w:rPr>
          <w:rFonts w:ascii="Times New Roman" w:eastAsia="思源黑体 CN" w:hAnsi="Times New Roman"/>
        </w:rPr>
        <w:t>工程（例如</w:t>
      </w:r>
      <w:proofErr w:type="spellEnd"/>
      <w:r w:rsidRPr="00D27E85">
        <w:rPr>
          <w:rFonts w:ascii="Times New Roman" w:eastAsia="思源黑体 CN" w:hAnsi="Times New Roman"/>
        </w:rPr>
        <w:t xml:space="preserve"> </w:t>
      </w:r>
      <w:proofErr w:type="spellStart"/>
      <w:r w:rsidRPr="00D27E85">
        <w:rPr>
          <w:rFonts w:ascii="Times New Roman" w:eastAsia="思源黑体 CN" w:hAnsi="Times New Roman"/>
        </w:rPr>
        <w:t>Pred_Real_Comp</w:t>
      </w:r>
      <w:proofErr w:type="spellEnd"/>
      <w:r w:rsidRPr="00D27E85">
        <w:rPr>
          <w:rFonts w:ascii="Times New Roman" w:eastAsia="思源黑体 CN" w:hAnsi="Times New Roman"/>
        </w:rPr>
        <w:t>），</w:t>
      </w:r>
      <w:proofErr w:type="spellStart"/>
      <w:r w:rsidRPr="00D27E85">
        <w:rPr>
          <w:rFonts w:ascii="Times New Roman" w:eastAsia="思源黑体 CN" w:hAnsi="Times New Roman"/>
        </w:rPr>
        <w:t>或者新建一个</w:t>
      </w:r>
      <w:proofErr w:type="spellEnd"/>
      <w:r w:rsidRPr="00D27E85">
        <w:rPr>
          <w:rFonts w:ascii="Times New Roman" w:eastAsia="思源黑体 CN" w:hAnsi="Times New Roman"/>
        </w:rPr>
        <w:t xml:space="preserve"> Scope Project</w:t>
      </w:r>
      <w:r w:rsidRPr="00D27E85">
        <w:rPr>
          <w:rFonts w:ascii="Times New Roman" w:eastAsia="思源黑体 CN" w:hAnsi="Times New Roman"/>
        </w:rPr>
        <w:t>；</w:t>
      </w:r>
      <w:r w:rsidRPr="00D27E85">
        <w:rPr>
          <w:rFonts w:ascii="Times New Roman" w:eastAsia="思源黑体 CN" w:hAnsi="Times New Roman"/>
        </w:rPr>
        <w:br/>
        <w:t xml:space="preserve">   - </w:t>
      </w:r>
      <w:r w:rsidRPr="00D27E85">
        <w:rPr>
          <w:rFonts w:ascii="Times New Roman" w:eastAsia="思源黑体 CN" w:hAnsi="Times New Roman"/>
        </w:rPr>
        <w:t>在</w:t>
      </w:r>
      <w:r w:rsidRPr="00D27E85">
        <w:rPr>
          <w:rFonts w:ascii="Times New Roman" w:eastAsia="思源黑体 CN" w:hAnsi="Times New Roman"/>
        </w:rPr>
        <w:t xml:space="preserve"> YT Chart </w:t>
      </w:r>
      <w:proofErr w:type="spellStart"/>
      <w:r w:rsidRPr="00D27E85">
        <w:rPr>
          <w:rFonts w:ascii="Times New Roman" w:eastAsia="思源黑体 CN" w:hAnsi="Times New Roman"/>
        </w:rPr>
        <w:t>中添加以下信号</w:t>
      </w:r>
      <w:proofErr w:type="spellEnd"/>
      <w:r w:rsidRPr="00D27E85">
        <w:rPr>
          <w:rFonts w:ascii="Times New Roman" w:eastAsia="思源黑体 CN" w:hAnsi="Times New Roman"/>
        </w:rPr>
        <w:t>：</w:t>
      </w:r>
      <w:r w:rsidRPr="00D27E85">
        <w:rPr>
          <w:rFonts w:ascii="Times New Roman" w:eastAsia="思源黑体 CN" w:hAnsi="Times New Roman"/>
        </w:rPr>
        <w:br/>
        <w:t xml:space="preserve">     · </w:t>
      </w:r>
      <w:proofErr w:type="spellStart"/>
      <w:r w:rsidRPr="00D27E85">
        <w:rPr>
          <w:rFonts w:ascii="Times New Roman" w:eastAsia="思源黑体 CN" w:hAnsi="Times New Roman"/>
        </w:rPr>
        <w:t>GVL.gTrueValue_physical</w:t>
      </w:r>
      <w:r w:rsidRPr="00D27E85">
        <w:rPr>
          <w:rFonts w:ascii="Times New Roman" w:eastAsia="思源黑体 CN" w:hAnsi="Times New Roman"/>
        </w:rPr>
        <w:t>（真实</w:t>
      </w:r>
      <w:proofErr w:type="spellEnd"/>
      <w:r w:rsidRPr="00D27E85">
        <w:rPr>
          <w:rFonts w:ascii="Times New Roman" w:eastAsia="思源黑体 CN" w:hAnsi="Times New Roman"/>
        </w:rPr>
        <w:t xml:space="preserve"> EVALUE</w:t>
      </w:r>
      <w:r w:rsidRPr="00D27E85">
        <w:rPr>
          <w:rFonts w:ascii="Times New Roman" w:eastAsia="思源黑体 CN" w:hAnsi="Times New Roman"/>
        </w:rPr>
        <w:t>）；</w:t>
      </w:r>
      <w:r w:rsidRPr="00D27E85">
        <w:rPr>
          <w:rFonts w:ascii="Times New Roman" w:eastAsia="思源黑体 CN" w:hAnsi="Times New Roman"/>
        </w:rPr>
        <w:br/>
        <w:t xml:space="preserve">     · </w:t>
      </w:r>
      <w:proofErr w:type="spellStart"/>
      <w:r w:rsidRPr="00D27E85">
        <w:rPr>
          <w:rFonts w:ascii="Times New Roman" w:eastAsia="思源黑体 CN" w:hAnsi="Times New Roman"/>
        </w:rPr>
        <w:t>GVL.gPredValue_physical</w:t>
      </w:r>
      <w:r w:rsidRPr="00D27E85">
        <w:rPr>
          <w:rFonts w:ascii="Times New Roman" w:eastAsia="思源黑体 CN" w:hAnsi="Times New Roman"/>
        </w:rPr>
        <w:t>（下一步预测值</w:t>
      </w:r>
      <w:proofErr w:type="spellEnd"/>
      <w:r w:rsidRPr="00D27E85">
        <w:rPr>
          <w:rFonts w:ascii="Times New Roman" w:eastAsia="思源黑体 CN" w:hAnsi="Times New Roman"/>
        </w:rPr>
        <w:t>）；</w:t>
      </w:r>
      <w:r w:rsidRPr="00D27E85">
        <w:rPr>
          <w:rFonts w:ascii="Times New Roman" w:eastAsia="思源黑体 CN" w:hAnsi="Times New Roman"/>
        </w:rPr>
        <w:br/>
        <w:t xml:space="preserve">     · </w:t>
      </w:r>
      <w:proofErr w:type="spellStart"/>
      <w:r w:rsidRPr="00D27E85">
        <w:rPr>
          <w:rFonts w:ascii="Times New Roman" w:eastAsia="思源黑体 CN" w:hAnsi="Times New Roman"/>
        </w:rPr>
        <w:t>可选：</w:t>
      </w:r>
      <w:r w:rsidRPr="00D27E85">
        <w:rPr>
          <w:rFonts w:ascii="Times New Roman" w:eastAsia="思源黑体 CN" w:hAnsi="Times New Roman"/>
        </w:rPr>
        <w:t>GVL.gPredPhys</w:t>
      </w:r>
      <w:proofErr w:type="spellEnd"/>
      <w:r w:rsidRPr="00D27E85">
        <w:rPr>
          <w:rFonts w:ascii="Times New Roman" w:eastAsia="思源黑体 CN" w:hAnsi="Times New Roman"/>
        </w:rPr>
        <w:t>[1</w:t>
      </w:r>
      <w:proofErr w:type="gramStart"/>
      <w:r w:rsidRPr="00D27E85">
        <w:rPr>
          <w:rFonts w:ascii="Times New Roman" w:eastAsia="思源黑体 CN" w:hAnsi="Times New Roman"/>
        </w:rPr>
        <w:t>]..</w:t>
      </w:r>
      <w:proofErr w:type="gramEnd"/>
      <w:r w:rsidRPr="00D27E85">
        <w:rPr>
          <w:rFonts w:ascii="Times New Roman" w:eastAsia="思源黑体 CN" w:hAnsi="Times New Roman"/>
        </w:rPr>
        <w:t>[10]</w:t>
      </w:r>
      <w:r w:rsidRPr="00D27E85">
        <w:rPr>
          <w:rFonts w:ascii="Times New Roman" w:eastAsia="思源黑体 CN" w:hAnsi="Times New Roman"/>
        </w:rPr>
        <w:t>（</w:t>
      </w:r>
      <w:proofErr w:type="spellStart"/>
      <w:r w:rsidRPr="00D27E85">
        <w:rPr>
          <w:rFonts w:ascii="Times New Roman" w:eastAsia="思源黑体 CN" w:hAnsi="Times New Roman"/>
        </w:rPr>
        <w:t>预测窗口</w:t>
      </w:r>
      <w:proofErr w:type="spellEnd"/>
      <w:r w:rsidRPr="00D27E85">
        <w:rPr>
          <w:rFonts w:ascii="Times New Roman" w:eastAsia="思源黑体 CN" w:hAnsi="Times New Roman"/>
        </w:rPr>
        <w:t>）。</w:t>
      </w:r>
    </w:p>
    <w:p w14:paraId="3C3DEE32" w14:textId="6FBC87D7" w:rsidR="00773DBB" w:rsidRPr="00D27E85" w:rsidRDefault="00000000">
      <w:pPr>
        <w:rPr>
          <w:rFonts w:ascii="Times New Roman" w:eastAsia="思源黑体 CN" w:hAnsi="Times New Roman"/>
          <w:lang w:eastAsia="zh-CN"/>
        </w:rPr>
      </w:pPr>
      <w:r w:rsidRPr="00D27E85">
        <w:rPr>
          <w:rFonts w:ascii="Times New Roman" w:eastAsia="思源黑体 CN" w:hAnsi="Times New Roman"/>
          <w:lang w:eastAsia="zh-CN"/>
        </w:rPr>
        <w:t>2</w:t>
      </w:r>
      <w:r w:rsidRPr="00D27E85">
        <w:rPr>
          <w:rFonts w:ascii="Times New Roman" w:eastAsia="思源黑体 CN" w:hAnsi="Times New Roman"/>
          <w:lang w:eastAsia="zh-CN"/>
        </w:rPr>
        <w:t>）启动记录</w:t>
      </w:r>
      <w:r w:rsidRPr="00D27E85">
        <w:rPr>
          <w:rFonts w:ascii="Times New Roman" w:eastAsia="思源黑体 CN" w:hAnsi="Times New Roman"/>
          <w:lang w:eastAsia="zh-CN"/>
        </w:rPr>
        <w:br/>
        <w:t xml:space="preserve">   - </w:t>
      </w:r>
      <w:r w:rsidRPr="00D27E85">
        <w:rPr>
          <w:rFonts w:ascii="Times New Roman" w:eastAsia="思源黑体 CN" w:hAnsi="Times New Roman"/>
          <w:lang w:eastAsia="zh-CN"/>
        </w:rPr>
        <w:t>将</w:t>
      </w:r>
      <w:r w:rsidRPr="00D27E85">
        <w:rPr>
          <w:rFonts w:ascii="Times New Roman" w:eastAsia="思源黑体 CN" w:hAnsi="Times New Roman"/>
          <w:lang w:eastAsia="zh-CN"/>
        </w:rPr>
        <w:t xml:space="preserve"> Scope </w:t>
      </w:r>
      <w:r w:rsidRPr="00D27E85">
        <w:rPr>
          <w:rFonts w:ascii="Times New Roman" w:eastAsia="思源黑体 CN" w:hAnsi="Times New Roman"/>
          <w:lang w:eastAsia="zh-CN"/>
        </w:rPr>
        <w:t>连接到本机的</w:t>
      </w:r>
      <w:r w:rsidRPr="00D27E85">
        <w:rPr>
          <w:rFonts w:ascii="Times New Roman" w:eastAsia="思源黑体 CN" w:hAnsi="Times New Roman"/>
          <w:lang w:eastAsia="zh-CN"/>
        </w:rPr>
        <w:t xml:space="preserve"> PLC </w:t>
      </w:r>
      <w:r w:rsidRPr="00D27E85">
        <w:rPr>
          <w:rFonts w:ascii="Times New Roman" w:eastAsia="思源黑体 CN" w:hAnsi="Times New Roman"/>
          <w:lang w:eastAsia="zh-CN"/>
        </w:rPr>
        <w:t>端口（通常为</w:t>
      </w:r>
      <w:r w:rsidRPr="00D27E85">
        <w:rPr>
          <w:rFonts w:ascii="Times New Roman" w:eastAsia="思源黑体 CN" w:hAnsi="Times New Roman"/>
          <w:lang w:eastAsia="zh-CN"/>
        </w:rPr>
        <w:t xml:space="preserve"> 851</w:t>
      </w:r>
      <w:r w:rsidRPr="00D27E85">
        <w:rPr>
          <w:rFonts w:ascii="Times New Roman" w:eastAsia="思源黑体 CN" w:hAnsi="Times New Roman"/>
          <w:lang w:eastAsia="zh-CN"/>
        </w:rPr>
        <w:t>）；</w:t>
      </w:r>
      <w:r w:rsidRPr="00D27E85">
        <w:rPr>
          <w:rFonts w:ascii="Times New Roman" w:eastAsia="思源黑体 CN" w:hAnsi="Times New Roman"/>
          <w:lang w:eastAsia="zh-CN"/>
        </w:rPr>
        <w:br/>
        <w:t xml:space="preserve">   - </w:t>
      </w:r>
      <w:r w:rsidRPr="00D27E85">
        <w:rPr>
          <w:rFonts w:ascii="Times New Roman" w:eastAsia="思源黑体 CN" w:hAnsi="Times New Roman"/>
          <w:lang w:eastAsia="zh-CN"/>
        </w:rPr>
        <w:t>点击</w:t>
      </w:r>
      <w:r w:rsidR="00AF7EDF">
        <w:rPr>
          <w:rFonts w:ascii="Times New Roman" w:eastAsia="思源黑体 CN" w:hAnsi="Times New Roman" w:hint="eastAsia"/>
          <w:lang w:eastAsia="zh-CN"/>
        </w:rPr>
        <w:t>“</w:t>
      </w:r>
      <w:r w:rsidR="00AF7EDF" w:rsidRPr="00D27E85">
        <w:rPr>
          <w:rFonts w:ascii="Times New Roman" w:eastAsia="思源黑体 CN" w:hAnsi="Times New Roman"/>
          <w:lang w:eastAsia="zh-CN"/>
        </w:rPr>
        <w:t>开始记录</w:t>
      </w:r>
      <w:r w:rsidR="00AF7EDF">
        <w:rPr>
          <w:rFonts w:ascii="Times New Roman" w:eastAsia="思源黑体 CN" w:hAnsi="Times New Roman" w:hint="eastAsia"/>
          <w:lang w:eastAsia="zh-CN"/>
        </w:rPr>
        <w:t>”</w:t>
      </w:r>
      <w:r w:rsidRPr="00D27E85">
        <w:rPr>
          <w:rFonts w:ascii="Times New Roman" w:eastAsia="思源黑体 CN" w:hAnsi="Times New Roman"/>
          <w:lang w:eastAsia="zh-CN"/>
        </w:rPr>
        <w:t>，观察曲线随时间刷新；</w:t>
      </w:r>
      <w:r w:rsidRPr="00D27E85">
        <w:rPr>
          <w:rFonts w:ascii="Times New Roman" w:eastAsia="思源黑体 CN" w:hAnsi="Times New Roman"/>
          <w:lang w:eastAsia="zh-CN"/>
        </w:rPr>
        <w:br/>
        <w:t xml:space="preserve">   - </w:t>
      </w:r>
      <w:r w:rsidRPr="00D27E85">
        <w:rPr>
          <w:rFonts w:ascii="Times New Roman" w:eastAsia="思源黑体 CN" w:hAnsi="Times New Roman"/>
          <w:lang w:eastAsia="zh-CN"/>
        </w:rPr>
        <w:t>若模型训练良好，橙色预测曲线应与蓝色真实曲线高度贴合，仅在动态变化处存在一定滞后与偏差。</w:t>
      </w:r>
    </w:p>
    <w:p w14:paraId="62E34A31" w14:textId="77777777" w:rsidR="00725DD8" w:rsidRPr="00D27E85" w:rsidRDefault="00725DD8">
      <w:pPr>
        <w:rPr>
          <w:rFonts w:ascii="Times New Roman" w:eastAsia="思源黑体 CN" w:hAnsi="Times New Roman"/>
          <w:lang w:eastAsia="zh-CN"/>
        </w:rPr>
      </w:pPr>
      <w:r w:rsidRPr="00D27E85">
        <w:rPr>
          <w:rFonts w:ascii="Times New Roman" w:eastAsia="思源黑体 CN" w:hAnsi="Times New Roman"/>
          <w:noProof/>
        </w:rPr>
        <w:drawing>
          <wp:inline distT="0" distB="0" distL="0" distR="0" wp14:anchorId="296654DD" wp14:editId="55D26C77">
            <wp:extent cx="5486400" cy="2948940"/>
            <wp:effectExtent l="0" t="0" r="0" b="3810"/>
            <wp:docPr id="10591618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16183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7E85">
        <w:rPr>
          <w:rFonts w:ascii="Times New Roman" w:eastAsia="思源黑体 CN" w:hAnsi="Times New Roman"/>
          <w:lang w:eastAsia="zh-CN"/>
        </w:rPr>
        <w:t xml:space="preserve"> </w:t>
      </w:r>
    </w:p>
    <w:p w14:paraId="618B224E" w14:textId="01485673" w:rsidR="00115F69" w:rsidRPr="00D27E85" w:rsidRDefault="00725DD8">
      <w:pPr>
        <w:rPr>
          <w:rFonts w:ascii="Times New Roman" w:eastAsia="思源黑体 CN" w:hAnsi="Times New Roman"/>
          <w:lang w:eastAsia="zh-CN"/>
        </w:rPr>
      </w:pPr>
      <w:r w:rsidRPr="00D27E85">
        <w:rPr>
          <w:rFonts w:ascii="Times New Roman" w:eastAsia="思源黑体 CN" w:hAnsi="Times New Roman"/>
          <w:noProof/>
        </w:rPr>
        <w:lastRenderedPageBreak/>
        <w:drawing>
          <wp:inline distT="0" distB="0" distL="0" distR="0" wp14:anchorId="5FA6EE0B" wp14:editId="5E3D44A7">
            <wp:extent cx="5486400" cy="2384425"/>
            <wp:effectExtent l="0" t="0" r="0" b="0"/>
            <wp:docPr id="109496505" name="图片 1" descr="图表, 折线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96505" name="图片 1" descr="图表, 折线图&#10;&#10;AI 生成的内容可能不正确。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8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7E85">
        <w:rPr>
          <w:rFonts w:ascii="Times New Roman" w:eastAsia="思源黑体 CN" w:hAnsi="Times New Roman"/>
          <w:lang w:eastAsia="zh-CN"/>
        </w:rPr>
        <w:t xml:space="preserve"> </w:t>
      </w:r>
      <w:r w:rsidR="00115F69" w:rsidRPr="00D27E85">
        <w:rPr>
          <w:rFonts w:ascii="Times New Roman" w:eastAsia="思源黑体 CN" w:hAnsi="Times New Roman"/>
          <w:lang w:eastAsia="zh-CN"/>
        </w:rPr>
        <w:br w:type="page"/>
      </w:r>
    </w:p>
    <w:p w14:paraId="11728094" w14:textId="77777777" w:rsidR="00773DBB" w:rsidRPr="00D27E85" w:rsidRDefault="00773DBB">
      <w:pPr>
        <w:rPr>
          <w:rFonts w:ascii="Times New Roman" w:eastAsia="思源黑体 CN" w:hAnsi="Times New Roman"/>
          <w:lang w:eastAsia="zh-CN"/>
        </w:rPr>
      </w:pPr>
    </w:p>
    <w:p w14:paraId="0A95338B" w14:textId="77777777" w:rsidR="00773DBB" w:rsidRPr="00D27E85" w:rsidRDefault="00000000">
      <w:pPr>
        <w:pStyle w:val="1"/>
        <w:rPr>
          <w:rFonts w:ascii="Times New Roman" w:eastAsia="思源黑体 CN" w:hAnsi="Times New Roman"/>
          <w:lang w:eastAsia="zh-CN"/>
        </w:rPr>
      </w:pPr>
      <w:bookmarkStart w:id="9" w:name="_Toc215582820"/>
      <w:r w:rsidRPr="00D27E85">
        <w:rPr>
          <w:rFonts w:ascii="Times New Roman" w:eastAsia="思源黑体 CN" w:hAnsi="Times New Roman"/>
          <w:lang w:eastAsia="zh-CN"/>
        </w:rPr>
        <w:t>九、常见问题与简单排查</w:t>
      </w:r>
      <w:bookmarkEnd w:id="9"/>
    </w:p>
    <w:p w14:paraId="18E7145F" w14:textId="77777777" w:rsidR="00773DBB" w:rsidRPr="00D27E85" w:rsidRDefault="00000000">
      <w:pPr>
        <w:rPr>
          <w:rFonts w:ascii="Times New Roman" w:eastAsia="思源黑体 CN" w:hAnsi="Times New Roman"/>
          <w:lang w:eastAsia="zh-CN"/>
        </w:rPr>
      </w:pPr>
      <w:r w:rsidRPr="00D27E85">
        <w:rPr>
          <w:rFonts w:ascii="Times New Roman" w:eastAsia="思源黑体 CN" w:hAnsi="Times New Roman"/>
          <w:lang w:eastAsia="zh-CN"/>
        </w:rPr>
        <w:t>1</w:t>
      </w:r>
      <w:r w:rsidRPr="00D27E85">
        <w:rPr>
          <w:rFonts w:ascii="Times New Roman" w:eastAsia="思源黑体 CN" w:hAnsi="Times New Roman"/>
          <w:lang w:eastAsia="zh-CN"/>
        </w:rPr>
        <w:t>）</w:t>
      </w:r>
      <w:proofErr w:type="spellStart"/>
      <w:r w:rsidRPr="00D27E85">
        <w:rPr>
          <w:rFonts w:ascii="Times New Roman" w:eastAsia="思源黑体 CN" w:hAnsi="Times New Roman"/>
          <w:lang w:eastAsia="zh-CN"/>
        </w:rPr>
        <w:t>TcMlServer</w:t>
      </w:r>
      <w:proofErr w:type="spellEnd"/>
      <w:r w:rsidRPr="00D27E85">
        <w:rPr>
          <w:rFonts w:ascii="Times New Roman" w:eastAsia="思源黑体 CN" w:hAnsi="Times New Roman"/>
          <w:lang w:eastAsia="zh-CN"/>
        </w:rPr>
        <w:t xml:space="preserve"> </w:t>
      </w:r>
      <w:r w:rsidRPr="00D27E85">
        <w:rPr>
          <w:rFonts w:ascii="Times New Roman" w:eastAsia="思源黑体 CN" w:hAnsi="Times New Roman"/>
          <w:lang w:eastAsia="zh-CN"/>
        </w:rPr>
        <w:t>报无许可证或无法加载模型</w:t>
      </w:r>
    </w:p>
    <w:p w14:paraId="74052ED1" w14:textId="52ADEA93" w:rsidR="00773DBB" w:rsidRPr="00D27E85" w:rsidRDefault="00000000">
      <w:pPr>
        <w:rPr>
          <w:rFonts w:ascii="Times New Roman" w:eastAsia="思源黑体 CN" w:hAnsi="Times New Roman"/>
        </w:rPr>
      </w:pPr>
      <w:r w:rsidRPr="00D27E85">
        <w:rPr>
          <w:rFonts w:ascii="Times New Roman" w:eastAsia="思源黑体 CN" w:hAnsi="Times New Roman"/>
          <w:lang w:eastAsia="zh-CN"/>
        </w:rPr>
        <w:t xml:space="preserve">   </w:t>
      </w:r>
      <w:r w:rsidRPr="00D27E85">
        <w:rPr>
          <w:rFonts w:ascii="Times New Roman" w:eastAsia="思源黑体 CN" w:hAnsi="Times New Roman"/>
        </w:rPr>
        <w:t xml:space="preserve">- </w:t>
      </w:r>
      <w:proofErr w:type="spellStart"/>
      <w:r w:rsidRPr="00D27E85">
        <w:rPr>
          <w:rFonts w:ascii="Times New Roman" w:eastAsia="思源黑体 CN" w:hAnsi="Times New Roman"/>
        </w:rPr>
        <w:t>检查</w:t>
      </w:r>
      <w:proofErr w:type="spellEnd"/>
      <w:r w:rsidRPr="00D27E85">
        <w:rPr>
          <w:rFonts w:ascii="Times New Roman" w:eastAsia="思源黑体 CN" w:hAnsi="Times New Roman"/>
        </w:rPr>
        <w:t xml:space="preserve"> TF3820 </w:t>
      </w:r>
      <w:proofErr w:type="spellStart"/>
      <w:r w:rsidRPr="00D27E85">
        <w:rPr>
          <w:rFonts w:ascii="Times New Roman" w:eastAsia="思源黑体 CN" w:hAnsi="Times New Roman"/>
        </w:rPr>
        <w:t>许可证是否已激活（可先使用</w:t>
      </w:r>
      <w:proofErr w:type="spellEnd"/>
      <w:r w:rsidRPr="00D27E85">
        <w:rPr>
          <w:rFonts w:ascii="Times New Roman" w:eastAsia="思源黑体 CN" w:hAnsi="Times New Roman"/>
        </w:rPr>
        <w:t xml:space="preserve"> 7 </w:t>
      </w:r>
      <w:proofErr w:type="spellStart"/>
      <w:r w:rsidRPr="00D27E85">
        <w:rPr>
          <w:rFonts w:ascii="Times New Roman" w:eastAsia="思源黑体 CN" w:hAnsi="Times New Roman"/>
        </w:rPr>
        <w:t>天试用许可</w:t>
      </w:r>
      <w:proofErr w:type="spellEnd"/>
      <w:r w:rsidRPr="00D27E85">
        <w:rPr>
          <w:rFonts w:ascii="Times New Roman" w:eastAsia="思源黑体 CN" w:hAnsi="Times New Roman"/>
        </w:rPr>
        <w:t>）；</w:t>
      </w:r>
      <w:r w:rsidRPr="00D27E85">
        <w:rPr>
          <w:rFonts w:ascii="Times New Roman" w:eastAsia="思源黑体 CN" w:hAnsi="Times New Roman"/>
        </w:rPr>
        <w:br/>
        <w:t xml:space="preserve">   - </w:t>
      </w:r>
      <w:proofErr w:type="spellStart"/>
      <w:r w:rsidRPr="00D27E85">
        <w:rPr>
          <w:rFonts w:ascii="Times New Roman" w:eastAsia="思源黑体 CN" w:hAnsi="Times New Roman"/>
        </w:rPr>
        <w:t>确保</w:t>
      </w:r>
      <w:proofErr w:type="spellEnd"/>
      <w:r w:rsidRPr="00D27E85">
        <w:rPr>
          <w:rFonts w:ascii="Times New Roman" w:eastAsia="思源黑体 CN" w:hAnsi="Times New Roman"/>
        </w:rPr>
        <w:t xml:space="preserve"> JSON </w:t>
      </w:r>
      <w:r w:rsidRPr="00D27E85">
        <w:rPr>
          <w:rFonts w:ascii="Times New Roman" w:eastAsia="思源黑体 CN" w:hAnsi="Times New Roman"/>
        </w:rPr>
        <w:t>与</w:t>
      </w:r>
      <w:r w:rsidRPr="00D27E85">
        <w:rPr>
          <w:rFonts w:ascii="Times New Roman" w:eastAsia="思源黑体 CN" w:hAnsi="Times New Roman"/>
        </w:rPr>
        <w:t xml:space="preserve"> ONNX </w:t>
      </w:r>
      <w:proofErr w:type="spellStart"/>
      <w:r w:rsidRPr="00D27E85">
        <w:rPr>
          <w:rFonts w:ascii="Times New Roman" w:eastAsia="思源黑体 CN" w:hAnsi="Times New Roman"/>
        </w:rPr>
        <w:t>文件路径正确，且文件位于本机磁盘</w:t>
      </w:r>
      <w:proofErr w:type="spellEnd"/>
      <w:r w:rsidRPr="00D27E85">
        <w:rPr>
          <w:rFonts w:ascii="Times New Roman" w:eastAsia="思源黑体 CN" w:hAnsi="Times New Roman"/>
        </w:rPr>
        <w:t>；</w:t>
      </w:r>
      <w:r w:rsidRPr="00D27E85">
        <w:rPr>
          <w:rFonts w:ascii="Times New Roman" w:eastAsia="思源黑体 CN" w:hAnsi="Times New Roman"/>
        </w:rPr>
        <w:br/>
        <w:t xml:space="preserve">   - </w:t>
      </w:r>
      <w:proofErr w:type="spellStart"/>
      <w:r w:rsidRPr="00D27E85">
        <w:rPr>
          <w:rFonts w:ascii="Times New Roman" w:eastAsia="思源黑体 CN" w:hAnsi="Times New Roman"/>
        </w:rPr>
        <w:t>查看</w:t>
      </w:r>
      <w:proofErr w:type="spellEnd"/>
      <w:r w:rsidRPr="00D27E85">
        <w:rPr>
          <w:rFonts w:ascii="Times New Roman" w:eastAsia="思源黑体 CN" w:hAnsi="Times New Roman"/>
        </w:rPr>
        <w:t xml:space="preserve"> C:\ProgramData\Beckhoff\TwinCAT\Functions\TF38xx-Machine-Learning\TcMlServe</w:t>
      </w:r>
      <w:r w:rsidR="003635F1" w:rsidRPr="00D27E85">
        <w:rPr>
          <w:rFonts w:ascii="Times New Roman" w:eastAsia="思源黑体 CN" w:hAnsi="Times New Roman" w:hint="eastAsia"/>
          <w:lang w:eastAsia="zh-CN"/>
        </w:rPr>
        <w:t>r</w:t>
      </w:r>
      <w:r w:rsidRPr="00D27E85">
        <w:rPr>
          <w:rFonts w:ascii="Times New Roman" w:eastAsia="思源黑体 CN" w:hAnsi="Times New Roman"/>
        </w:rPr>
        <w:t>目录下的日志文件，获取更详细的错误信息。</w:t>
      </w:r>
    </w:p>
    <w:p w14:paraId="05E1EB82" w14:textId="77777777" w:rsidR="00773DBB" w:rsidRPr="00D27E85" w:rsidRDefault="00000000">
      <w:pPr>
        <w:rPr>
          <w:rFonts w:ascii="Times New Roman" w:eastAsia="思源黑体 CN" w:hAnsi="Times New Roman"/>
          <w:lang w:eastAsia="zh-CN"/>
        </w:rPr>
      </w:pPr>
      <w:r w:rsidRPr="00D27E85">
        <w:rPr>
          <w:rFonts w:ascii="Times New Roman" w:eastAsia="思源黑体 CN" w:hAnsi="Times New Roman"/>
          <w:lang w:eastAsia="zh-CN"/>
        </w:rPr>
        <w:t>2</w:t>
      </w:r>
      <w:r w:rsidRPr="00D27E85">
        <w:rPr>
          <w:rFonts w:ascii="Times New Roman" w:eastAsia="思源黑体 CN" w:hAnsi="Times New Roman"/>
          <w:lang w:eastAsia="zh-CN"/>
        </w:rPr>
        <w:t>）</w:t>
      </w:r>
      <w:r w:rsidRPr="00D27E85">
        <w:rPr>
          <w:rFonts w:ascii="Times New Roman" w:eastAsia="思源黑体 CN" w:hAnsi="Times New Roman"/>
          <w:lang w:eastAsia="zh-CN"/>
        </w:rPr>
        <w:t xml:space="preserve">CSV </w:t>
      </w:r>
      <w:r w:rsidRPr="00D27E85">
        <w:rPr>
          <w:rFonts w:ascii="Times New Roman" w:eastAsia="思源黑体 CN" w:hAnsi="Times New Roman"/>
          <w:lang w:eastAsia="zh-CN"/>
        </w:rPr>
        <w:t>只读了一行就停止</w:t>
      </w:r>
    </w:p>
    <w:p w14:paraId="47149D23" w14:textId="77777777" w:rsidR="00773DBB" w:rsidRPr="00D27E85" w:rsidRDefault="00000000">
      <w:pPr>
        <w:rPr>
          <w:rFonts w:ascii="Times New Roman" w:eastAsia="思源黑体 CN" w:hAnsi="Times New Roman"/>
          <w:lang w:eastAsia="zh-CN"/>
        </w:rPr>
      </w:pPr>
      <w:r w:rsidRPr="00D27E85">
        <w:rPr>
          <w:rFonts w:ascii="Times New Roman" w:eastAsia="思源黑体 CN" w:hAnsi="Times New Roman"/>
          <w:lang w:eastAsia="zh-CN"/>
        </w:rPr>
        <w:t xml:space="preserve">   - </w:t>
      </w:r>
      <w:r w:rsidRPr="00D27E85">
        <w:rPr>
          <w:rFonts w:ascii="Times New Roman" w:eastAsia="思源黑体 CN" w:hAnsi="Times New Roman"/>
          <w:lang w:eastAsia="zh-CN"/>
        </w:rPr>
        <w:t>确认</w:t>
      </w:r>
      <w:r w:rsidRPr="00D27E85">
        <w:rPr>
          <w:rFonts w:ascii="Times New Roman" w:eastAsia="思源黑体 CN" w:hAnsi="Times New Roman"/>
          <w:lang w:eastAsia="zh-CN"/>
        </w:rPr>
        <w:t xml:space="preserve"> CSV </w:t>
      </w:r>
      <w:r w:rsidRPr="00D27E85">
        <w:rPr>
          <w:rFonts w:ascii="Times New Roman" w:eastAsia="思源黑体 CN" w:hAnsi="Times New Roman"/>
          <w:lang w:eastAsia="zh-CN"/>
        </w:rPr>
        <w:t>无中文表头，第一行即为数据；</w:t>
      </w:r>
      <w:r w:rsidRPr="00D27E85">
        <w:rPr>
          <w:rFonts w:ascii="Times New Roman" w:eastAsia="思源黑体 CN" w:hAnsi="Times New Roman"/>
          <w:lang w:eastAsia="zh-CN"/>
        </w:rPr>
        <w:br/>
        <w:t xml:space="preserve">   - </w:t>
      </w:r>
      <w:r w:rsidRPr="00D27E85">
        <w:rPr>
          <w:rFonts w:ascii="Times New Roman" w:eastAsia="思源黑体 CN" w:hAnsi="Times New Roman"/>
          <w:lang w:eastAsia="zh-CN"/>
        </w:rPr>
        <w:t>检查分隔符是否为英文逗号，小数点是否为点号；</w:t>
      </w:r>
      <w:r w:rsidRPr="00D27E85">
        <w:rPr>
          <w:rFonts w:ascii="Times New Roman" w:eastAsia="思源黑体 CN" w:hAnsi="Times New Roman"/>
          <w:lang w:eastAsia="zh-CN"/>
        </w:rPr>
        <w:br/>
        <w:t xml:space="preserve">   - </w:t>
      </w:r>
      <w:r w:rsidRPr="00D27E85">
        <w:rPr>
          <w:rFonts w:ascii="Times New Roman" w:eastAsia="思源黑体 CN" w:hAnsi="Times New Roman"/>
          <w:lang w:eastAsia="zh-CN"/>
        </w:rPr>
        <w:t>检查文件是否被其他程序占用，比如</w:t>
      </w:r>
      <w:r w:rsidRPr="00D27E85">
        <w:rPr>
          <w:rFonts w:ascii="Times New Roman" w:eastAsia="思源黑体 CN" w:hAnsi="Times New Roman"/>
          <w:lang w:eastAsia="zh-CN"/>
        </w:rPr>
        <w:t xml:space="preserve"> Excel </w:t>
      </w:r>
      <w:r w:rsidRPr="00D27E85">
        <w:rPr>
          <w:rFonts w:ascii="Times New Roman" w:eastAsia="思源黑体 CN" w:hAnsi="Times New Roman"/>
          <w:lang w:eastAsia="zh-CN"/>
        </w:rPr>
        <w:t>仍然打开。</w:t>
      </w:r>
    </w:p>
    <w:p w14:paraId="7CDD296B" w14:textId="77777777" w:rsidR="00773DBB" w:rsidRPr="00D27E85" w:rsidRDefault="00000000">
      <w:pPr>
        <w:rPr>
          <w:rFonts w:ascii="Times New Roman" w:eastAsia="思源黑体 CN" w:hAnsi="Times New Roman"/>
          <w:lang w:eastAsia="zh-CN"/>
        </w:rPr>
      </w:pPr>
      <w:r w:rsidRPr="00D27E85">
        <w:rPr>
          <w:rFonts w:ascii="Times New Roman" w:eastAsia="思源黑体 CN" w:hAnsi="Times New Roman"/>
          <w:lang w:eastAsia="zh-CN"/>
        </w:rPr>
        <w:t>3</w:t>
      </w:r>
      <w:r w:rsidRPr="00D27E85">
        <w:rPr>
          <w:rFonts w:ascii="Times New Roman" w:eastAsia="思源黑体 CN" w:hAnsi="Times New Roman"/>
          <w:lang w:eastAsia="zh-CN"/>
        </w:rPr>
        <w:t>）环形窗口一直填不满，模型从不触发</w:t>
      </w:r>
    </w:p>
    <w:p w14:paraId="4B8AE8AE" w14:textId="77777777" w:rsidR="00773DBB" w:rsidRPr="00D27E85" w:rsidRDefault="00000000">
      <w:pPr>
        <w:rPr>
          <w:rFonts w:ascii="Times New Roman" w:eastAsia="思源黑体 CN" w:hAnsi="Times New Roman"/>
          <w:lang w:eastAsia="zh-CN"/>
        </w:rPr>
      </w:pPr>
      <w:r w:rsidRPr="00D27E85">
        <w:rPr>
          <w:rFonts w:ascii="Times New Roman" w:eastAsia="思源黑体 CN" w:hAnsi="Times New Roman"/>
          <w:lang w:eastAsia="zh-CN"/>
        </w:rPr>
        <w:t xml:space="preserve">   - </w:t>
      </w:r>
      <w:r w:rsidRPr="00D27E85">
        <w:rPr>
          <w:rFonts w:ascii="Times New Roman" w:eastAsia="思源黑体 CN" w:hAnsi="Times New Roman"/>
          <w:lang w:eastAsia="zh-CN"/>
        </w:rPr>
        <w:t>查看窗口长度配置是否为</w:t>
      </w:r>
      <w:r w:rsidRPr="00D27E85">
        <w:rPr>
          <w:rFonts w:ascii="Times New Roman" w:eastAsia="思源黑体 CN" w:hAnsi="Times New Roman"/>
          <w:lang w:eastAsia="zh-CN"/>
        </w:rPr>
        <w:t xml:space="preserve"> 128</w:t>
      </w:r>
      <w:r w:rsidRPr="00D27E85">
        <w:rPr>
          <w:rFonts w:ascii="Times New Roman" w:eastAsia="思源黑体 CN" w:hAnsi="Times New Roman"/>
          <w:lang w:eastAsia="zh-CN"/>
        </w:rPr>
        <w:t>，</w:t>
      </w:r>
      <w:r w:rsidRPr="00D27E85">
        <w:rPr>
          <w:rFonts w:ascii="Times New Roman" w:eastAsia="思源黑体 CN" w:hAnsi="Times New Roman"/>
          <w:lang w:eastAsia="zh-CN"/>
        </w:rPr>
        <w:t xml:space="preserve">stride </w:t>
      </w:r>
      <w:r w:rsidRPr="00D27E85">
        <w:rPr>
          <w:rFonts w:ascii="Times New Roman" w:eastAsia="思源黑体 CN" w:hAnsi="Times New Roman"/>
          <w:lang w:eastAsia="zh-CN"/>
        </w:rPr>
        <w:t>是否为</w:t>
      </w:r>
      <w:r w:rsidRPr="00D27E85">
        <w:rPr>
          <w:rFonts w:ascii="Times New Roman" w:eastAsia="思源黑体 CN" w:hAnsi="Times New Roman"/>
          <w:lang w:eastAsia="zh-CN"/>
        </w:rPr>
        <w:t xml:space="preserve"> 1</w:t>
      </w:r>
      <w:r w:rsidRPr="00D27E85">
        <w:rPr>
          <w:rFonts w:ascii="Times New Roman" w:eastAsia="思源黑体 CN" w:hAnsi="Times New Roman"/>
          <w:lang w:eastAsia="zh-CN"/>
        </w:rPr>
        <w:t>；</w:t>
      </w:r>
      <w:r w:rsidRPr="00D27E85">
        <w:rPr>
          <w:rFonts w:ascii="Times New Roman" w:eastAsia="思源黑体 CN" w:hAnsi="Times New Roman"/>
          <w:lang w:eastAsia="zh-CN"/>
        </w:rPr>
        <w:br/>
        <w:t xml:space="preserve">   - </w:t>
      </w:r>
      <w:r w:rsidRPr="00D27E85">
        <w:rPr>
          <w:rFonts w:ascii="Times New Roman" w:eastAsia="思源黑体 CN" w:hAnsi="Times New Roman"/>
          <w:lang w:eastAsia="zh-CN"/>
        </w:rPr>
        <w:t>确认</w:t>
      </w:r>
      <w:r w:rsidRPr="00D27E85">
        <w:rPr>
          <w:rFonts w:ascii="Times New Roman" w:eastAsia="思源黑体 CN" w:hAnsi="Times New Roman"/>
          <w:lang w:eastAsia="zh-CN"/>
        </w:rPr>
        <w:t xml:space="preserve"> CSV </w:t>
      </w:r>
      <w:r w:rsidRPr="00D27E85">
        <w:rPr>
          <w:rFonts w:ascii="Times New Roman" w:eastAsia="思源黑体 CN" w:hAnsi="Times New Roman"/>
          <w:lang w:eastAsia="zh-CN"/>
        </w:rPr>
        <w:t>数据行数足够，且</w:t>
      </w:r>
      <w:r w:rsidRPr="00D27E85">
        <w:rPr>
          <w:rFonts w:ascii="Times New Roman" w:eastAsia="思源黑体 CN" w:hAnsi="Times New Roman"/>
          <w:lang w:eastAsia="zh-CN"/>
        </w:rPr>
        <w:t xml:space="preserve"> </w:t>
      </w:r>
      <w:proofErr w:type="spellStart"/>
      <w:r w:rsidRPr="00D27E85">
        <w:rPr>
          <w:rFonts w:ascii="Times New Roman" w:eastAsia="思源黑体 CN" w:hAnsi="Times New Roman"/>
          <w:lang w:eastAsia="zh-CN"/>
        </w:rPr>
        <w:t>fbCsv</w:t>
      </w:r>
      <w:proofErr w:type="spellEnd"/>
      <w:r w:rsidRPr="00D27E85">
        <w:rPr>
          <w:rFonts w:ascii="Times New Roman" w:eastAsia="思源黑体 CN" w:hAnsi="Times New Roman"/>
          <w:lang w:eastAsia="zh-CN"/>
        </w:rPr>
        <w:t xml:space="preserve"> </w:t>
      </w:r>
      <w:r w:rsidRPr="00D27E85">
        <w:rPr>
          <w:rFonts w:ascii="Times New Roman" w:eastAsia="思源黑体 CN" w:hAnsi="Times New Roman"/>
          <w:lang w:eastAsia="zh-CN"/>
        </w:rPr>
        <w:t>没有提前到达</w:t>
      </w:r>
      <w:r w:rsidRPr="00D27E85">
        <w:rPr>
          <w:rFonts w:ascii="Times New Roman" w:eastAsia="思源黑体 CN" w:hAnsi="Times New Roman"/>
          <w:lang w:eastAsia="zh-CN"/>
        </w:rPr>
        <w:t xml:space="preserve"> EOF</w:t>
      </w:r>
      <w:r w:rsidRPr="00D27E85">
        <w:rPr>
          <w:rFonts w:ascii="Times New Roman" w:eastAsia="思源黑体 CN" w:hAnsi="Times New Roman"/>
          <w:lang w:eastAsia="zh-CN"/>
        </w:rPr>
        <w:t>；</w:t>
      </w:r>
      <w:r w:rsidRPr="00D27E85">
        <w:rPr>
          <w:rFonts w:ascii="Times New Roman" w:eastAsia="思源黑体 CN" w:hAnsi="Times New Roman"/>
          <w:lang w:eastAsia="zh-CN"/>
        </w:rPr>
        <w:br/>
        <w:t xml:space="preserve">   - </w:t>
      </w:r>
      <w:r w:rsidRPr="00D27E85">
        <w:rPr>
          <w:rFonts w:ascii="Times New Roman" w:eastAsia="思源黑体 CN" w:hAnsi="Times New Roman"/>
          <w:lang w:eastAsia="zh-CN"/>
        </w:rPr>
        <w:t>检查</w:t>
      </w:r>
      <w:r w:rsidRPr="00D27E85">
        <w:rPr>
          <w:rFonts w:ascii="Times New Roman" w:eastAsia="思源黑体 CN" w:hAnsi="Times New Roman"/>
          <w:lang w:eastAsia="zh-CN"/>
        </w:rPr>
        <w:t xml:space="preserve"> MAIN </w:t>
      </w:r>
      <w:r w:rsidRPr="00D27E85">
        <w:rPr>
          <w:rFonts w:ascii="Times New Roman" w:eastAsia="思源黑体 CN" w:hAnsi="Times New Roman"/>
          <w:lang w:eastAsia="zh-CN"/>
        </w:rPr>
        <w:t>中的复位逻辑，避免在每个周期都被重置。</w:t>
      </w:r>
    </w:p>
    <w:p w14:paraId="2B0D29F6" w14:textId="77777777" w:rsidR="00773DBB" w:rsidRPr="00D27E85" w:rsidRDefault="00000000">
      <w:pPr>
        <w:rPr>
          <w:rFonts w:ascii="Times New Roman" w:eastAsia="思源黑体 CN" w:hAnsi="Times New Roman"/>
          <w:lang w:eastAsia="zh-CN"/>
        </w:rPr>
      </w:pPr>
      <w:r w:rsidRPr="00D27E85">
        <w:rPr>
          <w:rFonts w:ascii="Times New Roman" w:eastAsia="思源黑体 CN" w:hAnsi="Times New Roman"/>
          <w:lang w:eastAsia="zh-CN"/>
        </w:rPr>
        <w:t>4</w:t>
      </w:r>
      <w:r w:rsidRPr="00D27E85">
        <w:rPr>
          <w:rFonts w:ascii="Times New Roman" w:eastAsia="思源黑体 CN" w:hAnsi="Times New Roman"/>
          <w:lang w:eastAsia="zh-CN"/>
        </w:rPr>
        <w:t>）预测曲线与真实曲线偏差很大</w:t>
      </w:r>
    </w:p>
    <w:p w14:paraId="02123C00" w14:textId="109478A9" w:rsidR="00AE1A67" w:rsidRPr="00D27E85" w:rsidRDefault="00000000">
      <w:pPr>
        <w:rPr>
          <w:rFonts w:ascii="Times New Roman" w:eastAsia="思源黑体 CN" w:hAnsi="Times New Roman"/>
          <w:lang w:eastAsia="zh-CN"/>
        </w:rPr>
      </w:pPr>
      <w:r w:rsidRPr="00D27E85">
        <w:rPr>
          <w:rFonts w:ascii="Times New Roman" w:eastAsia="思源黑体 CN" w:hAnsi="Times New Roman"/>
          <w:lang w:eastAsia="zh-CN"/>
        </w:rPr>
        <w:t xml:space="preserve">   - </w:t>
      </w:r>
      <w:r w:rsidRPr="00D27E85">
        <w:rPr>
          <w:rFonts w:ascii="Times New Roman" w:eastAsia="思源黑体 CN" w:hAnsi="Times New Roman"/>
          <w:lang w:eastAsia="zh-CN"/>
        </w:rPr>
        <w:t>检查标准化与反标准化参数是否与训练时完全一致；</w:t>
      </w:r>
      <w:r w:rsidRPr="00D27E85">
        <w:rPr>
          <w:rFonts w:ascii="Times New Roman" w:eastAsia="思源黑体 CN" w:hAnsi="Times New Roman"/>
          <w:lang w:eastAsia="zh-CN"/>
        </w:rPr>
        <w:br/>
        <w:t xml:space="preserve">   - </w:t>
      </w:r>
      <w:r w:rsidRPr="00D27E85">
        <w:rPr>
          <w:rFonts w:ascii="Times New Roman" w:eastAsia="思源黑体 CN" w:hAnsi="Times New Roman"/>
          <w:lang w:eastAsia="zh-CN"/>
        </w:rPr>
        <w:t>确认输入窗口的顺序与训练时一致（变量顺序与时间方向不能颠倒）；</w:t>
      </w:r>
      <w:r w:rsidRPr="00D27E85">
        <w:rPr>
          <w:rFonts w:ascii="Times New Roman" w:eastAsia="思源黑体 CN" w:hAnsi="Times New Roman"/>
          <w:lang w:eastAsia="zh-CN"/>
        </w:rPr>
        <w:br/>
        <w:t xml:space="preserve">   - </w:t>
      </w:r>
      <w:r w:rsidRPr="00D27E85">
        <w:rPr>
          <w:rFonts w:ascii="Times New Roman" w:eastAsia="思源黑体 CN" w:hAnsi="Times New Roman"/>
          <w:lang w:eastAsia="zh-CN"/>
        </w:rPr>
        <w:t>如有必要，在</w:t>
      </w:r>
      <w:r w:rsidRPr="00D27E85">
        <w:rPr>
          <w:rFonts w:ascii="Times New Roman" w:eastAsia="思源黑体 CN" w:hAnsi="Times New Roman"/>
          <w:lang w:eastAsia="zh-CN"/>
        </w:rPr>
        <w:t xml:space="preserve"> Python </w:t>
      </w:r>
      <w:r w:rsidRPr="00D27E85">
        <w:rPr>
          <w:rFonts w:ascii="Times New Roman" w:eastAsia="思源黑体 CN" w:hAnsi="Times New Roman"/>
          <w:lang w:eastAsia="zh-CN"/>
        </w:rPr>
        <w:t>侧打印同一窗口送入</w:t>
      </w:r>
      <w:r w:rsidRPr="00D27E85">
        <w:rPr>
          <w:rFonts w:ascii="Times New Roman" w:eastAsia="思源黑体 CN" w:hAnsi="Times New Roman"/>
          <w:lang w:eastAsia="zh-CN"/>
        </w:rPr>
        <w:t xml:space="preserve"> ONNX </w:t>
      </w:r>
      <w:r w:rsidRPr="00D27E85">
        <w:rPr>
          <w:rFonts w:ascii="Times New Roman" w:eastAsia="思源黑体 CN" w:hAnsi="Times New Roman"/>
          <w:lang w:eastAsia="zh-CN"/>
        </w:rPr>
        <w:t>的数值，与</w:t>
      </w:r>
      <w:r w:rsidRPr="00D27E85">
        <w:rPr>
          <w:rFonts w:ascii="Times New Roman" w:eastAsia="思源黑体 CN" w:hAnsi="Times New Roman"/>
          <w:lang w:eastAsia="zh-CN"/>
        </w:rPr>
        <w:t xml:space="preserve"> PLC </w:t>
      </w:r>
      <w:r w:rsidRPr="00D27E85">
        <w:rPr>
          <w:rFonts w:ascii="Times New Roman" w:eastAsia="思源黑体 CN" w:hAnsi="Times New Roman"/>
          <w:lang w:eastAsia="zh-CN"/>
        </w:rPr>
        <w:t>侧</w:t>
      </w:r>
      <w:r w:rsidRPr="00D27E85">
        <w:rPr>
          <w:rFonts w:ascii="Times New Roman" w:eastAsia="思源黑体 CN" w:hAnsi="Times New Roman"/>
          <w:lang w:eastAsia="zh-CN"/>
        </w:rPr>
        <w:t xml:space="preserve"> </w:t>
      </w:r>
      <w:proofErr w:type="spellStart"/>
      <w:r w:rsidRPr="00D27E85">
        <w:rPr>
          <w:rFonts w:ascii="Times New Roman" w:eastAsia="思源黑体 CN" w:hAnsi="Times New Roman"/>
          <w:lang w:eastAsia="zh-CN"/>
        </w:rPr>
        <w:t>aInFlat</w:t>
      </w:r>
      <w:proofErr w:type="spellEnd"/>
      <w:r w:rsidRPr="00D27E85">
        <w:rPr>
          <w:rFonts w:ascii="Times New Roman" w:eastAsia="思源黑体 CN" w:hAnsi="Times New Roman"/>
          <w:lang w:eastAsia="zh-CN"/>
        </w:rPr>
        <w:t xml:space="preserve"> </w:t>
      </w:r>
      <w:r w:rsidRPr="00D27E85">
        <w:rPr>
          <w:rFonts w:ascii="Times New Roman" w:eastAsia="思源黑体 CN" w:hAnsi="Times New Roman"/>
          <w:lang w:eastAsia="zh-CN"/>
        </w:rPr>
        <w:t>做逐元素比对。</w:t>
      </w:r>
    </w:p>
    <w:p w14:paraId="4788289E" w14:textId="48B6A30A" w:rsidR="00AE1A67" w:rsidRPr="00D27E85" w:rsidRDefault="00BF0C2A">
      <w:pPr>
        <w:rPr>
          <w:rFonts w:ascii="Times New Roman" w:eastAsia="思源黑体 CN" w:hAnsi="Times New Roman"/>
          <w:lang w:eastAsia="zh-CN"/>
        </w:rPr>
      </w:pPr>
      <w:r w:rsidRPr="00D27E85">
        <w:rPr>
          <w:rFonts w:ascii="Times New Roman" w:eastAsia="思源黑体 CN" w:hAnsi="Times New Roman" w:hint="eastAsia"/>
          <w:lang w:eastAsia="zh-CN"/>
        </w:rPr>
        <w:t>5</w:t>
      </w:r>
      <w:r w:rsidRPr="00D27E85">
        <w:rPr>
          <w:rFonts w:ascii="Times New Roman" w:eastAsia="思源黑体 CN" w:hAnsi="Times New Roman" w:hint="eastAsia"/>
          <w:lang w:eastAsia="zh-CN"/>
        </w:rPr>
        <w:t>）观察推理性能</w:t>
      </w:r>
    </w:p>
    <w:p w14:paraId="30B569A3" w14:textId="107D7242" w:rsidR="00BF0C2A" w:rsidRPr="00B60A2B" w:rsidRDefault="00BF0C2A">
      <w:pPr>
        <w:rPr>
          <w:rFonts w:ascii="Times New Roman" w:eastAsia="思源黑体 CN" w:hAnsi="Times New Roman"/>
          <w:lang w:eastAsia="zh-CN"/>
        </w:rPr>
      </w:pPr>
      <w:r w:rsidRPr="00D27E85">
        <w:rPr>
          <w:rFonts w:ascii="Times New Roman" w:eastAsia="思源黑体 CN" w:hAnsi="Times New Roman"/>
          <w:lang w:eastAsia="zh-CN"/>
        </w:rPr>
        <w:t xml:space="preserve">  - </w:t>
      </w:r>
      <w:proofErr w:type="spellStart"/>
      <w:r w:rsidRPr="00D27E85">
        <w:rPr>
          <w:rFonts w:ascii="Times New Roman" w:eastAsia="思源黑体 CN" w:hAnsi="Times New Roman"/>
          <w:lang w:eastAsia="zh-CN"/>
        </w:rPr>
        <w:t>FB_MlSvrPrediction</w:t>
      </w:r>
      <w:proofErr w:type="spellEnd"/>
      <w:r w:rsidRPr="00D27E85">
        <w:rPr>
          <w:rFonts w:ascii="Times New Roman" w:eastAsia="思源黑体 CN" w:hAnsi="Times New Roman" w:hint="eastAsia"/>
          <w:lang w:eastAsia="zh-CN"/>
        </w:rPr>
        <w:t xml:space="preserve"> </w:t>
      </w:r>
      <w:r w:rsidRPr="00D27E85">
        <w:rPr>
          <w:rFonts w:ascii="Times New Roman" w:eastAsia="思源黑体 CN" w:hAnsi="Times New Roman" w:hint="eastAsia"/>
          <w:lang w:eastAsia="zh-CN"/>
        </w:rPr>
        <w:t>提供了非常便于观察的每个推理周期的时间，可展开具体观察</w:t>
      </w:r>
      <w:r w:rsidRPr="00D27E85">
        <w:rPr>
          <w:rFonts w:ascii="Times New Roman" w:eastAsia="思源黑体 CN" w:hAnsi="Times New Roman" w:hint="eastAsia"/>
          <w:lang w:eastAsia="zh-CN"/>
        </w:rPr>
        <w:t>latency</w:t>
      </w:r>
      <w:r w:rsidR="00AC3096">
        <w:rPr>
          <w:rFonts w:ascii="Times New Roman" w:eastAsia="思源黑体 CN" w:hAnsi="Times New Roman" w:hint="eastAsia"/>
          <w:lang w:eastAsia="zh-CN"/>
        </w:rPr>
        <w:t>（以微秒显示）</w:t>
      </w:r>
      <w:r w:rsidRPr="00D27E85">
        <w:rPr>
          <w:rFonts w:ascii="Times New Roman" w:eastAsia="思源黑体 CN" w:hAnsi="Times New Roman" w:hint="eastAsia"/>
          <w:lang w:eastAsia="zh-CN"/>
        </w:rPr>
        <w:t>判断模型</w:t>
      </w:r>
      <w:r w:rsidR="00CE196C">
        <w:rPr>
          <w:rFonts w:ascii="Times New Roman" w:eastAsia="思源黑体 CN" w:hAnsi="Times New Roman" w:hint="eastAsia"/>
          <w:lang w:eastAsia="zh-CN"/>
        </w:rPr>
        <w:t>推理效率</w:t>
      </w:r>
      <w:r w:rsidR="00B60A2B">
        <w:rPr>
          <w:rFonts w:ascii="Times New Roman" w:eastAsia="思源黑体 CN" w:hAnsi="Times New Roman" w:hint="eastAsia"/>
          <w:lang w:eastAsia="zh-CN"/>
        </w:rPr>
        <w:t>。查看官方对这三个变量的具体解释：</w:t>
      </w:r>
      <w:r w:rsidR="00B60A2B">
        <w:fldChar w:fldCharType="begin"/>
      </w:r>
      <w:r w:rsidR="00B60A2B">
        <w:rPr>
          <w:lang w:eastAsia="zh-CN"/>
        </w:rPr>
        <w:instrText>HYPERLINK "https://infosys.beckhoff.com/content/1033/tf3820_tc3_machine_learning_server/19185017611.html?id=4395896821806028527"</w:instrText>
      </w:r>
      <w:r w:rsidR="00B60A2B">
        <w:fldChar w:fldCharType="separate"/>
      </w:r>
      <w:r w:rsidR="00B60A2B" w:rsidRPr="004853FD">
        <w:rPr>
          <w:rStyle w:val="affa"/>
          <w:rFonts w:ascii="Times New Roman" w:eastAsia="思源黑体 CN" w:hAnsi="Times New Roman"/>
          <w:lang w:eastAsia="zh-CN"/>
        </w:rPr>
        <w:t>https://infosys.beckhoff.com/content/1033/tf3820_tc3_machine_learning_server/19185017611.html?id=4395896821806028527</w:t>
      </w:r>
      <w:r w:rsidR="00B60A2B">
        <w:fldChar w:fldCharType="end"/>
      </w:r>
      <w:r w:rsidR="00B60A2B">
        <w:rPr>
          <w:rFonts w:ascii="Times New Roman" w:eastAsia="思源黑体 CN" w:hAnsi="Times New Roman" w:hint="eastAsia"/>
          <w:lang w:eastAsia="zh-CN"/>
        </w:rPr>
        <w:t xml:space="preserve"> </w:t>
      </w:r>
    </w:p>
    <w:p w14:paraId="508B8F8D" w14:textId="24F3D172" w:rsidR="00BF0C2A" w:rsidRPr="00D27E85" w:rsidRDefault="00BF0C2A">
      <w:pPr>
        <w:rPr>
          <w:rFonts w:ascii="Times New Roman" w:eastAsia="思源黑体 CN" w:hAnsi="Times New Roman"/>
          <w:lang w:eastAsia="zh-CN"/>
        </w:rPr>
      </w:pPr>
      <w:r w:rsidRPr="00D27E85">
        <w:rPr>
          <w:rFonts w:ascii="Times New Roman" w:eastAsia="思源黑体 CN" w:hAnsi="Times New Roman"/>
          <w:lang w:eastAsia="zh-CN"/>
        </w:rPr>
        <w:t xml:space="preserve">  -</w:t>
      </w:r>
      <w:r w:rsidRPr="00D27E85">
        <w:rPr>
          <w:rFonts w:ascii="Times New Roman" w:eastAsia="思源黑体 CN" w:hAnsi="Times New Roman" w:hint="eastAsia"/>
          <w:lang w:eastAsia="zh-CN"/>
        </w:rPr>
        <w:t xml:space="preserve"> </w:t>
      </w:r>
    </w:p>
    <w:p w14:paraId="685EE527" w14:textId="3548145D" w:rsidR="00AE1A67" w:rsidRPr="00D27E85" w:rsidRDefault="004F2537">
      <w:pPr>
        <w:rPr>
          <w:rFonts w:ascii="Times New Roman" w:eastAsia="思源黑体 CN" w:hAnsi="Times New Roman"/>
          <w:lang w:eastAsia="zh-CN"/>
        </w:rPr>
      </w:pPr>
      <w:r w:rsidRPr="00D27E85">
        <w:rPr>
          <w:rFonts w:ascii="Times New Roman" w:eastAsia="思源黑体 CN" w:hAnsi="Times New Roman"/>
          <w:noProof/>
        </w:rPr>
        <w:lastRenderedPageBreak/>
        <w:drawing>
          <wp:inline distT="0" distB="0" distL="0" distR="0" wp14:anchorId="2941FEDD" wp14:editId="6A1024B3">
            <wp:extent cx="5486400" cy="2948940"/>
            <wp:effectExtent l="0" t="0" r="0" b="3810"/>
            <wp:docPr id="16025417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541764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CDEF1" w14:textId="77777777" w:rsidR="00115F69" w:rsidRPr="00D27E85" w:rsidRDefault="00115F69">
      <w:pPr>
        <w:rPr>
          <w:rFonts w:ascii="Times New Roman" w:eastAsia="思源黑体 CN" w:hAnsi="Times New Roman"/>
          <w:lang w:eastAsia="zh-CN"/>
        </w:rPr>
      </w:pPr>
      <w:r w:rsidRPr="00D27E85">
        <w:rPr>
          <w:rFonts w:ascii="Times New Roman" w:eastAsia="思源黑体 CN" w:hAnsi="Times New Roman"/>
          <w:lang w:eastAsia="zh-CN"/>
        </w:rPr>
        <w:br w:type="page"/>
      </w:r>
    </w:p>
    <w:p w14:paraId="7A519A01" w14:textId="77777777" w:rsidR="00773DBB" w:rsidRPr="00D27E85" w:rsidRDefault="00773DBB">
      <w:pPr>
        <w:rPr>
          <w:rFonts w:ascii="Times New Roman" w:eastAsia="思源黑体 CN" w:hAnsi="Times New Roman"/>
          <w:lang w:eastAsia="zh-CN"/>
        </w:rPr>
      </w:pPr>
    </w:p>
    <w:p w14:paraId="785B9542" w14:textId="77777777" w:rsidR="00773DBB" w:rsidRPr="00D27E85" w:rsidRDefault="00000000">
      <w:pPr>
        <w:pStyle w:val="1"/>
        <w:rPr>
          <w:rFonts w:ascii="Times New Roman" w:eastAsia="思源黑体 CN" w:hAnsi="Times New Roman"/>
        </w:rPr>
      </w:pPr>
      <w:bookmarkStart w:id="10" w:name="_Toc215582821"/>
      <w:proofErr w:type="spellStart"/>
      <w:r w:rsidRPr="00D27E85">
        <w:rPr>
          <w:rFonts w:ascii="Times New Roman" w:eastAsia="思源黑体 CN" w:hAnsi="Times New Roman"/>
        </w:rPr>
        <w:t>十、总结</w:t>
      </w:r>
      <w:bookmarkEnd w:id="10"/>
      <w:proofErr w:type="spellEnd"/>
    </w:p>
    <w:p w14:paraId="14B7F2DF" w14:textId="77777777" w:rsidR="007B55BB" w:rsidRDefault="007B55BB" w:rsidP="0089369A">
      <w:pPr>
        <w:ind w:firstLineChars="200" w:firstLine="400"/>
        <w:rPr>
          <w:rFonts w:ascii="Times New Roman" w:eastAsia="思源黑体 CN" w:hAnsi="Times New Roman"/>
          <w:lang w:eastAsia="zh-CN"/>
        </w:rPr>
      </w:pPr>
      <w:proofErr w:type="spellStart"/>
      <w:r w:rsidRPr="007B55BB">
        <w:rPr>
          <w:rFonts w:ascii="Times New Roman" w:eastAsia="思源黑体 CN" w:hAnsi="Times New Roman" w:hint="eastAsia"/>
        </w:rPr>
        <w:t>本文档从环境准备、</w:t>
      </w:r>
      <w:r w:rsidRPr="007B55BB">
        <w:rPr>
          <w:rFonts w:ascii="Times New Roman" w:eastAsia="思源黑体 CN" w:hAnsi="Times New Roman"/>
        </w:rPr>
        <w:t>TwinCAT</w:t>
      </w:r>
      <w:proofErr w:type="spellEnd"/>
      <w:r w:rsidRPr="007B55BB">
        <w:rPr>
          <w:rFonts w:ascii="Times New Roman" w:eastAsia="思源黑体 CN" w:hAnsi="Times New Roman"/>
        </w:rPr>
        <w:t xml:space="preserve"> </w:t>
      </w:r>
      <w:r w:rsidRPr="007B55BB">
        <w:rPr>
          <w:rFonts w:ascii="Times New Roman" w:eastAsia="思源黑体 CN" w:hAnsi="Times New Roman" w:hint="eastAsia"/>
        </w:rPr>
        <w:t>与</w:t>
      </w:r>
      <w:r w:rsidRPr="007B55BB">
        <w:rPr>
          <w:rFonts w:ascii="Times New Roman" w:eastAsia="思源黑体 CN" w:hAnsi="Times New Roman"/>
        </w:rPr>
        <w:t xml:space="preserve"> TF3820 </w:t>
      </w:r>
      <w:proofErr w:type="spellStart"/>
      <w:r w:rsidRPr="007B55BB">
        <w:rPr>
          <w:rFonts w:ascii="Times New Roman" w:eastAsia="思源黑体 CN" w:hAnsi="Times New Roman" w:hint="eastAsia"/>
        </w:rPr>
        <w:t>安装、模型与</w:t>
      </w:r>
      <w:proofErr w:type="spellEnd"/>
      <w:r w:rsidRPr="007B55BB">
        <w:rPr>
          <w:rFonts w:ascii="Times New Roman" w:eastAsia="思源黑体 CN" w:hAnsi="Times New Roman"/>
        </w:rPr>
        <w:t xml:space="preserve"> CSV </w:t>
      </w:r>
      <w:proofErr w:type="spellStart"/>
      <w:r w:rsidRPr="007B55BB">
        <w:rPr>
          <w:rFonts w:ascii="Times New Roman" w:eastAsia="思源黑体 CN" w:hAnsi="Times New Roman" w:hint="eastAsia"/>
        </w:rPr>
        <w:t>文件准备、</w:t>
      </w:r>
      <w:r w:rsidRPr="007B55BB">
        <w:rPr>
          <w:rFonts w:ascii="Times New Roman" w:eastAsia="思源黑体 CN" w:hAnsi="Times New Roman"/>
        </w:rPr>
        <w:t>PLC</w:t>
      </w:r>
      <w:proofErr w:type="spellEnd"/>
      <w:r w:rsidRPr="007B55BB">
        <w:rPr>
          <w:rFonts w:ascii="Times New Roman" w:eastAsia="思源黑体 CN" w:hAnsi="Times New Roman"/>
        </w:rPr>
        <w:t xml:space="preserve"> </w:t>
      </w:r>
      <w:proofErr w:type="spellStart"/>
      <w:r w:rsidRPr="007B55BB">
        <w:rPr>
          <w:rFonts w:ascii="Times New Roman" w:eastAsia="思源黑体 CN" w:hAnsi="Times New Roman" w:hint="eastAsia"/>
        </w:rPr>
        <w:t>工程结构说明，到实际运行步骤与</w:t>
      </w:r>
      <w:proofErr w:type="spellEnd"/>
      <w:r w:rsidRPr="007B55BB">
        <w:rPr>
          <w:rFonts w:ascii="Times New Roman" w:eastAsia="思源黑体 CN" w:hAnsi="Times New Roman"/>
        </w:rPr>
        <w:t xml:space="preserve"> </w:t>
      </w:r>
      <w:proofErr w:type="spellStart"/>
      <w:r w:rsidRPr="007B55BB">
        <w:rPr>
          <w:rFonts w:ascii="Times New Roman" w:eastAsia="思源黑体 CN" w:hAnsi="Times New Roman"/>
        </w:rPr>
        <w:t>TwinCAT</w:t>
      </w:r>
      <w:proofErr w:type="spellEnd"/>
      <w:r w:rsidRPr="007B55BB">
        <w:rPr>
          <w:rFonts w:ascii="Times New Roman" w:eastAsia="思源黑体 CN" w:hAnsi="Times New Roman"/>
        </w:rPr>
        <w:t xml:space="preserve"> Scope </w:t>
      </w:r>
      <w:proofErr w:type="spellStart"/>
      <w:r w:rsidRPr="007B55BB">
        <w:rPr>
          <w:rFonts w:ascii="Times New Roman" w:eastAsia="思源黑体 CN" w:hAnsi="Times New Roman" w:hint="eastAsia"/>
        </w:rPr>
        <w:t>验证，完整梳理了</w:t>
      </w:r>
      <w:proofErr w:type="spellEnd"/>
      <w:r w:rsidRPr="007B55BB">
        <w:rPr>
          <w:rFonts w:ascii="Times New Roman" w:eastAsia="思源黑体 CN" w:hAnsi="Times New Roman"/>
        </w:rPr>
        <w:t xml:space="preserve"> CNN_GRU_INFERENCE </w:t>
      </w:r>
      <w:proofErr w:type="spellStart"/>
      <w:r w:rsidRPr="007B55BB">
        <w:rPr>
          <w:rFonts w:ascii="Times New Roman" w:eastAsia="思源黑体 CN" w:hAnsi="Times New Roman" w:hint="eastAsia"/>
        </w:rPr>
        <w:t>示例的实施流程</w:t>
      </w:r>
      <w:proofErr w:type="spellEnd"/>
      <w:r w:rsidRPr="007B55BB">
        <w:rPr>
          <w:rFonts w:ascii="Times New Roman" w:eastAsia="思源黑体 CN" w:hAnsi="Times New Roman" w:hint="eastAsia"/>
        </w:rPr>
        <w:t>。</w:t>
      </w:r>
      <w:r w:rsidRPr="007B55BB">
        <w:rPr>
          <w:rFonts w:ascii="Times New Roman" w:eastAsia="思源黑体 CN" w:hAnsi="Times New Roman" w:hint="eastAsia"/>
          <w:lang w:eastAsia="zh-CN"/>
        </w:rPr>
        <w:t>通过该示例，可以验证</w:t>
      </w:r>
      <w:r w:rsidRPr="007B55BB">
        <w:rPr>
          <w:rFonts w:ascii="Times New Roman" w:eastAsia="思源黑体 CN" w:hAnsi="Times New Roman"/>
          <w:lang w:eastAsia="zh-CN"/>
        </w:rPr>
        <w:t xml:space="preserve"> CNN-GRU </w:t>
      </w:r>
      <w:r w:rsidRPr="007B55BB">
        <w:rPr>
          <w:rFonts w:ascii="Times New Roman" w:eastAsia="思源黑体 CN" w:hAnsi="Times New Roman" w:hint="eastAsia"/>
          <w:lang w:eastAsia="zh-CN"/>
        </w:rPr>
        <w:t>时序模型在</w:t>
      </w:r>
      <w:r w:rsidRPr="007B55BB">
        <w:rPr>
          <w:rFonts w:ascii="Times New Roman" w:eastAsia="思源黑体 CN" w:hAnsi="Times New Roman"/>
          <w:lang w:eastAsia="zh-CN"/>
        </w:rPr>
        <w:t xml:space="preserve"> </w:t>
      </w:r>
      <w:proofErr w:type="spellStart"/>
      <w:r w:rsidRPr="007B55BB">
        <w:rPr>
          <w:rFonts w:ascii="Times New Roman" w:eastAsia="思源黑体 CN" w:hAnsi="Times New Roman"/>
          <w:lang w:eastAsia="zh-CN"/>
        </w:rPr>
        <w:t>TwinCAT</w:t>
      </w:r>
      <w:proofErr w:type="spellEnd"/>
      <w:r w:rsidRPr="007B55BB">
        <w:rPr>
          <w:rFonts w:ascii="Times New Roman" w:eastAsia="思源黑体 CN" w:hAnsi="Times New Roman"/>
          <w:lang w:eastAsia="zh-CN"/>
        </w:rPr>
        <w:t xml:space="preserve"> 3 </w:t>
      </w:r>
      <w:r w:rsidRPr="007B55BB">
        <w:rPr>
          <w:rFonts w:ascii="Times New Roman" w:eastAsia="思源黑体 CN" w:hAnsi="Times New Roman" w:hint="eastAsia"/>
          <w:lang w:eastAsia="zh-CN"/>
        </w:rPr>
        <w:t>环境中的推理性能，并为后续将模型接入在线虚拟量测或质量预测场景奠定基础</w:t>
      </w:r>
      <w:r>
        <w:rPr>
          <w:rFonts w:ascii="Times New Roman" w:eastAsia="思源黑体 CN" w:hAnsi="Times New Roman" w:hint="eastAsia"/>
          <w:lang w:eastAsia="zh-CN"/>
        </w:rPr>
        <w:t>。</w:t>
      </w:r>
    </w:p>
    <w:p w14:paraId="2B203E5C" w14:textId="322D7395" w:rsidR="007B55BB" w:rsidRPr="007B55BB" w:rsidRDefault="007B55BB" w:rsidP="0089369A">
      <w:pPr>
        <w:ind w:firstLineChars="200" w:firstLine="400"/>
        <w:rPr>
          <w:rFonts w:ascii="Times New Roman" w:eastAsia="思源黑体 CN" w:hAnsi="Times New Roman"/>
          <w:lang w:eastAsia="zh-CN"/>
        </w:rPr>
      </w:pPr>
      <w:r w:rsidRPr="007B55BB">
        <w:rPr>
          <w:rFonts w:ascii="Times New Roman" w:eastAsia="思源黑体 CN" w:hAnsi="Times New Roman" w:hint="eastAsia"/>
          <w:lang w:eastAsia="zh-CN"/>
        </w:rPr>
        <w:t>若后续需要扩展到其它设备或项目，只需替换训练得到的</w:t>
      </w:r>
      <w:r w:rsidRPr="007B55BB">
        <w:rPr>
          <w:rFonts w:ascii="Times New Roman" w:eastAsia="思源黑体 CN" w:hAnsi="Times New Roman"/>
          <w:lang w:eastAsia="zh-CN"/>
        </w:rPr>
        <w:t xml:space="preserve"> ONNX </w:t>
      </w:r>
      <w:r w:rsidRPr="007B55BB">
        <w:rPr>
          <w:rFonts w:ascii="Times New Roman" w:eastAsia="思源黑体 CN" w:hAnsi="Times New Roman" w:hint="eastAsia"/>
          <w:lang w:eastAsia="zh-CN"/>
        </w:rPr>
        <w:t>模型与标准化参数，并调整</w:t>
      </w:r>
      <w:r w:rsidRPr="007B55BB">
        <w:rPr>
          <w:rFonts w:ascii="Times New Roman" w:eastAsia="思源黑体 CN" w:hAnsi="Times New Roman"/>
          <w:lang w:eastAsia="zh-CN"/>
        </w:rPr>
        <w:t xml:space="preserve"> CSV </w:t>
      </w:r>
      <w:r w:rsidRPr="007B55BB">
        <w:rPr>
          <w:rFonts w:ascii="Times New Roman" w:eastAsia="思源黑体 CN" w:hAnsi="Times New Roman" w:hint="eastAsia"/>
          <w:lang w:eastAsia="zh-CN"/>
        </w:rPr>
        <w:t>或在线数据源，即可在相同框架下快速复用本工程。</w:t>
      </w:r>
    </w:p>
    <w:p w14:paraId="525AEB51" w14:textId="0F052345" w:rsidR="00B04828" w:rsidRPr="00D27E85" w:rsidRDefault="007B55BB" w:rsidP="0089369A">
      <w:pPr>
        <w:ind w:firstLineChars="200" w:firstLine="400"/>
        <w:rPr>
          <w:rFonts w:ascii="Times New Roman" w:eastAsia="思源黑体 CN" w:hAnsi="Times New Roman"/>
          <w:lang w:eastAsia="zh-CN"/>
        </w:rPr>
      </w:pPr>
      <w:r w:rsidRPr="007B55BB">
        <w:rPr>
          <w:rFonts w:ascii="Times New Roman" w:eastAsia="思源黑体 CN" w:hAnsi="Times New Roman"/>
          <w:lang w:eastAsia="zh-CN"/>
        </w:rPr>
        <w:t xml:space="preserve">TF3820 </w:t>
      </w:r>
      <w:r w:rsidRPr="007B55BB">
        <w:rPr>
          <w:rFonts w:ascii="Times New Roman" w:eastAsia="思源黑体 CN" w:hAnsi="Times New Roman" w:hint="eastAsia"/>
          <w:lang w:eastAsia="zh-CN"/>
        </w:rPr>
        <w:t>支持多模型并行运行，并可结合</w:t>
      </w:r>
      <w:r w:rsidRPr="007B55BB">
        <w:rPr>
          <w:rFonts w:ascii="Times New Roman" w:eastAsia="思源黑体 CN" w:hAnsi="Times New Roman"/>
          <w:lang w:eastAsia="zh-CN"/>
        </w:rPr>
        <w:t xml:space="preserve"> CPU/GPU </w:t>
      </w:r>
      <w:r w:rsidRPr="007B55BB">
        <w:rPr>
          <w:rFonts w:ascii="Times New Roman" w:eastAsia="思源黑体 CN" w:hAnsi="Times New Roman" w:hint="eastAsia"/>
          <w:lang w:eastAsia="zh-CN"/>
        </w:rPr>
        <w:t>加速等配置，后续可在相同架构下扩展更多变量预测或虚拟量测场景。</w:t>
      </w:r>
    </w:p>
    <w:sectPr w:rsidR="00B04828" w:rsidRPr="00D27E85" w:rsidSect="00E53FC0">
      <w:pgSz w:w="12240" w:h="15840"/>
      <w:pgMar w:top="1440" w:right="1800" w:bottom="1440" w:left="180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218F5B" w14:textId="77777777" w:rsidR="00C26D16" w:rsidRDefault="00C26D16" w:rsidP="001D6476">
      <w:pPr>
        <w:spacing w:before="0" w:after="0" w:line="240" w:lineRule="auto"/>
      </w:pPr>
      <w:r>
        <w:separator/>
      </w:r>
    </w:p>
  </w:endnote>
  <w:endnote w:type="continuationSeparator" w:id="0">
    <w:p w14:paraId="0EE870C7" w14:textId="77777777" w:rsidR="00C26D16" w:rsidRDefault="00C26D16" w:rsidP="001D647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思源黑体 CN">
    <w:altName w:val="微软雅黑"/>
    <w:panose1 w:val="00000000000000000000"/>
    <w:charset w:val="86"/>
    <w:family w:val="swiss"/>
    <w:notTrueType/>
    <w:pitch w:val="variable"/>
    <w:sig w:usb0="20000287" w:usb1="2ADF3C10" w:usb2="00000016" w:usb3="00000000" w:csb0="0006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3E6846" w14:textId="77777777" w:rsidR="00C26D16" w:rsidRDefault="00C26D16" w:rsidP="001D6476">
      <w:pPr>
        <w:spacing w:before="0" w:after="0" w:line="240" w:lineRule="auto"/>
      </w:pPr>
      <w:r>
        <w:separator/>
      </w:r>
    </w:p>
  </w:footnote>
  <w:footnote w:type="continuationSeparator" w:id="0">
    <w:p w14:paraId="081DE1EA" w14:textId="77777777" w:rsidR="00C26D16" w:rsidRDefault="00C26D16" w:rsidP="001D6476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02A073D"/>
    <w:multiLevelType w:val="multilevel"/>
    <w:tmpl w:val="A86A8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D54371F"/>
    <w:multiLevelType w:val="hybridMultilevel"/>
    <w:tmpl w:val="6F9C4AFE"/>
    <w:lvl w:ilvl="0" w:tplc="C396082A">
      <w:start w:val="4"/>
      <w:numFmt w:val="decimal"/>
      <w:lvlText w:val="%1）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1" w15:restartNumberingAfterBreak="0">
    <w:nsid w:val="64AF5542"/>
    <w:multiLevelType w:val="hybridMultilevel"/>
    <w:tmpl w:val="194007CE"/>
    <w:lvl w:ilvl="0" w:tplc="19F8AE10">
      <w:numFmt w:val="bullet"/>
      <w:lvlText w:val="-"/>
      <w:lvlJc w:val="left"/>
      <w:pPr>
        <w:ind w:left="1080" w:hanging="360"/>
      </w:pPr>
      <w:rPr>
        <w:rFonts w:ascii="Times New Roman" w:eastAsia="思源黑体 CN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6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40"/>
      </w:pPr>
      <w:rPr>
        <w:rFonts w:ascii="Wingdings" w:hAnsi="Wingdings" w:hint="default"/>
      </w:rPr>
    </w:lvl>
  </w:abstractNum>
  <w:num w:numId="1" w16cid:durableId="501898158">
    <w:abstractNumId w:val="8"/>
  </w:num>
  <w:num w:numId="2" w16cid:durableId="239491218">
    <w:abstractNumId w:val="6"/>
  </w:num>
  <w:num w:numId="3" w16cid:durableId="1847940853">
    <w:abstractNumId w:val="5"/>
  </w:num>
  <w:num w:numId="4" w16cid:durableId="1039353616">
    <w:abstractNumId w:val="4"/>
  </w:num>
  <w:num w:numId="5" w16cid:durableId="515464694">
    <w:abstractNumId w:val="7"/>
  </w:num>
  <w:num w:numId="6" w16cid:durableId="1990551648">
    <w:abstractNumId w:val="3"/>
  </w:num>
  <w:num w:numId="7" w16cid:durableId="1527715100">
    <w:abstractNumId w:val="2"/>
  </w:num>
  <w:num w:numId="8" w16cid:durableId="762648262">
    <w:abstractNumId w:val="1"/>
  </w:num>
  <w:num w:numId="9" w16cid:durableId="1638025371">
    <w:abstractNumId w:val="0"/>
  </w:num>
  <w:num w:numId="10" w16cid:durableId="982584173">
    <w:abstractNumId w:val="9"/>
  </w:num>
  <w:num w:numId="11" w16cid:durableId="1421295543">
    <w:abstractNumId w:val="11"/>
  </w:num>
  <w:num w:numId="12" w16cid:durableId="163200850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005EB"/>
    <w:rsid w:val="00034616"/>
    <w:rsid w:val="000605FC"/>
    <w:rsid w:val="0006063C"/>
    <w:rsid w:val="00074875"/>
    <w:rsid w:val="000D006E"/>
    <w:rsid w:val="0010492F"/>
    <w:rsid w:val="00112EBD"/>
    <w:rsid w:val="00115F69"/>
    <w:rsid w:val="00116B84"/>
    <w:rsid w:val="00126B69"/>
    <w:rsid w:val="0015074B"/>
    <w:rsid w:val="00167DEA"/>
    <w:rsid w:val="00175775"/>
    <w:rsid w:val="00185748"/>
    <w:rsid w:val="00193CAB"/>
    <w:rsid w:val="001B1779"/>
    <w:rsid w:val="001C4835"/>
    <w:rsid w:val="001D6476"/>
    <w:rsid w:val="00205853"/>
    <w:rsid w:val="00205ECF"/>
    <w:rsid w:val="00220875"/>
    <w:rsid w:val="00245054"/>
    <w:rsid w:val="002773F4"/>
    <w:rsid w:val="00290A6A"/>
    <w:rsid w:val="0029585B"/>
    <w:rsid w:val="0029639D"/>
    <w:rsid w:val="002A4F3C"/>
    <w:rsid w:val="002B1040"/>
    <w:rsid w:val="002D6C6E"/>
    <w:rsid w:val="002F4B7D"/>
    <w:rsid w:val="00326F90"/>
    <w:rsid w:val="003635F1"/>
    <w:rsid w:val="00383C8E"/>
    <w:rsid w:val="003E6B2B"/>
    <w:rsid w:val="003F5900"/>
    <w:rsid w:val="003F60B4"/>
    <w:rsid w:val="00431316"/>
    <w:rsid w:val="00440659"/>
    <w:rsid w:val="00470CBF"/>
    <w:rsid w:val="004723AE"/>
    <w:rsid w:val="00495648"/>
    <w:rsid w:val="004D0765"/>
    <w:rsid w:val="004D135A"/>
    <w:rsid w:val="004D1460"/>
    <w:rsid w:val="004E049E"/>
    <w:rsid w:val="004F1193"/>
    <w:rsid w:val="004F2537"/>
    <w:rsid w:val="004F6E6C"/>
    <w:rsid w:val="004F7764"/>
    <w:rsid w:val="00501F80"/>
    <w:rsid w:val="0052097D"/>
    <w:rsid w:val="005440D9"/>
    <w:rsid w:val="00545B70"/>
    <w:rsid w:val="00564BB7"/>
    <w:rsid w:val="005B1F28"/>
    <w:rsid w:val="00606C34"/>
    <w:rsid w:val="00626E8D"/>
    <w:rsid w:val="00636415"/>
    <w:rsid w:val="00657D7A"/>
    <w:rsid w:val="006820CA"/>
    <w:rsid w:val="00685D4F"/>
    <w:rsid w:val="006D12F0"/>
    <w:rsid w:val="006D4A5A"/>
    <w:rsid w:val="0070452C"/>
    <w:rsid w:val="00725DD8"/>
    <w:rsid w:val="00773DBB"/>
    <w:rsid w:val="00797385"/>
    <w:rsid w:val="007B12F5"/>
    <w:rsid w:val="007B42B7"/>
    <w:rsid w:val="007B55BB"/>
    <w:rsid w:val="007C0558"/>
    <w:rsid w:val="007D1C82"/>
    <w:rsid w:val="007E01A7"/>
    <w:rsid w:val="007E7C81"/>
    <w:rsid w:val="0080224E"/>
    <w:rsid w:val="008077FC"/>
    <w:rsid w:val="00811B72"/>
    <w:rsid w:val="0082141D"/>
    <w:rsid w:val="00851C93"/>
    <w:rsid w:val="008618AF"/>
    <w:rsid w:val="008860DA"/>
    <w:rsid w:val="0089369A"/>
    <w:rsid w:val="00894ADB"/>
    <w:rsid w:val="008A02B7"/>
    <w:rsid w:val="008A4EF7"/>
    <w:rsid w:val="008B1DB5"/>
    <w:rsid w:val="008C2968"/>
    <w:rsid w:val="008D786C"/>
    <w:rsid w:val="008E285E"/>
    <w:rsid w:val="008F7C46"/>
    <w:rsid w:val="00900C6B"/>
    <w:rsid w:val="0091584C"/>
    <w:rsid w:val="0093438E"/>
    <w:rsid w:val="009640DC"/>
    <w:rsid w:val="00981BB9"/>
    <w:rsid w:val="009A6629"/>
    <w:rsid w:val="009B5AB1"/>
    <w:rsid w:val="009D5BFD"/>
    <w:rsid w:val="00A116DB"/>
    <w:rsid w:val="00A2145A"/>
    <w:rsid w:val="00A53719"/>
    <w:rsid w:val="00A6757E"/>
    <w:rsid w:val="00A7274B"/>
    <w:rsid w:val="00AA1D8D"/>
    <w:rsid w:val="00AA2E1B"/>
    <w:rsid w:val="00AA503A"/>
    <w:rsid w:val="00AB3CED"/>
    <w:rsid w:val="00AC3096"/>
    <w:rsid w:val="00AE1A67"/>
    <w:rsid w:val="00AE3AA9"/>
    <w:rsid w:val="00AF7891"/>
    <w:rsid w:val="00AF7EDF"/>
    <w:rsid w:val="00B00C7C"/>
    <w:rsid w:val="00B04828"/>
    <w:rsid w:val="00B30B59"/>
    <w:rsid w:val="00B31B80"/>
    <w:rsid w:val="00B47730"/>
    <w:rsid w:val="00B60A2B"/>
    <w:rsid w:val="00BB5458"/>
    <w:rsid w:val="00BC57C3"/>
    <w:rsid w:val="00BD30F9"/>
    <w:rsid w:val="00BD50DB"/>
    <w:rsid w:val="00BE61F9"/>
    <w:rsid w:val="00BF0C2A"/>
    <w:rsid w:val="00C26D16"/>
    <w:rsid w:val="00C71D1F"/>
    <w:rsid w:val="00C95334"/>
    <w:rsid w:val="00CB0664"/>
    <w:rsid w:val="00CD5D09"/>
    <w:rsid w:val="00CE196C"/>
    <w:rsid w:val="00CF4B38"/>
    <w:rsid w:val="00CF4D32"/>
    <w:rsid w:val="00D0376D"/>
    <w:rsid w:val="00D220F0"/>
    <w:rsid w:val="00D279C3"/>
    <w:rsid w:val="00D27E85"/>
    <w:rsid w:val="00D538C7"/>
    <w:rsid w:val="00DB050E"/>
    <w:rsid w:val="00DB08AD"/>
    <w:rsid w:val="00DD2CEE"/>
    <w:rsid w:val="00E03521"/>
    <w:rsid w:val="00E12B62"/>
    <w:rsid w:val="00E16350"/>
    <w:rsid w:val="00E53FC0"/>
    <w:rsid w:val="00E81454"/>
    <w:rsid w:val="00E81C96"/>
    <w:rsid w:val="00EA3DB8"/>
    <w:rsid w:val="00EB7C31"/>
    <w:rsid w:val="00ED7D54"/>
    <w:rsid w:val="00EF4E17"/>
    <w:rsid w:val="00F14912"/>
    <w:rsid w:val="00F225D8"/>
    <w:rsid w:val="00F664B6"/>
    <w:rsid w:val="00F9243B"/>
    <w:rsid w:val="00F973F8"/>
    <w:rsid w:val="00FB0088"/>
    <w:rsid w:val="00FC55F6"/>
    <w:rsid w:val="00FC5C45"/>
    <w:rsid w:val="00FC693F"/>
    <w:rsid w:val="00FD0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A1AFBE5"/>
  <w14:defaultImageDpi w14:val="300"/>
  <w15:docId w15:val="{4CF0264A-82D1-43D1-8C8C-0716908C0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CF4B38"/>
  </w:style>
  <w:style w:type="paragraph" w:styleId="1">
    <w:name w:val="heading 1"/>
    <w:basedOn w:val="a1"/>
    <w:next w:val="a1"/>
    <w:link w:val="10"/>
    <w:uiPriority w:val="9"/>
    <w:qFormat/>
    <w:rsid w:val="00CF4B38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1">
    <w:name w:val="heading 2"/>
    <w:basedOn w:val="a1"/>
    <w:next w:val="a1"/>
    <w:link w:val="22"/>
    <w:uiPriority w:val="9"/>
    <w:unhideWhenUsed/>
    <w:qFormat/>
    <w:rsid w:val="00CF4B38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</w:rPr>
  </w:style>
  <w:style w:type="paragraph" w:styleId="31">
    <w:name w:val="heading 3"/>
    <w:basedOn w:val="a1"/>
    <w:next w:val="a1"/>
    <w:link w:val="32"/>
    <w:uiPriority w:val="9"/>
    <w:unhideWhenUsed/>
    <w:qFormat/>
    <w:rsid w:val="00CF4B38"/>
    <w:pPr>
      <w:pBdr>
        <w:top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CF4B38"/>
    <w:pPr>
      <w:pBdr>
        <w:top w:val="dotted" w:sz="6" w:space="2" w:color="4F81BD" w:themeColor="accent1"/>
      </w:pBdr>
      <w:spacing w:before="200" w:after="0"/>
      <w:outlineLvl w:val="3"/>
    </w:pPr>
    <w:rPr>
      <w:caps/>
      <w:color w:val="365F91" w:themeColor="accent1" w:themeShade="BF"/>
      <w:spacing w:val="10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CF4B38"/>
    <w:pPr>
      <w:pBdr>
        <w:bottom w:val="single" w:sz="6" w:space="1" w:color="4F81BD" w:themeColor="accent1"/>
      </w:pBdr>
      <w:spacing w:before="200" w:after="0"/>
      <w:outlineLvl w:val="4"/>
    </w:pPr>
    <w:rPr>
      <w:caps/>
      <w:color w:val="365F91" w:themeColor="accent1" w:themeShade="BF"/>
      <w:spacing w:val="10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CF4B38"/>
    <w:pPr>
      <w:pBdr>
        <w:bottom w:val="dotted" w:sz="6" w:space="1" w:color="4F81BD" w:themeColor="accent1"/>
      </w:pBdr>
      <w:spacing w:before="200" w:after="0"/>
      <w:outlineLvl w:val="5"/>
    </w:pPr>
    <w:rPr>
      <w:caps/>
      <w:color w:val="365F91" w:themeColor="accent1" w:themeShade="BF"/>
      <w:spacing w:val="10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CF4B38"/>
    <w:pPr>
      <w:spacing w:before="200" w:after="0"/>
      <w:outlineLvl w:val="6"/>
    </w:pPr>
    <w:rPr>
      <w:caps/>
      <w:color w:val="365F91" w:themeColor="accent1" w:themeShade="BF"/>
      <w:spacing w:val="10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CF4B38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CF4B38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页眉 字符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页脚 字符"/>
    <w:basedOn w:val="a2"/>
    <w:link w:val="a7"/>
    <w:uiPriority w:val="99"/>
    <w:rsid w:val="00E618BF"/>
  </w:style>
  <w:style w:type="paragraph" w:styleId="a9">
    <w:name w:val="No Spacing"/>
    <w:link w:val="aa"/>
    <w:uiPriority w:val="1"/>
    <w:qFormat/>
    <w:rsid w:val="00CF4B38"/>
    <w:pPr>
      <w:spacing w:after="0" w:line="240" w:lineRule="auto"/>
    </w:pPr>
  </w:style>
  <w:style w:type="character" w:customStyle="1" w:styleId="10">
    <w:name w:val="标题 1 字符"/>
    <w:basedOn w:val="a2"/>
    <w:link w:val="1"/>
    <w:uiPriority w:val="9"/>
    <w:rsid w:val="00CF4B38"/>
    <w:rPr>
      <w:caps/>
      <w:color w:val="FFFFFF" w:themeColor="background1"/>
      <w:spacing w:val="15"/>
      <w:sz w:val="22"/>
      <w:szCs w:val="22"/>
      <w:shd w:val="clear" w:color="auto" w:fill="4F81BD" w:themeFill="accent1"/>
    </w:rPr>
  </w:style>
  <w:style w:type="character" w:customStyle="1" w:styleId="22">
    <w:name w:val="标题 2 字符"/>
    <w:basedOn w:val="a2"/>
    <w:link w:val="21"/>
    <w:uiPriority w:val="9"/>
    <w:rsid w:val="00CF4B38"/>
    <w:rPr>
      <w:caps/>
      <w:spacing w:val="15"/>
      <w:shd w:val="clear" w:color="auto" w:fill="DBE5F1" w:themeFill="accent1" w:themeFillTint="33"/>
    </w:rPr>
  </w:style>
  <w:style w:type="character" w:customStyle="1" w:styleId="32">
    <w:name w:val="标题 3 字符"/>
    <w:basedOn w:val="a2"/>
    <w:link w:val="31"/>
    <w:uiPriority w:val="9"/>
    <w:rsid w:val="00CF4B38"/>
    <w:rPr>
      <w:caps/>
      <w:color w:val="243F60" w:themeColor="accent1" w:themeShade="7F"/>
      <w:spacing w:val="15"/>
    </w:rPr>
  </w:style>
  <w:style w:type="paragraph" w:styleId="ab">
    <w:name w:val="Title"/>
    <w:basedOn w:val="a1"/>
    <w:next w:val="a1"/>
    <w:link w:val="ac"/>
    <w:uiPriority w:val="10"/>
    <w:qFormat/>
    <w:rsid w:val="00CF4B38"/>
    <w:pPr>
      <w:spacing w:before="0" w:after="0"/>
    </w:pPr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character" w:customStyle="1" w:styleId="ac">
    <w:name w:val="标题 字符"/>
    <w:basedOn w:val="a2"/>
    <w:link w:val="ab"/>
    <w:uiPriority w:val="10"/>
    <w:rsid w:val="00CF4B38"/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paragraph" w:styleId="ad">
    <w:name w:val="Subtitle"/>
    <w:basedOn w:val="a1"/>
    <w:next w:val="a1"/>
    <w:link w:val="ae"/>
    <w:uiPriority w:val="11"/>
    <w:qFormat/>
    <w:rsid w:val="00CF4B38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e">
    <w:name w:val="副标题 字符"/>
    <w:basedOn w:val="a2"/>
    <w:link w:val="ad"/>
    <w:uiPriority w:val="11"/>
    <w:rsid w:val="00CF4B38"/>
    <w:rPr>
      <w:caps/>
      <w:color w:val="595959" w:themeColor="text1" w:themeTint="A6"/>
      <w:spacing w:val="10"/>
      <w:sz w:val="21"/>
      <w:szCs w:val="21"/>
    </w:rPr>
  </w:style>
  <w:style w:type="paragraph" w:styleId="af">
    <w:name w:val="List Paragraph"/>
    <w:basedOn w:val="a1"/>
    <w:uiPriority w:val="34"/>
    <w:qFormat/>
    <w:rsid w:val="00FC693F"/>
    <w:pPr>
      <w:ind w:firstLineChars="200" w:firstLine="420"/>
    </w:pPr>
  </w:style>
  <w:style w:type="paragraph" w:styleId="af0">
    <w:name w:val="Body Text"/>
    <w:basedOn w:val="a1"/>
    <w:link w:val="af1"/>
    <w:uiPriority w:val="99"/>
    <w:unhideWhenUsed/>
    <w:rsid w:val="00AA1D8D"/>
    <w:pPr>
      <w:spacing w:after="120"/>
    </w:pPr>
  </w:style>
  <w:style w:type="character" w:customStyle="1" w:styleId="af1">
    <w:name w:val="正文文本 字符"/>
    <w:basedOn w:val="a2"/>
    <w:link w:val="af0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正文文本 2 字符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正文文本 3 字符"/>
    <w:basedOn w:val="a2"/>
    <w:link w:val="33"/>
    <w:uiPriority w:val="99"/>
    <w:rsid w:val="00AA1D8D"/>
    <w:rPr>
      <w:sz w:val="16"/>
      <w:szCs w:val="16"/>
    </w:rPr>
  </w:style>
  <w:style w:type="paragraph" w:styleId="af2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3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4">
    <w:name w:val="macro"/>
    <w:link w:val="af5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</w:rPr>
  </w:style>
  <w:style w:type="character" w:customStyle="1" w:styleId="af5">
    <w:name w:val="宏文本 字符"/>
    <w:basedOn w:val="a2"/>
    <w:link w:val="af4"/>
    <w:uiPriority w:val="99"/>
    <w:rsid w:val="0029639D"/>
    <w:rPr>
      <w:rFonts w:ascii="Courier" w:hAnsi="Courier"/>
      <w:sz w:val="20"/>
      <w:szCs w:val="20"/>
    </w:rPr>
  </w:style>
  <w:style w:type="paragraph" w:styleId="af6">
    <w:name w:val="Quote"/>
    <w:basedOn w:val="a1"/>
    <w:next w:val="a1"/>
    <w:link w:val="af7"/>
    <w:uiPriority w:val="29"/>
    <w:qFormat/>
    <w:rsid w:val="00CF4B38"/>
    <w:rPr>
      <w:i/>
      <w:iCs/>
      <w:sz w:val="24"/>
      <w:szCs w:val="24"/>
    </w:rPr>
  </w:style>
  <w:style w:type="character" w:customStyle="1" w:styleId="af7">
    <w:name w:val="引用 字符"/>
    <w:basedOn w:val="a2"/>
    <w:link w:val="af6"/>
    <w:uiPriority w:val="29"/>
    <w:rsid w:val="00CF4B38"/>
    <w:rPr>
      <w:i/>
      <w:iCs/>
      <w:sz w:val="24"/>
      <w:szCs w:val="24"/>
    </w:rPr>
  </w:style>
  <w:style w:type="character" w:customStyle="1" w:styleId="40">
    <w:name w:val="标题 4 字符"/>
    <w:basedOn w:val="a2"/>
    <w:link w:val="4"/>
    <w:uiPriority w:val="9"/>
    <w:semiHidden/>
    <w:rsid w:val="00CF4B38"/>
    <w:rPr>
      <w:caps/>
      <w:color w:val="365F91" w:themeColor="accent1" w:themeShade="BF"/>
      <w:spacing w:val="10"/>
    </w:rPr>
  </w:style>
  <w:style w:type="character" w:customStyle="1" w:styleId="50">
    <w:name w:val="标题 5 字符"/>
    <w:basedOn w:val="a2"/>
    <w:link w:val="5"/>
    <w:uiPriority w:val="9"/>
    <w:semiHidden/>
    <w:rsid w:val="00CF4B38"/>
    <w:rPr>
      <w:caps/>
      <w:color w:val="365F91" w:themeColor="accent1" w:themeShade="BF"/>
      <w:spacing w:val="10"/>
    </w:rPr>
  </w:style>
  <w:style w:type="character" w:customStyle="1" w:styleId="60">
    <w:name w:val="标题 6 字符"/>
    <w:basedOn w:val="a2"/>
    <w:link w:val="6"/>
    <w:uiPriority w:val="9"/>
    <w:semiHidden/>
    <w:rsid w:val="00CF4B38"/>
    <w:rPr>
      <w:caps/>
      <w:color w:val="365F91" w:themeColor="accent1" w:themeShade="BF"/>
      <w:spacing w:val="10"/>
    </w:rPr>
  </w:style>
  <w:style w:type="character" w:customStyle="1" w:styleId="70">
    <w:name w:val="标题 7 字符"/>
    <w:basedOn w:val="a2"/>
    <w:link w:val="7"/>
    <w:uiPriority w:val="9"/>
    <w:semiHidden/>
    <w:rsid w:val="00CF4B38"/>
    <w:rPr>
      <w:caps/>
      <w:color w:val="365F91" w:themeColor="accent1" w:themeShade="BF"/>
      <w:spacing w:val="10"/>
    </w:rPr>
  </w:style>
  <w:style w:type="character" w:customStyle="1" w:styleId="80">
    <w:name w:val="标题 8 字符"/>
    <w:basedOn w:val="a2"/>
    <w:link w:val="8"/>
    <w:uiPriority w:val="9"/>
    <w:semiHidden/>
    <w:rsid w:val="00CF4B38"/>
    <w:rPr>
      <w:caps/>
      <w:spacing w:val="10"/>
      <w:sz w:val="18"/>
      <w:szCs w:val="18"/>
    </w:rPr>
  </w:style>
  <w:style w:type="character" w:customStyle="1" w:styleId="90">
    <w:name w:val="标题 9 字符"/>
    <w:basedOn w:val="a2"/>
    <w:link w:val="9"/>
    <w:uiPriority w:val="9"/>
    <w:semiHidden/>
    <w:rsid w:val="00CF4B38"/>
    <w:rPr>
      <w:i/>
      <w:iCs/>
      <w:caps/>
      <w:spacing w:val="10"/>
      <w:sz w:val="18"/>
      <w:szCs w:val="18"/>
    </w:rPr>
  </w:style>
  <w:style w:type="paragraph" w:styleId="af8">
    <w:name w:val="caption"/>
    <w:basedOn w:val="a1"/>
    <w:next w:val="a1"/>
    <w:uiPriority w:val="35"/>
    <w:semiHidden/>
    <w:unhideWhenUsed/>
    <w:qFormat/>
    <w:rsid w:val="00CF4B38"/>
    <w:rPr>
      <w:b/>
      <w:bCs/>
      <w:color w:val="365F91" w:themeColor="accent1" w:themeShade="BF"/>
      <w:sz w:val="16"/>
      <w:szCs w:val="16"/>
    </w:rPr>
  </w:style>
  <w:style w:type="character" w:styleId="af9">
    <w:name w:val="Strong"/>
    <w:uiPriority w:val="22"/>
    <w:qFormat/>
    <w:rsid w:val="00CF4B38"/>
    <w:rPr>
      <w:b/>
      <w:bCs/>
    </w:rPr>
  </w:style>
  <w:style w:type="character" w:styleId="afa">
    <w:name w:val="Emphasis"/>
    <w:uiPriority w:val="20"/>
    <w:qFormat/>
    <w:rsid w:val="00CF4B38"/>
    <w:rPr>
      <w:caps/>
      <w:color w:val="243F60" w:themeColor="accent1" w:themeShade="7F"/>
      <w:spacing w:val="5"/>
    </w:rPr>
  </w:style>
  <w:style w:type="paragraph" w:styleId="afb">
    <w:name w:val="Intense Quote"/>
    <w:basedOn w:val="a1"/>
    <w:next w:val="a1"/>
    <w:link w:val="afc"/>
    <w:uiPriority w:val="30"/>
    <w:qFormat/>
    <w:rsid w:val="00CF4B38"/>
    <w:pPr>
      <w:spacing w:before="240" w:after="240" w:line="240" w:lineRule="auto"/>
      <w:ind w:left="1080" w:right="1080"/>
      <w:jc w:val="center"/>
    </w:pPr>
    <w:rPr>
      <w:color w:val="4F81BD" w:themeColor="accent1"/>
      <w:sz w:val="24"/>
      <w:szCs w:val="24"/>
    </w:rPr>
  </w:style>
  <w:style w:type="character" w:customStyle="1" w:styleId="afc">
    <w:name w:val="明显引用 字符"/>
    <w:basedOn w:val="a2"/>
    <w:link w:val="afb"/>
    <w:uiPriority w:val="30"/>
    <w:rsid w:val="00CF4B38"/>
    <w:rPr>
      <w:color w:val="4F81BD" w:themeColor="accent1"/>
      <w:sz w:val="24"/>
      <w:szCs w:val="24"/>
    </w:rPr>
  </w:style>
  <w:style w:type="character" w:styleId="afd">
    <w:name w:val="Subtle Emphasis"/>
    <w:uiPriority w:val="19"/>
    <w:qFormat/>
    <w:rsid w:val="00CF4B38"/>
    <w:rPr>
      <w:i/>
      <w:iCs/>
      <w:color w:val="243F60" w:themeColor="accent1" w:themeShade="7F"/>
    </w:rPr>
  </w:style>
  <w:style w:type="character" w:styleId="afe">
    <w:name w:val="Intense Emphasis"/>
    <w:uiPriority w:val="21"/>
    <w:qFormat/>
    <w:rsid w:val="00CF4B38"/>
    <w:rPr>
      <w:b/>
      <w:bCs/>
      <w:caps/>
      <w:color w:val="243F60" w:themeColor="accent1" w:themeShade="7F"/>
      <w:spacing w:val="10"/>
    </w:rPr>
  </w:style>
  <w:style w:type="character" w:styleId="aff">
    <w:name w:val="Subtle Reference"/>
    <w:uiPriority w:val="31"/>
    <w:qFormat/>
    <w:rsid w:val="00CF4B38"/>
    <w:rPr>
      <w:b/>
      <w:bCs/>
      <w:color w:val="4F81BD" w:themeColor="accent1"/>
    </w:rPr>
  </w:style>
  <w:style w:type="character" w:styleId="aff0">
    <w:name w:val="Intense Reference"/>
    <w:uiPriority w:val="32"/>
    <w:qFormat/>
    <w:rsid w:val="00CF4B38"/>
    <w:rPr>
      <w:b/>
      <w:bCs/>
      <w:i/>
      <w:iCs/>
      <w:caps/>
      <w:color w:val="4F81BD" w:themeColor="accent1"/>
    </w:rPr>
  </w:style>
  <w:style w:type="character" w:styleId="aff1">
    <w:name w:val="Book Title"/>
    <w:uiPriority w:val="33"/>
    <w:qFormat/>
    <w:rsid w:val="00CF4B38"/>
    <w:rPr>
      <w:b/>
      <w:bCs/>
      <w:i/>
      <w:iCs/>
      <w:spacing w:val="0"/>
    </w:rPr>
  </w:style>
  <w:style w:type="paragraph" w:styleId="TOC">
    <w:name w:val="TOC Heading"/>
    <w:basedOn w:val="1"/>
    <w:next w:val="a1"/>
    <w:uiPriority w:val="39"/>
    <w:unhideWhenUsed/>
    <w:qFormat/>
    <w:rsid w:val="00CF4B38"/>
    <w:pPr>
      <w:outlineLvl w:val="9"/>
    </w:pPr>
  </w:style>
  <w:style w:type="table" w:styleId="aff2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3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4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5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7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8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9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6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7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8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9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customStyle="1" w:styleId="aa">
    <w:name w:val="无间隔 字符"/>
    <w:basedOn w:val="a2"/>
    <w:link w:val="a9"/>
    <w:uiPriority w:val="1"/>
    <w:rsid w:val="00E53FC0"/>
  </w:style>
  <w:style w:type="paragraph" w:styleId="TOC1">
    <w:name w:val="toc 1"/>
    <w:basedOn w:val="a1"/>
    <w:next w:val="a1"/>
    <w:autoRedefine/>
    <w:uiPriority w:val="39"/>
    <w:unhideWhenUsed/>
    <w:rsid w:val="007E7C81"/>
  </w:style>
  <w:style w:type="character" w:styleId="affa">
    <w:name w:val="Hyperlink"/>
    <w:basedOn w:val="a2"/>
    <w:uiPriority w:val="99"/>
    <w:unhideWhenUsed/>
    <w:rsid w:val="007E7C81"/>
    <w:rPr>
      <w:color w:val="0000FF" w:themeColor="hyperlink"/>
      <w:u w:val="single"/>
    </w:rPr>
  </w:style>
  <w:style w:type="character" w:styleId="affb">
    <w:name w:val="Unresolved Mention"/>
    <w:basedOn w:val="a2"/>
    <w:uiPriority w:val="99"/>
    <w:semiHidden/>
    <w:unhideWhenUsed/>
    <w:rsid w:val="00B60A2B"/>
    <w:rPr>
      <w:color w:val="605E5C"/>
      <w:shd w:val="clear" w:color="auto" w:fill="E1DFDD"/>
    </w:rPr>
  </w:style>
  <w:style w:type="character" w:styleId="affc">
    <w:name w:val="FollowedHyperlink"/>
    <w:basedOn w:val="a2"/>
    <w:uiPriority w:val="99"/>
    <w:semiHidden/>
    <w:unhideWhenUsed/>
    <w:rsid w:val="008F7C4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168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2025-11-15T00:00:00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1812</TotalTime>
  <Pages>20</Pages>
  <Words>1268</Words>
  <Characters>7230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Beckhoff china</Company>
  <LinksUpToDate>false</LinksUpToDate>
  <CharactersWithSpaces>8482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TF3820在过程数据上的应用指南</dc:title>
  <dc:subject>机器学习</dc:subject>
  <dc:creator>沈行健 数据工程师</dc:creator>
  <cp:keywords/>
  <dc:description>generated by python-docx</dc:description>
  <cp:lastModifiedBy>Jibin Wang 汪继彬</cp:lastModifiedBy>
  <cp:revision>194</cp:revision>
  <dcterms:created xsi:type="dcterms:W3CDTF">2013-12-23T23:15:00Z</dcterms:created>
  <dcterms:modified xsi:type="dcterms:W3CDTF">2025-12-11T05:36:00Z</dcterms:modified>
  <cp:category/>
</cp:coreProperties>
</file>